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AB759" w14:textId="77777777" w:rsidR="00EE4B87" w:rsidRPr="009F236B" w:rsidRDefault="00811DB6">
      <w:pPr>
        <w:jc w:val="center"/>
        <w:rPr>
          <w:lang w:val="ru-RU"/>
        </w:rPr>
      </w:pPr>
      <w:r w:rsidRPr="009F236B">
        <w:rPr>
          <w:b/>
          <w:lang w:val="ru-RU"/>
        </w:rPr>
        <w:t>ДОВІДКА</w:t>
      </w:r>
    </w:p>
    <w:p w14:paraId="55C8AF24" w14:textId="77777777" w:rsidR="00EE4B87" w:rsidRPr="009F236B" w:rsidRDefault="00811DB6">
      <w:pPr>
        <w:jc w:val="center"/>
        <w:rPr>
          <w:lang w:val="ru-RU"/>
        </w:rPr>
      </w:pPr>
      <w:r w:rsidRPr="009F236B">
        <w:rPr>
          <w:b/>
          <w:lang w:val="ru-RU"/>
        </w:rPr>
        <w:t xml:space="preserve">про </w:t>
      </w:r>
      <w:proofErr w:type="spellStart"/>
      <w:r w:rsidRPr="009F236B">
        <w:rPr>
          <w:b/>
          <w:lang w:val="ru-RU"/>
        </w:rPr>
        <w:t>результати</w:t>
      </w:r>
      <w:proofErr w:type="spellEnd"/>
      <w:r w:rsidRPr="009F236B">
        <w:rPr>
          <w:b/>
          <w:lang w:val="ru-RU"/>
        </w:rPr>
        <w:t xml:space="preserve"> </w:t>
      </w:r>
      <w:proofErr w:type="spellStart"/>
      <w:r w:rsidRPr="009F236B">
        <w:rPr>
          <w:b/>
          <w:lang w:val="ru-RU"/>
        </w:rPr>
        <w:t>публічного</w:t>
      </w:r>
      <w:proofErr w:type="spellEnd"/>
      <w:r w:rsidRPr="009F236B">
        <w:rPr>
          <w:b/>
          <w:lang w:val="ru-RU"/>
        </w:rPr>
        <w:t xml:space="preserve"> </w:t>
      </w:r>
      <w:proofErr w:type="spellStart"/>
      <w:r w:rsidRPr="009F236B">
        <w:rPr>
          <w:b/>
          <w:lang w:val="ru-RU"/>
        </w:rPr>
        <w:t>громадського</w:t>
      </w:r>
      <w:proofErr w:type="spellEnd"/>
      <w:r w:rsidRPr="009F236B">
        <w:rPr>
          <w:b/>
          <w:lang w:val="ru-RU"/>
        </w:rPr>
        <w:t xml:space="preserve"> </w:t>
      </w:r>
      <w:proofErr w:type="spellStart"/>
      <w:r w:rsidRPr="009F236B">
        <w:rPr>
          <w:b/>
          <w:lang w:val="ru-RU"/>
        </w:rPr>
        <w:t>обговорення</w:t>
      </w:r>
      <w:proofErr w:type="spellEnd"/>
      <w:r w:rsidRPr="009F236B">
        <w:rPr>
          <w:b/>
          <w:lang w:val="ru-RU"/>
        </w:rPr>
        <w:t xml:space="preserve"> проєкту </w:t>
      </w:r>
      <w:proofErr w:type="spellStart"/>
      <w:r w:rsidRPr="009F236B">
        <w:rPr>
          <w:b/>
          <w:lang w:val="ru-RU"/>
        </w:rPr>
        <w:t>професійного</w:t>
      </w:r>
      <w:proofErr w:type="spellEnd"/>
      <w:r w:rsidRPr="009F236B">
        <w:rPr>
          <w:b/>
          <w:lang w:val="ru-RU"/>
        </w:rPr>
        <w:t xml:space="preserve"> стандарту «</w:t>
      </w:r>
      <w:proofErr w:type="spellStart"/>
      <w:r w:rsidRPr="009F236B">
        <w:rPr>
          <w:b/>
          <w:lang w:val="ru-RU"/>
        </w:rPr>
        <w:t>Інженер</w:t>
      </w:r>
      <w:proofErr w:type="spellEnd"/>
      <w:r w:rsidRPr="009F236B">
        <w:rPr>
          <w:b/>
          <w:lang w:val="ru-RU"/>
        </w:rPr>
        <w:t xml:space="preserve"> </w:t>
      </w:r>
      <w:proofErr w:type="spellStart"/>
      <w:r w:rsidRPr="009F236B">
        <w:rPr>
          <w:b/>
          <w:lang w:val="ru-RU"/>
        </w:rPr>
        <w:t>клінічний</w:t>
      </w:r>
      <w:proofErr w:type="spellEnd"/>
      <w:r w:rsidRPr="009F236B">
        <w:rPr>
          <w:b/>
          <w:lang w:val="ru-RU"/>
        </w:rPr>
        <w:t>»</w:t>
      </w:r>
    </w:p>
    <w:p w14:paraId="0EF3E1CE" w14:textId="1778EA8A" w:rsidR="00EE4B87" w:rsidRPr="009F236B" w:rsidRDefault="00811DB6">
      <w:pPr>
        <w:rPr>
          <w:lang w:val="ru-RU"/>
        </w:rPr>
      </w:pPr>
      <w:r w:rsidRPr="009F236B">
        <w:rPr>
          <w:lang w:val="ru-RU"/>
        </w:rPr>
        <w:t xml:space="preserve">м. </w:t>
      </w:r>
      <w:proofErr w:type="spellStart"/>
      <w:r w:rsidRPr="009F236B">
        <w:rPr>
          <w:lang w:val="ru-RU"/>
        </w:rPr>
        <w:t>Київ</w:t>
      </w:r>
      <w:proofErr w:type="spellEnd"/>
      <w:r w:rsidRPr="009F236B">
        <w:rPr>
          <w:lang w:val="ru-RU"/>
        </w:rPr>
        <w:t xml:space="preserve">                                                                                 </w:t>
      </w:r>
      <w:r w:rsidR="00EE07AB" w:rsidRPr="009F236B">
        <w:rPr>
          <w:lang w:val="ru-RU"/>
        </w:rPr>
        <w:tab/>
      </w:r>
      <w:r w:rsidR="00EE07AB" w:rsidRPr="009F236B">
        <w:rPr>
          <w:lang w:val="ru-RU"/>
        </w:rPr>
        <w:tab/>
      </w:r>
      <w:r w:rsidR="00EE07AB" w:rsidRPr="009F236B">
        <w:rPr>
          <w:lang w:val="ru-RU"/>
        </w:rPr>
        <w:tab/>
      </w:r>
      <w:r w:rsidR="00EE07AB" w:rsidRPr="009F236B">
        <w:rPr>
          <w:lang w:val="ru-RU"/>
        </w:rPr>
        <w:tab/>
      </w:r>
      <w:r w:rsidR="0094597F" w:rsidRPr="009F236B">
        <w:rPr>
          <w:lang w:val="ru-RU"/>
        </w:rPr>
        <w:tab/>
      </w:r>
      <w:r w:rsidRPr="009F236B">
        <w:rPr>
          <w:lang w:val="ru-RU"/>
        </w:rPr>
        <w:t>дата: «</w:t>
      </w:r>
      <w:r w:rsidR="00EE07AB" w:rsidRPr="009F236B">
        <w:rPr>
          <w:lang w:val="ru-RU"/>
        </w:rPr>
        <w:t>17</w:t>
      </w:r>
      <w:r w:rsidRPr="009F236B">
        <w:rPr>
          <w:lang w:val="ru-RU"/>
        </w:rPr>
        <w:t xml:space="preserve">» </w:t>
      </w:r>
      <w:proofErr w:type="spellStart"/>
      <w:r w:rsidR="00EE07AB" w:rsidRPr="009F236B">
        <w:rPr>
          <w:lang w:val="ru-RU"/>
        </w:rPr>
        <w:t>серпня</w:t>
      </w:r>
      <w:proofErr w:type="spellEnd"/>
      <w:r w:rsidRPr="009F236B">
        <w:rPr>
          <w:lang w:val="ru-RU"/>
        </w:rPr>
        <w:t xml:space="preserve"> 2026 року</w:t>
      </w:r>
    </w:p>
    <w:p w14:paraId="3D2A5AA0" w14:textId="77777777" w:rsidR="00EE4B87" w:rsidRPr="009F236B" w:rsidRDefault="00811DB6">
      <w:pPr>
        <w:rPr>
          <w:lang w:val="ru-RU"/>
        </w:rPr>
      </w:pPr>
      <w:proofErr w:type="spellStart"/>
      <w:r w:rsidRPr="009F236B">
        <w:rPr>
          <w:lang w:val="ru-RU"/>
        </w:rPr>
        <w:t>Суб’єкт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перевірки</w:t>
      </w:r>
      <w:proofErr w:type="spellEnd"/>
      <w:r w:rsidRPr="009F236B">
        <w:rPr>
          <w:lang w:val="ru-RU"/>
        </w:rPr>
        <w:t>: ________________________________________________</w:t>
      </w:r>
    </w:p>
    <w:p w14:paraId="1CE38E35" w14:textId="77777777" w:rsidR="00EE4B87" w:rsidRPr="009F236B" w:rsidRDefault="00811DB6">
      <w:pPr>
        <w:rPr>
          <w:lang w:val="ru-RU"/>
        </w:rPr>
      </w:pPr>
      <w:proofErr w:type="spellStart"/>
      <w:r w:rsidRPr="009F236B">
        <w:rPr>
          <w:lang w:val="ru-RU"/>
        </w:rPr>
        <w:t>Розробник</w:t>
      </w:r>
      <w:proofErr w:type="spellEnd"/>
      <w:r w:rsidRPr="009F236B">
        <w:rPr>
          <w:lang w:val="ru-RU"/>
        </w:rPr>
        <w:t>: ДНП «</w:t>
      </w:r>
      <w:proofErr w:type="spellStart"/>
      <w:r w:rsidRPr="009F236B">
        <w:rPr>
          <w:lang w:val="ru-RU"/>
        </w:rPr>
        <w:t>Державний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університет</w:t>
      </w:r>
      <w:proofErr w:type="spellEnd"/>
      <w:r w:rsidRPr="009F236B">
        <w:rPr>
          <w:lang w:val="ru-RU"/>
        </w:rPr>
        <w:t xml:space="preserve"> «</w:t>
      </w:r>
      <w:proofErr w:type="spellStart"/>
      <w:r w:rsidRPr="009F236B">
        <w:rPr>
          <w:lang w:val="ru-RU"/>
        </w:rPr>
        <w:t>Київський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авіаційний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інститут</w:t>
      </w:r>
      <w:proofErr w:type="spellEnd"/>
      <w:r w:rsidRPr="009F236B">
        <w:rPr>
          <w:lang w:val="ru-RU"/>
        </w:rPr>
        <w:t>»</w:t>
      </w:r>
    </w:p>
    <w:p w14:paraId="60D3582D" w14:textId="77777777" w:rsidR="00EE4B87" w:rsidRPr="009F236B" w:rsidRDefault="00811DB6">
      <w:pPr>
        <w:rPr>
          <w:lang w:val="ru-RU"/>
        </w:rPr>
      </w:pPr>
      <w:proofErr w:type="spellStart"/>
      <w:r w:rsidRPr="009F236B">
        <w:rPr>
          <w:lang w:val="ru-RU"/>
        </w:rPr>
        <w:t>Співрозробник</w:t>
      </w:r>
      <w:proofErr w:type="spellEnd"/>
      <w:r w:rsidRPr="009F236B">
        <w:rPr>
          <w:lang w:val="ru-RU"/>
        </w:rPr>
        <w:t xml:space="preserve"> та </w:t>
      </w:r>
      <w:proofErr w:type="spellStart"/>
      <w:r w:rsidRPr="009F236B">
        <w:rPr>
          <w:lang w:val="ru-RU"/>
        </w:rPr>
        <w:t>експертно-методичний</w:t>
      </w:r>
      <w:proofErr w:type="spellEnd"/>
      <w:r w:rsidRPr="009F236B">
        <w:rPr>
          <w:lang w:val="ru-RU"/>
        </w:rPr>
        <w:t xml:space="preserve"> партнер: ГО «</w:t>
      </w:r>
      <w:proofErr w:type="spellStart"/>
      <w:r w:rsidRPr="009F236B">
        <w:rPr>
          <w:lang w:val="ru-RU"/>
        </w:rPr>
        <w:t>Експертно-аналітичний</w:t>
      </w:r>
      <w:proofErr w:type="spellEnd"/>
      <w:r w:rsidRPr="009F236B">
        <w:rPr>
          <w:lang w:val="ru-RU"/>
        </w:rPr>
        <w:t xml:space="preserve"> центр “</w:t>
      </w:r>
      <w:proofErr w:type="spellStart"/>
      <w:r w:rsidRPr="009F236B">
        <w:rPr>
          <w:lang w:val="ru-RU"/>
        </w:rPr>
        <w:t>Медичний</w:t>
      </w:r>
      <w:proofErr w:type="spellEnd"/>
      <w:r w:rsidRPr="009F236B">
        <w:rPr>
          <w:lang w:val="ru-RU"/>
        </w:rPr>
        <w:t xml:space="preserve"> Конструктор”»</w:t>
      </w:r>
    </w:p>
    <w:p w14:paraId="7C7798F0" w14:textId="04CB632A" w:rsidR="00EE4B87" w:rsidRPr="009F236B" w:rsidRDefault="00811DB6">
      <w:pPr>
        <w:rPr>
          <w:lang w:val="ru-RU"/>
        </w:rPr>
      </w:pPr>
      <w:proofErr w:type="spellStart"/>
      <w:r w:rsidRPr="009F236B">
        <w:rPr>
          <w:lang w:val="ru-RU"/>
        </w:rPr>
        <w:t>Підстава</w:t>
      </w:r>
      <w:proofErr w:type="spellEnd"/>
      <w:r w:rsidRPr="009F236B">
        <w:rPr>
          <w:lang w:val="ru-RU"/>
        </w:rPr>
        <w:t xml:space="preserve">: Порядок </w:t>
      </w:r>
      <w:proofErr w:type="spellStart"/>
      <w:r w:rsidRPr="009F236B">
        <w:rPr>
          <w:lang w:val="ru-RU"/>
        </w:rPr>
        <w:t>розроблення</w:t>
      </w:r>
      <w:proofErr w:type="spellEnd"/>
      <w:r w:rsidRPr="009F236B">
        <w:rPr>
          <w:lang w:val="ru-RU"/>
        </w:rPr>
        <w:t xml:space="preserve">, </w:t>
      </w:r>
      <w:proofErr w:type="spellStart"/>
      <w:r w:rsidRPr="009F236B">
        <w:rPr>
          <w:lang w:val="ru-RU"/>
        </w:rPr>
        <w:t>введення</w:t>
      </w:r>
      <w:proofErr w:type="spellEnd"/>
      <w:r w:rsidRPr="009F236B">
        <w:rPr>
          <w:lang w:val="ru-RU"/>
        </w:rPr>
        <w:t xml:space="preserve"> в </w:t>
      </w:r>
      <w:proofErr w:type="spellStart"/>
      <w:r w:rsidRPr="009F236B">
        <w:rPr>
          <w:lang w:val="ru-RU"/>
        </w:rPr>
        <w:t>дію</w:t>
      </w:r>
      <w:proofErr w:type="spellEnd"/>
      <w:r w:rsidRPr="009F236B">
        <w:rPr>
          <w:lang w:val="ru-RU"/>
        </w:rPr>
        <w:t xml:space="preserve"> та перегляду </w:t>
      </w:r>
      <w:proofErr w:type="spellStart"/>
      <w:r w:rsidRPr="009F236B">
        <w:rPr>
          <w:lang w:val="ru-RU"/>
        </w:rPr>
        <w:t>професійних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стандартів</w:t>
      </w:r>
      <w:proofErr w:type="spellEnd"/>
      <w:r w:rsidRPr="009F236B">
        <w:rPr>
          <w:lang w:val="ru-RU"/>
        </w:rPr>
        <w:t xml:space="preserve">, </w:t>
      </w:r>
      <w:proofErr w:type="spellStart"/>
      <w:r w:rsidRPr="009F236B">
        <w:rPr>
          <w:lang w:val="ru-RU"/>
        </w:rPr>
        <w:t>затверджений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постановою</w:t>
      </w:r>
      <w:proofErr w:type="spellEnd"/>
      <w:r w:rsidRPr="009F236B">
        <w:rPr>
          <w:lang w:val="ru-RU"/>
        </w:rPr>
        <w:t xml:space="preserve"> КМУ </w:t>
      </w:r>
      <w:proofErr w:type="spellStart"/>
      <w:r w:rsidRPr="009F236B">
        <w:rPr>
          <w:lang w:val="ru-RU"/>
        </w:rPr>
        <w:t>від</w:t>
      </w:r>
      <w:proofErr w:type="spellEnd"/>
      <w:r w:rsidRPr="009F236B">
        <w:rPr>
          <w:lang w:val="ru-RU"/>
        </w:rPr>
        <w:t xml:space="preserve"> 31.05.2017 № 373, у </w:t>
      </w:r>
      <w:proofErr w:type="spellStart"/>
      <w:r w:rsidRPr="009F236B">
        <w:rPr>
          <w:lang w:val="ru-RU"/>
        </w:rPr>
        <w:t>редакції</w:t>
      </w:r>
      <w:proofErr w:type="spellEnd"/>
      <w:r w:rsidRPr="009F236B">
        <w:rPr>
          <w:lang w:val="ru-RU"/>
        </w:rPr>
        <w:t xml:space="preserve">, </w:t>
      </w:r>
      <w:proofErr w:type="spellStart"/>
      <w:r w:rsidRPr="009F236B">
        <w:rPr>
          <w:lang w:val="ru-RU"/>
        </w:rPr>
        <w:t>застосовній</w:t>
      </w:r>
      <w:proofErr w:type="spellEnd"/>
      <w:r w:rsidRPr="009F236B">
        <w:rPr>
          <w:lang w:val="ru-RU"/>
        </w:rPr>
        <w:t xml:space="preserve"> до проєкту, та </w:t>
      </w:r>
      <w:proofErr w:type="spellStart"/>
      <w:r w:rsidRPr="009F236B">
        <w:rPr>
          <w:lang w:val="ru-RU"/>
        </w:rPr>
        <w:t>Методичні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рекомендації</w:t>
      </w:r>
      <w:proofErr w:type="spellEnd"/>
      <w:r w:rsidRPr="009F236B">
        <w:rPr>
          <w:lang w:val="ru-RU"/>
        </w:rPr>
        <w:t xml:space="preserve"> НАК, </w:t>
      </w:r>
      <w:proofErr w:type="spellStart"/>
      <w:r w:rsidRPr="009F236B">
        <w:rPr>
          <w:lang w:val="ru-RU"/>
        </w:rPr>
        <w:t>схвалені</w:t>
      </w:r>
      <w:proofErr w:type="spellEnd"/>
      <w:r w:rsidRPr="009F236B">
        <w:rPr>
          <w:lang w:val="ru-RU"/>
        </w:rPr>
        <w:t xml:space="preserve"> </w:t>
      </w:r>
      <w:proofErr w:type="spellStart"/>
      <w:r w:rsidRPr="009F236B">
        <w:rPr>
          <w:lang w:val="ru-RU"/>
        </w:rPr>
        <w:t>рішенням</w:t>
      </w:r>
      <w:proofErr w:type="spellEnd"/>
      <w:r w:rsidRPr="009F236B">
        <w:rPr>
          <w:lang w:val="ru-RU"/>
        </w:rPr>
        <w:t xml:space="preserve"> № 1, протокол № 54 (248) </w:t>
      </w:r>
      <w:proofErr w:type="spellStart"/>
      <w:r w:rsidRPr="009F236B">
        <w:rPr>
          <w:lang w:val="ru-RU"/>
        </w:rPr>
        <w:t>від</w:t>
      </w:r>
      <w:proofErr w:type="spellEnd"/>
      <w:r w:rsidRPr="009F236B">
        <w:rPr>
          <w:lang w:val="ru-RU"/>
        </w:rPr>
        <w:t xml:space="preserve"> 30.09.2025.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596"/>
        <w:gridCol w:w="2798"/>
        <w:gridCol w:w="1955"/>
        <w:gridCol w:w="1409"/>
        <w:gridCol w:w="2804"/>
      </w:tblGrid>
      <w:tr w:rsidR="00EE4B87" w:rsidRPr="009F236B" w14:paraId="21D6F0D3" w14:textId="77777777" w:rsidTr="00D97BDE">
        <w:trPr>
          <w:tblHeader/>
          <w:jc w:val="center"/>
        </w:trPr>
        <w:tc>
          <w:tcPr>
            <w:tcW w:w="2381" w:type="dxa"/>
            <w:shd w:val="clear" w:color="auto" w:fill="E7E6E6"/>
            <w:vAlign w:val="center"/>
          </w:tcPr>
          <w:p w14:paraId="13331E6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Позиція</w:t>
            </w:r>
            <w:proofErr w:type="spellEnd"/>
            <w:r w:rsidRPr="009F236B">
              <w:rPr>
                <w:b/>
                <w:sz w:val="24"/>
              </w:rPr>
              <w:t xml:space="preserve"> проєкту </w:t>
            </w:r>
            <w:proofErr w:type="spellStart"/>
            <w:r w:rsidRPr="009F236B">
              <w:rPr>
                <w:b/>
                <w:sz w:val="24"/>
              </w:rPr>
              <w:t>професійного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стандарту</w:t>
            </w:r>
            <w:proofErr w:type="spellEnd"/>
          </w:p>
        </w:tc>
        <w:tc>
          <w:tcPr>
            <w:tcW w:w="3628" w:type="dxa"/>
            <w:shd w:val="clear" w:color="auto" w:fill="E7E6E6"/>
            <w:vAlign w:val="center"/>
          </w:tcPr>
          <w:p w14:paraId="2B215E5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Пропозиція</w:t>
            </w:r>
            <w:proofErr w:type="spellEnd"/>
          </w:p>
        </w:tc>
        <w:tc>
          <w:tcPr>
            <w:tcW w:w="2721" w:type="dxa"/>
            <w:shd w:val="clear" w:color="auto" w:fill="E7E6E6"/>
            <w:vAlign w:val="center"/>
          </w:tcPr>
          <w:p w14:paraId="3A2DB13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Назва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суб’єкта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подання</w:t>
            </w:r>
            <w:proofErr w:type="spellEnd"/>
          </w:p>
        </w:tc>
        <w:tc>
          <w:tcPr>
            <w:tcW w:w="1757" w:type="dxa"/>
            <w:shd w:val="clear" w:color="auto" w:fill="E7E6E6"/>
            <w:vAlign w:val="center"/>
          </w:tcPr>
          <w:p w14:paraId="05F42A87" w14:textId="77777777" w:rsidR="00EE4B87" w:rsidRPr="009F236B" w:rsidRDefault="00811DB6">
            <w:pPr>
              <w:jc w:val="center"/>
              <w:rPr>
                <w:lang w:val="ru-RU"/>
              </w:rPr>
            </w:pPr>
            <w:proofErr w:type="spellStart"/>
            <w:r w:rsidRPr="009F236B">
              <w:rPr>
                <w:b/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b/>
                <w:sz w:val="24"/>
                <w:lang w:val="ru-RU"/>
              </w:rPr>
              <w:t xml:space="preserve"> / не </w:t>
            </w:r>
            <w:proofErr w:type="spellStart"/>
            <w:r w:rsidRPr="009F236B">
              <w:rPr>
                <w:b/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b/>
                <w:sz w:val="24"/>
                <w:lang w:val="ru-RU"/>
              </w:rPr>
              <w:t xml:space="preserve"> / </w:t>
            </w:r>
            <w:proofErr w:type="spellStart"/>
            <w:r w:rsidRPr="009F236B">
              <w:rPr>
                <w:b/>
                <w:sz w:val="24"/>
                <w:lang w:val="ru-RU"/>
              </w:rPr>
              <w:t>знято</w:t>
            </w:r>
            <w:proofErr w:type="spellEnd"/>
            <w:r w:rsidRPr="009F236B">
              <w:rPr>
                <w:b/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b/>
                <w:sz w:val="24"/>
                <w:lang w:val="ru-RU"/>
              </w:rPr>
              <w:t>процесі</w:t>
            </w:r>
            <w:proofErr w:type="spellEnd"/>
            <w:r w:rsidRPr="009F236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b/>
                <w:sz w:val="24"/>
                <w:lang w:val="ru-RU"/>
              </w:rPr>
              <w:t>обговорення</w:t>
            </w:r>
            <w:proofErr w:type="spellEnd"/>
          </w:p>
        </w:tc>
        <w:tc>
          <w:tcPr>
            <w:tcW w:w="3969" w:type="dxa"/>
            <w:shd w:val="clear" w:color="auto" w:fill="E7E6E6"/>
            <w:vAlign w:val="center"/>
          </w:tcPr>
          <w:p w14:paraId="0310429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Мотивоване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рішення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робочої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групи</w:t>
            </w:r>
            <w:proofErr w:type="spellEnd"/>
          </w:p>
        </w:tc>
      </w:tr>
      <w:tr w:rsidR="00EE4B87" w:rsidRPr="009F236B" w14:paraId="45614411" w14:textId="77777777" w:rsidTr="00D97BDE">
        <w:trPr>
          <w:tblHeader/>
          <w:jc w:val="center"/>
        </w:trPr>
        <w:tc>
          <w:tcPr>
            <w:tcW w:w="2381" w:type="dxa"/>
            <w:shd w:val="clear" w:color="auto" w:fill="E7E6E6"/>
            <w:vAlign w:val="center"/>
          </w:tcPr>
          <w:p w14:paraId="4DE185F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Пункт</w:t>
            </w:r>
            <w:proofErr w:type="spellEnd"/>
            <w:r w:rsidRPr="009F236B">
              <w:rPr>
                <w:b/>
                <w:sz w:val="24"/>
              </w:rPr>
              <w:t xml:space="preserve"> / </w:t>
            </w:r>
            <w:proofErr w:type="spellStart"/>
            <w:r w:rsidRPr="009F236B">
              <w:rPr>
                <w:b/>
                <w:sz w:val="24"/>
              </w:rPr>
              <w:t>положення</w:t>
            </w:r>
            <w:proofErr w:type="spellEnd"/>
          </w:p>
        </w:tc>
        <w:tc>
          <w:tcPr>
            <w:tcW w:w="3628" w:type="dxa"/>
            <w:shd w:val="clear" w:color="auto" w:fill="E7E6E6"/>
            <w:vAlign w:val="center"/>
          </w:tcPr>
          <w:p w14:paraId="5FDCAE1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Текст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із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поясненням</w:t>
            </w:r>
            <w:proofErr w:type="spellEnd"/>
          </w:p>
        </w:tc>
        <w:tc>
          <w:tcPr>
            <w:tcW w:w="2721" w:type="dxa"/>
            <w:shd w:val="clear" w:color="auto" w:fill="E7E6E6"/>
            <w:vAlign w:val="center"/>
          </w:tcPr>
          <w:p w14:paraId="300EA68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Суб’єкт</w:t>
            </w:r>
            <w:proofErr w:type="spellEnd"/>
          </w:p>
        </w:tc>
        <w:tc>
          <w:tcPr>
            <w:tcW w:w="1757" w:type="dxa"/>
            <w:shd w:val="clear" w:color="auto" w:fill="E7E6E6"/>
            <w:vAlign w:val="center"/>
          </w:tcPr>
          <w:p w14:paraId="3D16850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Рішення</w:t>
            </w:r>
            <w:proofErr w:type="spellEnd"/>
          </w:p>
        </w:tc>
        <w:tc>
          <w:tcPr>
            <w:tcW w:w="3969" w:type="dxa"/>
            <w:shd w:val="clear" w:color="auto" w:fill="E7E6E6"/>
            <w:vAlign w:val="center"/>
          </w:tcPr>
          <w:p w14:paraId="23F9E8B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Обґрунтування</w:t>
            </w:r>
            <w:proofErr w:type="spellEnd"/>
            <w:r w:rsidRPr="009F236B">
              <w:rPr>
                <w:b/>
                <w:sz w:val="24"/>
              </w:rPr>
              <w:t xml:space="preserve"> / </w:t>
            </w:r>
            <w:proofErr w:type="spellStart"/>
            <w:r w:rsidRPr="009F236B">
              <w:rPr>
                <w:b/>
                <w:sz w:val="24"/>
              </w:rPr>
              <w:t>спосіб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реалізації</w:t>
            </w:r>
            <w:proofErr w:type="spellEnd"/>
          </w:p>
        </w:tc>
      </w:tr>
      <w:tr w:rsidR="00EE4B87" w:rsidRPr="009F236B" w14:paraId="0942B544" w14:textId="77777777" w:rsidTr="00D97BDE">
        <w:trPr>
          <w:jc w:val="center"/>
        </w:trPr>
        <w:tc>
          <w:tcPr>
            <w:tcW w:w="2381" w:type="dxa"/>
            <w:vAlign w:val="center"/>
          </w:tcPr>
          <w:p w14:paraId="3F7D11A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Титульна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сторінка</w:t>
            </w:r>
            <w:proofErr w:type="spellEnd"/>
            <w:r w:rsidRPr="009F236B">
              <w:rPr>
                <w:sz w:val="24"/>
                <w:lang w:val="ru-RU"/>
              </w:rPr>
              <w:t xml:space="preserve">: (дата </w:t>
            </w:r>
            <w:proofErr w:type="spellStart"/>
            <w:r w:rsidRPr="009F236B">
              <w:rPr>
                <w:sz w:val="24"/>
                <w:lang w:val="ru-RU"/>
              </w:rPr>
              <w:t>внесення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Реєстру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)</w:t>
            </w:r>
          </w:p>
        </w:tc>
        <w:tc>
          <w:tcPr>
            <w:tcW w:w="3628" w:type="dxa"/>
            <w:vAlign w:val="center"/>
          </w:tcPr>
          <w:p w14:paraId="3C19EB9C" w14:textId="77777777" w:rsidR="00EE4B87" w:rsidRPr="009F236B" w:rsidRDefault="00811DB6">
            <w:proofErr w:type="spellStart"/>
            <w:r w:rsidRPr="009F236B">
              <w:rPr>
                <w:sz w:val="24"/>
              </w:rPr>
              <w:t>Необхідно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9709A4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7FDAC6F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70FEEA4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Поле, не </w:t>
            </w:r>
            <w:proofErr w:type="spellStart"/>
            <w:r w:rsidRPr="009F236B">
              <w:rPr>
                <w:sz w:val="24"/>
                <w:lang w:val="ru-RU"/>
              </w:rPr>
              <w:t>передбачене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застосовною</w:t>
            </w:r>
            <w:proofErr w:type="spellEnd"/>
            <w:r w:rsidRPr="009F236B">
              <w:rPr>
                <w:sz w:val="24"/>
                <w:lang w:val="ru-RU"/>
              </w:rPr>
              <w:t xml:space="preserve"> структурою,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відомості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затвердження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рекомендовану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дату перегляду подано у </w:t>
            </w:r>
            <w:proofErr w:type="spellStart"/>
            <w:r w:rsidRPr="009F236B">
              <w:rPr>
                <w:sz w:val="24"/>
                <w:lang w:val="ru-RU"/>
              </w:rPr>
              <w:t>відповідних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розділах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стандарту.</w:t>
            </w:r>
          </w:p>
        </w:tc>
      </w:tr>
      <w:tr w:rsidR="00EE4B87" w:rsidRPr="009F236B" w14:paraId="2CCACE8D" w14:textId="77777777" w:rsidTr="00D97BDE">
        <w:trPr>
          <w:jc w:val="center"/>
        </w:trPr>
        <w:tc>
          <w:tcPr>
            <w:tcW w:w="2381" w:type="dxa"/>
            <w:vAlign w:val="center"/>
          </w:tcPr>
          <w:p w14:paraId="5F30A135" w14:textId="77777777" w:rsidR="00EE4B87" w:rsidRPr="009F236B" w:rsidRDefault="00811DB6">
            <w:proofErr w:type="spellStart"/>
            <w:r w:rsidRPr="009F236B">
              <w:rPr>
                <w:sz w:val="24"/>
              </w:rPr>
              <w:t>По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тексту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628" w:type="dxa"/>
            <w:vAlign w:val="center"/>
          </w:tcPr>
          <w:p w14:paraId="67A54E3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Необхідно</w:t>
            </w:r>
            <w:proofErr w:type="spellEnd"/>
            <w:r w:rsidRPr="009F236B">
              <w:rPr>
                <w:sz w:val="24"/>
                <w:lang w:val="ru-RU"/>
              </w:rPr>
              <w:t xml:space="preserve"> привести </w:t>
            </w:r>
            <w:proofErr w:type="spellStart"/>
            <w:r w:rsidRPr="009F236B">
              <w:rPr>
                <w:sz w:val="24"/>
                <w:lang w:val="ru-RU"/>
              </w:rPr>
              <w:t>нумерацію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пунктів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підпунктів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відповідність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додатку</w:t>
            </w:r>
            <w:proofErr w:type="spellEnd"/>
            <w:r w:rsidRPr="009F236B">
              <w:rPr>
                <w:sz w:val="24"/>
                <w:lang w:val="ru-RU"/>
              </w:rPr>
              <w:t xml:space="preserve"> 2 до Порядку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дію</w:t>
            </w:r>
            <w:proofErr w:type="spellEnd"/>
            <w:r w:rsidRPr="009F236B">
              <w:rPr>
                <w:sz w:val="24"/>
                <w:lang w:val="ru-RU"/>
              </w:rPr>
              <w:t xml:space="preserve"> та перегляду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</w:p>
        </w:tc>
        <w:tc>
          <w:tcPr>
            <w:tcW w:w="2721" w:type="dxa"/>
            <w:vAlign w:val="center"/>
          </w:tcPr>
          <w:p w14:paraId="4BB747C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5149CAC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6F414B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Нумерацію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розділів</w:t>
            </w:r>
            <w:proofErr w:type="spellEnd"/>
            <w:r w:rsidRPr="009F236B">
              <w:rPr>
                <w:sz w:val="24"/>
                <w:lang w:val="ru-RU"/>
              </w:rPr>
              <w:t xml:space="preserve"> і порядок </w:t>
            </w:r>
            <w:proofErr w:type="spellStart"/>
            <w:r w:rsidRPr="009F236B">
              <w:rPr>
                <w:sz w:val="24"/>
                <w:lang w:val="ru-RU"/>
              </w:rPr>
              <w:t>їх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розміщення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приведено до </w:t>
            </w:r>
            <w:proofErr w:type="spellStart"/>
            <w:r w:rsidRPr="009F236B">
              <w:rPr>
                <w:sz w:val="24"/>
                <w:lang w:val="ru-RU"/>
              </w:rPr>
              <w:t>Додатка</w:t>
            </w:r>
            <w:proofErr w:type="spellEnd"/>
            <w:r w:rsidRPr="009F236B">
              <w:rPr>
                <w:sz w:val="24"/>
                <w:lang w:val="ru-RU"/>
              </w:rPr>
              <w:t xml:space="preserve"> 2 до Порядку № 373 у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 2025 року, </w:t>
            </w:r>
            <w:proofErr w:type="spellStart"/>
            <w:r w:rsidRPr="009F236B">
              <w:rPr>
                <w:sz w:val="24"/>
                <w:lang w:val="ru-RU"/>
              </w:rPr>
              <w:t>застосовній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цього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проєкту.</w:t>
            </w:r>
          </w:p>
        </w:tc>
      </w:tr>
      <w:tr w:rsidR="00EE4B87" w:rsidRPr="009F236B" w14:paraId="4ADB7763" w14:textId="77777777" w:rsidTr="00D97BDE">
        <w:trPr>
          <w:jc w:val="center"/>
        </w:trPr>
        <w:tc>
          <w:tcPr>
            <w:tcW w:w="2381" w:type="dxa"/>
            <w:vAlign w:val="center"/>
          </w:tcPr>
          <w:p w14:paraId="7B62C18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3 «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>) та код (</w:t>
            </w:r>
            <w:proofErr w:type="spellStart"/>
            <w:r w:rsidRPr="009F236B">
              <w:rPr>
                <w:sz w:val="24"/>
                <w:lang w:val="ru-RU"/>
              </w:rPr>
              <w:t>коди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підкласу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підкласів</w:t>
            </w:r>
            <w:proofErr w:type="spellEnd"/>
            <w:r w:rsidRPr="009F236B">
              <w:rPr>
                <w:sz w:val="24"/>
                <w:lang w:val="ru-RU"/>
              </w:rPr>
              <w:t xml:space="preserve">) (групи)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згідно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Національним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класифікатором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ДК 003:2010 «</w:t>
            </w:r>
            <w:proofErr w:type="spellStart"/>
            <w:r w:rsidRPr="009F236B">
              <w:rPr>
                <w:sz w:val="24"/>
                <w:lang w:val="ru-RU"/>
              </w:rPr>
              <w:t>Класифікатор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>» пункту 2 «</w:t>
            </w:r>
            <w:proofErr w:type="spellStart"/>
            <w:r w:rsidRPr="009F236B">
              <w:rPr>
                <w:sz w:val="24"/>
                <w:lang w:val="ru-RU"/>
              </w:rPr>
              <w:t>Загальні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відомості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стандарт» 2149.2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</w:p>
        </w:tc>
        <w:tc>
          <w:tcPr>
            <w:tcW w:w="3628" w:type="dxa"/>
            <w:vAlign w:val="center"/>
          </w:tcPr>
          <w:p w14:paraId="16A81F42" w14:textId="77777777" w:rsidR="00EE4B87" w:rsidRPr="009F236B" w:rsidRDefault="00811DB6"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>, 2149.2</w:t>
            </w:r>
          </w:p>
        </w:tc>
        <w:tc>
          <w:tcPr>
            <w:tcW w:w="2721" w:type="dxa"/>
            <w:vAlign w:val="center"/>
          </w:tcPr>
          <w:p w14:paraId="4AC3E32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57EDD6C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A56B14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і </w:t>
            </w:r>
            <w:proofErr w:type="spellStart"/>
            <w:r w:rsidRPr="009F236B">
              <w:rPr>
                <w:sz w:val="24"/>
                <w:lang w:val="ru-RU"/>
              </w:rPr>
              <w:t>робоче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віднесення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групи подано </w:t>
            </w:r>
            <w:proofErr w:type="spellStart"/>
            <w:r w:rsidRPr="009F236B">
              <w:rPr>
                <w:sz w:val="24"/>
                <w:lang w:val="ru-RU"/>
              </w:rPr>
              <w:t>окремо</w:t>
            </w:r>
            <w:proofErr w:type="spellEnd"/>
            <w:r w:rsidRPr="009F236B">
              <w:rPr>
                <w:sz w:val="24"/>
                <w:lang w:val="ru-RU"/>
              </w:rPr>
              <w:t xml:space="preserve">. До </w:t>
            </w:r>
            <w:proofErr w:type="spellStart"/>
            <w:r w:rsidRPr="009F236B">
              <w:rPr>
                <w:sz w:val="24"/>
                <w:lang w:val="ru-RU"/>
              </w:rPr>
              <w:t>фінального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пакета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бути </w:t>
            </w:r>
            <w:proofErr w:type="spellStart"/>
            <w:r w:rsidRPr="009F236B">
              <w:rPr>
                <w:sz w:val="24"/>
                <w:lang w:val="ru-RU"/>
              </w:rPr>
              <w:t>долучена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письмова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позиція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Мінекономіки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/коду,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відсутня</w:t>
            </w:r>
            <w:proofErr w:type="spellEnd"/>
            <w:r w:rsidRPr="009F236B">
              <w:rPr>
                <w:sz w:val="24"/>
                <w:lang w:val="ru-RU"/>
              </w:rPr>
              <w:t xml:space="preserve"> у ДК 003:2010.</w:t>
            </w:r>
          </w:p>
        </w:tc>
      </w:tr>
      <w:tr w:rsidR="00EE4B87" w:rsidRPr="009F236B" w14:paraId="47098677" w14:textId="77777777" w:rsidTr="00D97BDE">
        <w:trPr>
          <w:jc w:val="center"/>
        </w:trPr>
        <w:tc>
          <w:tcPr>
            <w:tcW w:w="2381" w:type="dxa"/>
            <w:vAlign w:val="center"/>
          </w:tcPr>
          <w:p w14:paraId="607FEA3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5 «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типових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посад» пункту 2 «</w:t>
            </w:r>
            <w:proofErr w:type="spellStart"/>
            <w:r w:rsidRPr="009F236B">
              <w:rPr>
                <w:sz w:val="24"/>
                <w:lang w:val="ru-RU"/>
              </w:rPr>
              <w:t>Загальні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відомості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стандарт»</w:t>
            </w:r>
          </w:p>
        </w:tc>
        <w:tc>
          <w:tcPr>
            <w:tcW w:w="3628" w:type="dxa"/>
            <w:vAlign w:val="center"/>
          </w:tcPr>
          <w:p w14:paraId="2648B38B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Цей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повинен бути перед </w:t>
            </w:r>
            <w:proofErr w:type="spellStart"/>
            <w:r w:rsidRPr="009F236B">
              <w:rPr>
                <w:sz w:val="24"/>
                <w:lang w:val="ru-RU"/>
              </w:rPr>
              <w:t>підпунктом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>(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),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їх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рівні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згідно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Національною</w:t>
            </w:r>
            <w:proofErr w:type="spellEnd"/>
            <w:r w:rsidRPr="009F236B">
              <w:rPr>
                <w:sz w:val="24"/>
                <w:lang w:val="ru-RU"/>
              </w:rPr>
              <w:t xml:space="preserve"> рамкою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». </w:t>
            </w:r>
            <w:proofErr w:type="spellStart"/>
            <w:r w:rsidRPr="009F236B">
              <w:rPr>
                <w:sz w:val="24"/>
              </w:rPr>
              <w:t>Внести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зміни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E1CAF7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3D85400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BF527E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Типові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посади </w:t>
            </w:r>
            <w:proofErr w:type="spellStart"/>
            <w:r w:rsidRPr="009F236B">
              <w:rPr>
                <w:sz w:val="24"/>
                <w:lang w:val="ru-RU"/>
              </w:rPr>
              <w:t>розміщено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належному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підпункті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керівні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ототожнюються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окремими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207A296" w14:textId="77777777" w:rsidTr="00D97BDE">
        <w:trPr>
          <w:jc w:val="center"/>
        </w:trPr>
        <w:tc>
          <w:tcPr>
            <w:tcW w:w="2381" w:type="dxa"/>
            <w:vAlign w:val="center"/>
          </w:tcPr>
          <w:p w14:paraId="5378552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6 «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>) документа (</w:t>
            </w:r>
            <w:proofErr w:type="spellStart"/>
            <w:r w:rsidRPr="009F236B">
              <w:rPr>
                <w:sz w:val="24"/>
                <w:lang w:val="ru-RU"/>
              </w:rPr>
              <w:t>документів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),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підтверджує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підтверджують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особи» пункту 2 «</w:t>
            </w:r>
            <w:proofErr w:type="spellStart"/>
            <w:r w:rsidRPr="009F236B">
              <w:rPr>
                <w:sz w:val="24"/>
                <w:lang w:val="ru-RU"/>
              </w:rPr>
              <w:t>Загальні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відомості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стандарт» ● </w:t>
            </w:r>
            <w:proofErr w:type="spellStart"/>
            <w:r w:rsidRPr="009F236B">
              <w:rPr>
                <w:sz w:val="24"/>
                <w:lang w:val="ru-RU"/>
              </w:rPr>
              <w:t>сертифікат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часткової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proofErr w:type="spellStart"/>
            <w:r w:rsidRPr="009F236B">
              <w:rPr>
                <w:sz w:val="24"/>
                <w:lang w:val="ru-RU"/>
              </w:rPr>
              <w:t>виданий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акредитованими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центрами, </w:t>
            </w:r>
            <w:proofErr w:type="spellStart"/>
            <w:r w:rsidRPr="009F236B">
              <w:rPr>
                <w:sz w:val="24"/>
                <w:lang w:val="ru-RU"/>
              </w:rPr>
              <w:t>внесеними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Реєстру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центрів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складі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Реєстру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агентства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>;</w:t>
            </w:r>
          </w:p>
        </w:tc>
        <w:tc>
          <w:tcPr>
            <w:tcW w:w="3628" w:type="dxa"/>
            <w:vAlign w:val="center"/>
          </w:tcPr>
          <w:p w14:paraId="4A669AE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сертифікат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часткової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>».</w:t>
            </w:r>
          </w:p>
        </w:tc>
        <w:tc>
          <w:tcPr>
            <w:tcW w:w="2721" w:type="dxa"/>
            <w:vAlign w:val="center"/>
          </w:tcPr>
          <w:p w14:paraId="5D52119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3079E77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FB15B4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документів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 приведено до </w:t>
            </w:r>
            <w:proofErr w:type="spellStart"/>
            <w:r w:rsidRPr="009F236B">
              <w:rPr>
                <w:sz w:val="24"/>
                <w:lang w:val="ru-RU"/>
              </w:rPr>
              <w:t>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 Порядку: </w:t>
            </w:r>
            <w:proofErr w:type="spellStart"/>
            <w:r w:rsidRPr="009F236B">
              <w:rPr>
                <w:sz w:val="24"/>
                <w:lang w:val="ru-RU"/>
              </w:rPr>
              <w:t>сертифікат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сертифікат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визнання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, диплом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записом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за </w:t>
            </w:r>
            <w:proofErr w:type="spellStart"/>
            <w:r w:rsidRPr="009F236B">
              <w:rPr>
                <w:sz w:val="24"/>
                <w:lang w:val="ru-RU"/>
              </w:rPr>
              <w:t>наявності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суб’єкта</w:t>
            </w:r>
            <w:proofErr w:type="spellEnd"/>
            <w:r w:rsidRPr="009F236B">
              <w:rPr>
                <w:sz w:val="24"/>
                <w:lang w:val="ru-RU"/>
              </w:rPr>
              <w:t xml:space="preserve"> — та </w:t>
            </w:r>
            <w:proofErr w:type="spellStart"/>
            <w:r w:rsidRPr="009F236B">
              <w:rPr>
                <w:sz w:val="24"/>
                <w:lang w:val="ru-RU"/>
              </w:rPr>
              <w:t>інші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документи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передбачені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7BD5152" w14:textId="77777777" w:rsidTr="00D97BDE">
        <w:trPr>
          <w:jc w:val="center"/>
        </w:trPr>
        <w:tc>
          <w:tcPr>
            <w:tcW w:w="2381" w:type="dxa"/>
            <w:vAlign w:val="center"/>
          </w:tcPr>
          <w:p w14:paraId="59F52EA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1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» пункту 3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Суб’єкти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2E0AC40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суб’єкти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інші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уповноважені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суб’єкти</w:t>
            </w:r>
            <w:proofErr w:type="spellEnd"/>
          </w:p>
        </w:tc>
        <w:tc>
          <w:tcPr>
            <w:tcW w:w="2721" w:type="dxa"/>
            <w:vAlign w:val="center"/>
          </w:tcPr>
          <w:p w14:paraId="6E0F562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5D69CC1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EC6B29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Уточнено коло </w:t>
            </w:r>
            <w:proofErr w:type="spellStart"/>
            <w:r w:rsidRPr="009F236B">
              <w:rPr>
                <w:sz w:val="24"/>
                <w:lang w:val="ru-RU"/>
              </w:rPr>
              <w:t>суб’єктів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уповноважених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</w:t>
            </w:r>
            <w:r w:rsidRPr="009F236B">
              <w:rPr>
                <w:sz w:val="24"/>
                <w:lang w:val="ru-RU"/>
              </w:rPr>
              <w:lastRenderedPageBreak/>
              <w:t>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805C9E7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E59F2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1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» пункту 3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Суб’єкти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: У </w:t>
            </w:r>
            <w:proofErr w:type="spellStart"/>
            <w:r w:rsidRPr="009F236B">
              <w:rPr>
                <w:sz w:val="24"/>
                <w:lang w:val="ru-RU"/>
              </w:rPr>
              <w:t>переліку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бути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</w:t>
            </w:r>
          </w:p>
        </w:tc>
        <w:tc>
          <w:tcPr>
            <w:tcW w:w="3628" w:type="dxa"/>
            <w:vAlign w:val="center"/>
          </w:tcPr>
          <w:p w14:paraId="5817E91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Внести </w:t>
            </w:r>
            <w:proofErr w:type="spellStart"/>
            <w:r w:rsidRPr="009F236B">
              <w:rPr>
                <w:sz w:val="24"/>
                <w:lang w:val="ru-RU"/>
              </w:rPr>
              <w:t>зміни</w:t>
            </w:r>
            <w:proofErr w:type="spellEnd"/>
            <w:r w:rsidRPr="009F236B">
              <w:rPr>
                <w:sz w:val="24"/>
                <w:lang w:val="ru-RU"/>
              </w:rPr>
              <w:t xml:space="preserve">. Не </w:t>
            </w:r>
            <w:proofErr w:type="spellStart"/>
            <w:r w:rsidRPr="009F236B">
              <w:rPr>
                <w:sz w:val="24"/>
                <w:lang w:val="ru-RU"/>
              </w:rPr>
              <w:t>зрозуміло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передбачено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суб’єкти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то </w:t>
            </w:r>
            <w:proofErr w:type="spellStart"/>
            <w:r w:rsidRPr="009F236B">
              <w:rPr>
                <w:sz w:val="24"/>
                <w:lang w:val="ru-RU"/>
              </w:rPr>
              <w:t>необхідно</w:t>
            </w:r>
            <w:proofErr w:type="spellEnd"/>
            <w:r w:rsidRPr="009F236B">
              <w:rPr>
                <w:sz w:val="24"/>
                <w:lang w:val="ru-RU"/>
              </w:rPr>
              <w:t xml:space="preserve">: 1. У </w:t>
            </w:r>
            <w:proofErr w:type="spellStart"/>
            <w:r w:rsidRPr="009F236B">
              <w:rPr>
                <w:sz w:val="24"/>
                <w:lang w:val="ru-RU"/>
              </w:rPr>
              <w:t>підпункті</w:t>
            </w:r>
            <w:proofErr w:type="spellEnd"/>
            <w:r w:rsidRPr="009F236B">
              <w:rPr>
                <w:sz w:val="24"/>
                <w:lang w:val="ru-RU"/>
              </w:rPr>
              <w:t xml:space="preserve"> 6 пункту 2 </w:t>
            </w:r>
            <w:proofErr w:type="spellStart"/>
            <w:r w:rsidRPr="009F236B">
              <w:rPr>
                <w:sz w:val="24"/>
                <w:lang w:val="ru-RU"/>
              </w:rPr>
              <w:t>додати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відповідний</w:t>
            </w:r>
            <w:proofErr w:type="spellEnd"/>
            <w:r w:rsidRPr="009F236B">
              <w:rPr>
                <w:sz w:val="24"/>
                <w:lang w:val="ru-RU"/>
              </w:rPr>
              <w:t xml:space="preserve"> диплом закладу </w:t>
            </w:r>
            <w:proofErr w:type="spellStart"/>
            <w:r w:rsidRPr="009F236B">
              <w:rPr>
                <w:sz w:val="24"/>
                <w:lang w:val="ru-RU"/>
              </w:rPr>
              <w:t>освіти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записом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отриманої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. 2. в </w:t>
            </w:r>
            <w:proofErr w:type="spellStart"/>
            <w:r w:rsidRPr="009F236B">
              <w:rPr>
                <w:sz w:val="24"/>
                <w:lang w:val="ru-RU"/>
              </w:rPr>
              <w:t>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колонці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зазначаються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умов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мінімального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освіти</w:t>
            </w:r>
            <w:proofErr w:type="spellEnd"/>
            <w:r w:rsidRPr="009F236B">
              <w:rPr>
                <w:sz w:val="24"/>
                <w:lang w:val="ru-RU"/>
              </w:rPr>
              <w:t xml:space="preserve"> (для </w:t>
            </w:r>
            <w:proofErr w:type="spellStart"/>
            <w:r w:rsidRPr="009F236B">
              <w:rPr>
                <w:sz w:val="24"/>
                <w:lang w:val="ru-RU"/>
              </w:rPr>
              <w:t>робітничих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 xml:space="preserve"> — за потреби); </w:t>
            </w:r>
            <w:proofErr w:type="spellStart"/>
            <w:r w:rsidRPr="009F236B">
              <w:rPr>
                <w:sz w:val="24"/>
                <w:lang w:val="ru-RU"/>
              </w:rPr>
              <w:t>галузі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та/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спеціальності</w:t>
            </w:r>
            <w:proofErr w:type="spellEnd"/>
            <w:r w:rsidRPr="009F236B">
              <w:rPr>
                <w:sz w:val="24"/>
                <w:lang w:val="ru-RU"/>
              </w:rPr>
              <w:t>, та/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спеціалізації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потребують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вищої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освіти</w:t>
            </w:r>
            <w:proofErr w:type="spellEnd"/>
            <w:r w:rsidRPr="009F236B">
              <w:rPr>
                <w:sz w:val="24"/>
                <w:lang w:val="ru-RU"/>
              </w:rPr>
              <w:t xml:space="preserve"> (за потреби); стажу </w:t>
            </w:r>
            <w:proofErr w:type="spellStart"/>
            <w:r w:rsidRPr="009F236B">
              <w:rPr>
                <w:sz w:val="24"/>
                <w:lang w:val="ru-RU"/>
              </w:rPr>
              <w:t>роботи</w:t>
            </w:r>
            <w:proofErr w:type="spellEnd"/>
            <w:r w:rsidRPr="009F236B">
              <w:rPr>
                <w:sz w:val="24"/>
                <w:lang w:val="ru-RU"/>
              </w:rPr>
              <w:t xml:space="preserve"> (за потреби); </w:t>
            </w:r>
            <w:proofErr w:type="spellStart"/>
            <w:r w:rsidRPr="009F236B">
              <w:rPr>
                <w:sz w:val="24"/>
                <w:lang w:val="ru-RU"/>
              </w:rPr>
              <w:t>інше</w:t>
            </w:r>
            <w:proofErr w:type="spellEnd"/>
            <w:r w:rsidRPr="009F236B">
              <w:rPr>
                <w:sz w:val="24"/>
                <w:lang w:val="ru-RU"/>
              </w:rPr>
              <w:t xml:space="preserve"> (за потреби). </w:t>
            </w:r>
            <w:proofErr w:type="spellStart"/>
            <w:r w:rsidRPr="009F236B">
              <w:rPr>
                <w:sz w:val="24"/>
                <w:lang w:val="ru-RU"/>
              </w:rPr>
              <w:t>Додаток</w:t>
            </w:r>
            <w:proofErr w:type="spellEnd"/>
            <w:r w:rsidRPr="009F236B">
              <w:rPr>
                <w:sz w:val="24"/>
                <w:lang w:val="ru-RU"/>
              </w:rPr>
              <w:t xml:space="preserve"> 2 до Порядку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дію</w:t>
            </w:r>
            <w:proofErr w:type="spellEnd"/>
            <w:r w:rsidRPr="009F236B">
              <w:rPr>
                <w:sz w:val="24"/>
                <w:lang w:val="ru-RU"/>
              </w:rPr>
              <w:t xml:space="preserve"> та перегляду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</w:p>
        </w:tc>
        <w:tc>
          <w:tcPr>
            <w:tcW w:w="2721" w:type="dxa"/>
            <w:vAlign w:val="center"/>
          </w:tcPr>
          <w:p w14:paraId="2855371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682E9E1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F735EB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Уточнено коло </w:t>
            </w:r>
            <w:proofErr w:type="spellStart"/>
            <w:r w:rsidRPr="009F236B">
              <w:rPr>
                <w:sz w:val="24"/>
                <w:lang w:val="ru-RU"/>
              </w:rPr>
              <w:t>суб’єктів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уповноважених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97B2710" w14:textId="77777777" w:rsidTr="00D97BDE">
        <w:trPr>
          <w:jc w:val="center"/>
        </w:trPr>
        <w:tc>
          <w:tcPr>
            <w:tcW w:w="2381" w:type="dxa"/>
            <w:vAlign w:val="center"/>
          </w:tcPr>
          <w:p w14:paraId="411F95E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2 «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>» пункту 3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» 1) з </w:t>
            </w:r>
            <w:proofErr w:type="spellStart"/>
            <w:r w:rsidRPr="009F236B">
              <w:rPr>
                <w:sz w:val="24"/>
                <w:lang w:val="ru-RU"/>
              </w:rPr>
              <w:t>присвоєнням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2) без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</w:p>
        </w:tc>
        <w:tc>
          <w:tcPr>
            <w:tcW w:w="3628" w:type="dxa"/>
            <w:vAlign w:val="center"/>
          </w:tcPr>
          <w:p w14:paraId="73C7C4B1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1) з </w:t>
            </w:r>
            <w:proofErr w:type="spellStart"/>
            <w:r w:rsidRPr="009F236B">
              <w:rPr>
                <w:sz w:val="24"/>
                <w:lang w:val="ru-RU"/>
              </w:rPr>
              <w:t>присвоєнням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наступного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вищого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2) без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наступного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вищого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</w:p>
        </w:tc>
        <w:tc>
          <w:tcPr>
            <w:tcW w:w="2721" w:type="dxa"/>
            <w:vAlign w:val="center"/>
          </w:tcPr>
          <w:p w14:paraId="51D1B67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75517F9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298C2E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Термінологію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розвитку</w:t>
            </w:r>
            <w:proofErr w:type="spellEnd"/>
            <w:r w:rsidRPr="009F236B">
              <w:rPr>
                <w:sz w:val="24"/>
                <w:lang w:val="ru-RU"/>
              </w:rPr>
              <w:t xml:space="preserve"> приведено до </w:t>
            </w:r>
            <w:proofErr w:type="spellStart"/>
            <w:r w:rsidRPr="009F236B">
              <w:rPr>
                <w:sz w:val="24"/>
                <w:lang w:val="ru-RU"/>
              </w:rPr>
              <w:t>застосовної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Фіксована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перепідготовка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однією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програмою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встановлюється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прив’язано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ризиків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технологічних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змін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D8DC1CA" w14:textId="77777777" w:rsidTr="00D97BDE">
        <w:trPr>
          <w:jc w:val="center"/>
        </w:trPr>
        <w:tc>
          <w:tcPr>
            <w:tcW w:w="2381" w:type="dxa"/>
            <w:vAlign w:val="center"/>
          </w:tcPr>
          <w:p w14:paraId="14965B4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Підпункт</w:t>
            </w:r>
            <w:proofErr w:type="spellEnd"/>
            <w:r w:rsidRPr="009F236B">
              <w:rPr>
                <w:sz w:val="24"/>
                <w:lang w:val="ru-RU"/>
              </w:rPr>
              <w:t xml:space="preserve"> 2 «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>» пункту 3 «</w:t>
            </w:r>
            <w:proofErr w:type="spellStart"/>
            <w:r w:rsidRPr="009F236B">
              <w:rPr>
                <w:sz w:val="24"/>
                <w:lang w:val="ru-RU"/>
              </w:rPr>
              <w:t>Здобуття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» 2) без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Перепідготовка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спеціалізованими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сертифікатними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програмами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включенням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не </w:t>
            </w:r>
            <w:proofErr w:type="spellStart"/>
            <w:r w:rsidRPr="009F236B">
              <w:rPr>
                <w:sz w:val="24"/>
                <w:lang w:val="ru-RU"/>
              </w:rPr>
              <w:t>рідше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ніж</w:t>
            </w:r>
            <w:proofErr w:type="spellEnd"/>
            <w:r w:rsidRPr="009F236B">
              <w:rPr>
                <w:sz w:val="24"/>
                <w:lang w:val="ru-RU"/>
              </w:rPr>
              <w:t xml:space="preserve"> 1 раз на 3 роки.</w:t>
            </w:r>
          </w:p>
        </w:tc>
        <w:tc>
          <w:tcPr>
            <w:tcW w:w="3628" w:type="dxa"/>
            <w:vAlign w:val="center"/>
          </w:tcPr>
          <w:p w14:paraId="673914D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без </w:t>
            </w:r>
            <w:proofErr w:type="spellStart"/>
            <w:r w:rsidRPr="009F236B">
              <w:rPr>
                <w:sz w:val="24"/>
                <w:lang w:val="ru-RU"/>
              </w:rPr>
              <w:t>присвоєння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наступного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вищого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: для </w:t>
            </w:r>
            <w:proofErr w:type="spellStart"/>
            <w:r w:rsidRPr="009F236B">
              <w:rPr>
                <w:sz w:val="24"/>
                <w:lang w:val="ru-RU"/>
              </w:rPr>
              <w:t>вдосконалення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підтримання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, в тому </w:t>
            </w:r>
            <w:proofErr w:type="spellStart"/>
            <w:r w:rsidRPr="009F236B">
              <w:rPr>
                <w:sz w:val="24"/>
                <w:lang w:val="ru-RU"/>
              </w:rPr>
              <w:t>числі</w:t>
            </w:r>
            <w:proofErr w:type="spellEnd"/>
            <w:r w:rsidRPr="009F236B">
              <w:rPr>
                <w:sz w:val="24"/>
                <w:lang w:val="ru-RU"/>
              </w:rPr>
              <w:t xml:space="preserve"> шляхом </w:t>
            </w:r>
            <w:proofErr w:type="spellStart"/>
            <w:r w:rsidRPr="009F236B">
              <w:rPr>
                <w:sz w:val="24"/>
                <w:lang w:val="ru-RU"/>
              </w:rPr>
              <w:t>набуття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нових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додаткових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навичок</w:t>
            </w:r>
            <w:proofErr w:type="spellEnd"/>
            <w:r w:rsidRPr="009F236B">
              <w:rPr>
                <w:sz w:val="24"/>
                <w:lang w:val="ru-RU"/>
              </w:rPr>
              <w:t>/компетентностей (</w:t>
            </w:r>
            <w:proofErr w:type="spellStart"/>
            <w:r w:rsidRPr="009F236B">
              <w:rPr>
                <w:sz w:val="24"/>
                <w:lang w:val="ru-RU"/>
              </w:rPr>
              <w:t>зазначаються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та/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потребами </w:t>
            </w:r>
            <w:proofErr w:type="spellStart"/>
            <w:r w:rsidRPr="009F236B">
              <w:rPr>
                <w:sz w:val="24"/>
                <w:lang w:val="ru-RU"/>
              </w:rPr>
              <w:t>виробництва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технологічного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у межах </w:t>
            </w:r>
            <w:proofErr w:type="spellStart"/>
            <w:r w:rsidRPr="009F236B">
              <w:rPr>
                <w:sz w:val="24"/>
                <w:lang w:val="ru-RU"/>
              </w:rPr>
              <w:t>набутої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періодичності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підвищення</w:t>
            </w:r>
            <w:proofErr w:type="spellEnd"/>
            <w:r w:rsidRPr="009F236B">
              <w:rPr>
                <w:sz w:val="24"/>
                <w:lang w:val="ru-RU"/>
              </w:rPr>
              <w:t xml:space="preserve"> особою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); для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наявної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зазначаються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періодичності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особою </w:t>
            </w:r>
            <w:proofErr w:type="spellStart"/>
            <w:r w:rsidRPr="009F236B">
              <w:rPr>
                <w:sz w:val="24"/>
                <w:lang w:val="ru-RU"/>
              </w:rPr>
              <w:t>наявної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такі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передбачені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та/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потребами </w:t>
            </w:r>
            <w:proofErr w:type="spellStart"/>
            <w:r w:rsidRPr="009F236B">
              <w:rPr>
                <w:sz w:val="24"/>
                <w:lang w:val="ru-RU"/>
              </w:rPr>
              <w:t>виробництва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технологічного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</w:t>
            </w:r>
            <w:proofErr w:type="spellEnd"/>
            <w:r w:rsidRPr="009F236B">
              <w:rPr>
                <w:sz w:val="24"/>
                <w:lang w:val="ru-RU"/>
              </w:rPr>
              <w:t xml:space="preserve">, і без </w:t>
            </w:r>
            <w:proofErr w:type="spellStart"/>
            <w:r w:rsidRPr="009F236B">
              <w:rPr>
                <w:sz w:val="24"/>
                <w:lang w:val="ru-RU"/>
              </w:rPr>
              <w:t>дотримання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яких</w:t>
            </w:r>
            <w:proofErr w:type="spellEnd"/>
            <w:r w:rsidRPr="009F236B">
              <w:rPr>
                <w:sz w:val="24"/>
                <w:lang w:val="ru-RU"/>
              </w:rPr>
              <w:t xml:space="preserve"> особа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втратити</w:t>
            </w:r>
            <w:proofErr w:type="spellEnd"/>
            <w:r w:rsidRPr="009F236B">
              <w:rPr>
                <w:sz w:val="24"/>
                <w:lang w:val="ru-RU"/>
              </w:rPr>
              <w:t xml:space="preserve"> допуск до </w:t>
            </w:r>
            <w:proofErr w:type="spellStart"/>
            <w:r w:rsidRPr="009F236B">
              <w:rPr>
                <w:sz w:val="24"/>
                <w:lang w:val="ru-RU"/>
              </w:rPr>
              <w:t>виконання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у межах </w:t>
            </w:r>
            <w:proofErr w:type="spellStart"/>
            <w:r w:rsidRPr="009F236B">
              <w:rPr>
                <w:sz w:val="24"/>
                <w:lang w:val="ru-RU"/>
              </w:rPr>
              <w:t>набутої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раніше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). </w:t>
            </w:r>
            <w:proofErr w:type="spellStart"/>
            <w:r w:rsidRPr="009F236B">
              <w:rPr>
                <w:sz w:val="24"/>
                <w:lang w:val="ru-RU"/>
              </w:rPr>
              <w:t>Додаток</w:t>
            </w:r>
            <w:proofErr w:type="spellEnd"/>
            <w:r w:rsidRPr="009F236B">
              <w:rPr>
                <w:sz w:val="24"/>
                <w:lang w:val="ru-RU"/>
              </w:rPr>
              <w:t xml:space="preserve"> 2 до Порядку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дію</w:t>
            </w:r>
            <w:proofErr w:type="spellEnd"/>
            <w:r w:rsidRPr="009F236B">
              <w:rPr>
                <w:sz w:val="24"/>
                <w:lang w:val="ru-RU"/>
              </w:rPr>
              <w:t xml:space="preserve"> та перегляду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</w:p>
        </w:tc>
        <w:tc>
          <w:tcPr>
            <w:tcW w:w="2721" w:type="dxa"/>
            <w:vAlign w:val="center"/>
          </w:tcPr>
          <w:p w14:paraId="13E1C96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57F88F4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59E1B64" w14:textId="77777777" w:rsidR="00EE4B87" w:rsidRPr="009F236B" w:rsidRDefault="00811DB6">
            <w:r w:rsidRPr="009F236B">
              <w:rPr>
                <w:sz w:val="24"/>
                <w:lang w:val="ru-RU"/>
              </w:rPr>
              <w:t>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окрема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компенсація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відсутності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пов’язані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реальними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результатами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47D5813F" w14:textId="77777777" w:rsidTr="00D97BDE">
        <w:trPr>
          <w:jc w:val="center"/>
        </w:trPr>
        <w:tc>
          <w:tcPr>
            <w:tcW w:w="2381" w:type="dxa"/>
            <w:vAlign w:val="center"/>
          </w:tcPr>
          <w:p w14:paraId="525042F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>Пункт 5 «</w:t>
            </w:r>
            <w:proofErr w:type="spellStart"/>
            <w:r w:rsidRPr="009F236B">
              <w:rPr>
                <w:sz w:val="24"/>
                <w:lang w:val="ru-RU"/>
              </w:rPr>
              <w:t>Опис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» А5. </w:t>
            </w:r>
            <w:proofErr w:type="spellStart"/>
            <w:r w:rsidRPr="009F236B">
              <w:rPr>
                <w:sz w:val="24"/>
                <w:lang w:val="ru-RU"/>
              </w:rPr>
              <w:t>Здатність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функціонування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інформаційного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моніторингу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критичних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систем,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 Б1. </w:t>
            </w:r>
            <w:proofErr w:type="spellStart"/>
            <w:r w:rsidRPr="009F236B">
              <w:rPr>
                <w:sz w:val="24"/>
                <w:lang w:val="ru-RU"/>
              </w:rPr>
              <w:t>Організація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, контроль і </w:t>
            </w:r>
            <w:proofErr w:type="spellStart"/>
            <w:r w:rsidRPr="009F236B">
              <w:rPr>
                <w:sz w:val="24"/>
                <w:lang w:val="ru-RU"/>
              </w:rPr>
              <w:t>технічна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робіт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сторонніми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організаціями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ЗОЗ. Б2.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робіт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вимогам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умовам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графікам</w:t>
            </w:r>
            <w:proofErr w:type="spellEnd"/>
            <w:r w:rsidRPr="009F236B">
              <w:rPr>
                <w:sz w:val="24"/>
                <w:lang w:val="ru-RU"/>
              </w:rPr>
              <w:t xml:space="preserve"> і стандартам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 xml:space="preserve">. Б3.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оперативної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координації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між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внутрішніми</w:t>
            </w:r>
            <w:proofErr w:type="spellEnd"/>
            <w:r w:rsidRPr="009F236B">
              <w:rPr>
                <w:sz w:val="24"/>
                <w:lang w:val="ru-RU"/>
              </w:rPr>
              <w:t xml:space="preserve"> службами та </w:t>
            </w:r>
            <w:proofErr w:type="spellStart"/>
            <w:r w:rsidRPr="009F236B">
              <w:rPr>
                <w:sz w:val="24"/>
                <w:lang w:val="ru-RU"/>
              </w:rPr>
              <w:t>зовнішніми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виконавцями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3628" w:type="dxa"/>
            <w:vAlign w:val="center"/>
          </w:tcPr>
          <w:p w14:paraId="6C25DCBD" w14:textId="77777777" w:rsidR="00EE4B87" w:rsidRPr="009F236B" w:rsidRDefault="00811DB6">
            <w:proofErr w:type="spellStart"/>
            <w:r w:rsidRPr="009F236B">
              <w:rPr>
                <w:sz w:val="24"/>
              </w:rPr>
              <w:t>Внести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зміни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039224C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189A230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C3EFF5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модель </w:t>
            </w:r>
            <w:proofErr w:type="spellStart"/>
            <w:r w:rsidRPr="009F236B">
              <w:rPr>
                <w:sz w:val="24"/>
                <w:lang w:val="ru-RU"/>
              </w:rPr>
              <w:t>перебудовано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Методичних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рекомендацій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трудові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відокремлено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компетентностей,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починаються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зі</w:t>
            </w:r>
            <w:proofErr w:type="spellEnd"/>
            <w:r w:rsidRPr="009F236B">
              <w:rPr>
                <w:sz w:val="24"/>
                <w:lang w:val="ru-RU"/>
              </w:rPr>
              <w:t xml:space="preserve"> слова «</w:t>
            </w:r>
            <w:proofErr w:type="spellStart"/>
            <w:r w:rsidRPr="009F236B">
              <w:rPr>
                <w:sz w:val="24"/>
                <w:lang w:val="ru-RU"/>
              </w:rPr>
              <w:t>Здатність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подано за </w:t>
            </w:r>
            <w:proofErr w:type="spellStart"/>
            <w:r w:rsidRPr="009F236B">
              <w:rPr>
                <w:sz w:val="24"/>
                <w:lang w:val="ru-RU"/>
              </w:rPr>
              <w:t>чотирма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категоріями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уніфікованим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кодуванням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21271D8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CC17F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Пункт 5 «</w:t>
            </w:r>
            <w:proofErr w:type="spellStart"/>
            <w:r w:rsidRPr="009F236B">
              <w:rPr>
                <w:sz w:val="24"/>
                <w:lang w:val="ru-RU"/>
              </w:rPr>
              <w:t>Опис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» А4.34.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методології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спостережень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А5.31.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особливостей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інжинірингу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ключових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навкололіжкового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лікувального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операційного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тощо</w:t>
            </w:r>
            <w:proofErr w:type="spellEnd"/>
            <w:r w:rsidRPr="009F236B">
              <w:rPr>
                <w:sz w:val="24"/>
                <w:lang w:val="ru-RU"/>
              </w:rPr>
              <w:t xml:space="preserve"> А5.32.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кращого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вітчизняного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досвіду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</w:t>
            </w:r>
            <w:proofErr w:type="spellStart"/>
            <w:r w:rsidRPr="009F236B">
              <w:rPr>
                <w:sz w:val="24"/>
                <w:lang w:val="ru-RU"/>
              </w:rPr>
              <w:t>інформаційного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моніторингу</w:t>
            </w:r>
            <w:proofErr w:type="spellEnd"/>
            <w:r w:rsidRPr="009F236B">
              <w:rPr>
                <w:sz w:val="24"/>
                <w:lang w:val="ru-RU"/>
              </w:rPr>
              <w:t xml:space="preserve"> А6.32.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структурних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особливостей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європейської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моделі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циклу </w:t>
            </w:r>
            <w:proofErr w:type="spellStart"/>
            <w:r w:rsidRPr="009F236B">
              <w:rPr>
                <w:sz w:val="24"/>
                <w:lang w:val="ru-RU"/>
              </w:rPr>
              <w:t>об’єктів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закладу та </w:t>
            </w:r>
            <w:proofErr w:type="spellStart"/>
            <w:r w:rsidRPr="009F236B">
              <w:rPr>
                <w:sz w:val="24"/>
                <w:lang w:val="ru-RU"/>
              </w:rPr>
              <w:t>особливостей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А6.33.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особливостей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вітчизняної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моделі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завдання</w:t>
            </w:r>
            <w:proofErr w:type="spellEnd"/>
            <w:r w:rsidRPr="009F236B">
              <w:rPr>
                <w:sz w:val="24"/>
                <w:lang w:val="ru-RU"/>
              </w:rPr>
              <w:t xml:space="preserve"> на проєктування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</w:t>
            </w:r>
            <w:proofErr w:type="spellEnd"/>
            <w:r w:rsidRPr="009F236B">
              <w:rPr>
                <w:sz w:val="24"/>
                <w:lang w:val="ru-RU"/>
              </w:rPr>
              <w:t xml:space="preserve"> ЗОЗ А6.34.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правил проєктування,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об’єктів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інфраструктури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 ЗОЗ у </w:t>
            </w:r>
            <w:proofErr w:type="spellStart"/>
            <w:r w:rsidRPr="009F236B">
              <w:rPr>
                <w:sz w:val="24"/>
                <w:lang w:val="ru-RU"/>
              </w:rPr>
              <w:t>системній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цілісності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циклу А6.35.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правил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обстежень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конструктивних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</w:t>
            </w:r>
          </w:p>
        </w:tc>
        <w:tc>
          <w:tcPr>
            <w:tcW w:w="3628" w:type="dxa"/>
            <w:vAlign w:val="center"/>
          </w:tcPr>
          <w:p w14:paraId="04C13768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А4.34. </w:t>
            </w:r>
            <w:proofErr w:type="spellStart"/>
            <w:r w:rsidRPr="009F236B">
              <w:rPr>
                <w:sz w:val="24"/>
                <w:lang w:val="ru-RU"/>
              </w:rPr>
              <w:t>Методології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спостережень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А5.31. </w:t>
            </w:r>
            <w:proofErr w:type="spellStart"/>
            <w:r w:rsidRPr="009F236B">
              <w:rPr>
                <w:sz w:val="24"/>
                <w:lang w:val="ru-RU"/>
              </w:rPr>
              <w:t>Особливості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інжинірингу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ключових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навкололіжкового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лікувального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операційного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тощо</w:t>
            </w:r>
            <w:proofErr w:type="spellEnd"/>
            <w:r w:rsidRPr="009F236B">
              <w:rPr>
                <w:sz w:val="24"/>
                <w:lang w:val="ru-RU"/>
              </w:rPr>
              <w:t xml:space="preserve"> і т.д.</w:t>
            </w:r>
          </w:p>
        </w:tc>
        <w:tc>
          <w:tcPr>
            <w:tcW w:w="2721" w:type="dxa"/>
            <w:vAlign w:val="center"/>
          </w:tcPr>
          <w:p w14:paraId="037732E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0EE787A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34BE80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модель </w:t>
            </w:r>
            <w:proofErr w:type="spellStart"/>
            <w:r w:rsidRPr="009F236B">
              <w:rPr>
                <w:sz w:val="24"/>
                <w:lang w:val="ru-RU"/>
              </w:rPr>
              <w:t>перебудовано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Методичних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рекомендацій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трудові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відокремлено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компетентностей,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починаються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зі</w:t>
            </w:r>
            <w:proofErr w:type="spellEnd"/>
            <w:r w:rsidRPr="009F236B">
              <w:rPr>
                <w:sz w:val="24"/>
                <w:lang w:val="ru-RU"/>
              </w:rPr>
              <w:t xml:space="preserve"> слова «</w:t>
            </w:r>
            <w:proofErr w:type="spellStart"/>
            <w:r w:rsidRPr="009F236B">
              <w:rPr>
                <w:sz w:val="24"/>
                <w:lang w:val="ru-RU"/>
              </w:rPr>
              <w:t>Здатність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подано за </w:t>
            </w:r>
            <w:proofErr w:type="spellStart"/>
            <w:r w:rsidRPr="009F236B">
              <w:rPr>
                <w:sz w:val="24"/>
                <w:lang w:val="ru-RU"/>
              </w:rPr>
              <w:t>чотирма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категоріями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уніфікованим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кодуванням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9AA41DA" w14:textId="77777777" w:rsidTr="00D97BDE">
        <w:trPr>
          <w:jc w:val="center"/>
        </w:trPr>
        <w:tc>
          <w:tcPr>
            <w:tcW w:w="2381" w:type="dxa"/>
            <w:vAlign w:val="center"/>
          </w:tcPr>
          <w:p w14:paraId="48A668F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Пункт 8 «Дата </w:t>
            </w:r>
            <w:proofErr w:type="spellStart"/>
            <w:r w:rsidRPr="009F236B">
              <w:rPr>
                <w:sz w:val="24"/>
                <w:lang w:val="ru-RU"/>
              </w:rPr>
              <w:t>внесення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до </w:t>
            </w:r>
            <w:proofErr w:type="spellStart"/>
            <w:r w:rsidRPr="009F236B">
              <w:rPr>
                <w:sz w:val="24"/>
                <w:lang w:val="ru-RU"/>
              </w:rPr>
              <w:t>Реєстру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3628" w:type="dxa"/>
            <w:vAlign w:val="center"/>
          </w:tcPr>
          <w:p w14:paraId="3315FBE3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6D6D0EB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Одинець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Олександра </w:t>
            </w:r>
            <w:proofErr w:type="spellStart"/>
            <w:r w:rsidRPr="009F236B">
              <w:rPr>
                <w:sz w:val="24"/>
                <w:lang w:val="ru-RU"/>
              </w:rPr>
              <w:t>Олександрівна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відділу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супроводження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рамок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 xml:space="preserve"> проектного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Національне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агентство </w:t>
            </w:r>
            <w:proofErr w:type="spellStart"/>
            <w:r w:rsidRPr="009F236B">
              <w:rPr>
                <w:sz w:val="24"/>
                <w:lang w:val="ru-RU"/>
              </w:rPr>
              <w:t>кваліфікацій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  <w:vAlign w:val="center"/>
          </w:tcPr>
          <w:p w14:paraId="0BDAD88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5B2711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Поле, не </w:t>
            </w:r>
            <w:proofErr w:type="spellStart"/>
            <w:r w:rsidRPr="009F236B">
              <w:rPr>
                <w:sz w:val="24"/>
                <w:lang w:val="ru-RU"/>
              </w:rPr>
              <w:t>передбачене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застосовною</w:t>
            </w:r>
            <w:proofErr w:type="spellEnd"/>
            <w:r w:rsidRPr="009F236B">
              <w:rPr>
                <w:sz w:val="24"/>
                <w:lang w:val="ru-RU"/>
              </w:rPr>
              <w:t xml:space="preserve"> структурою,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відомості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затвердження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рекомендовану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дату перегляду подано у </w:t>
            </w:r>
            <w:proofErr w:type="spellStart"/>
            <w:r w:rsidRPr="009F236B">
              <w:rPr>
                <w:sz w:val="24"/>
                <w:lang w:val="ru-RU"/>
              </w:rPr>
              <w:t>відповідних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розділах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стандарту.</w:t>
            </w:r>
          </w:p>
        </w:tc>
      </w:tr>
      <w:tr w:rsidR="00EE4B87" w:rsidRPr="009F236B" w14:paraId="29C4679C" w14:textId="77777777" w:rsidTr="00D97BDE">
        <w:trPr>
          <w:jc w:val="center"/>
        </w:trPr>
        <w:tc>
          <w:tcPr>
            <w:tcW w:w="2381" w:type="dxa"/>
            <w:vAlign w:val="center"/>
          </w:tcPr>
          <w:p w14:paraId="63ACF347" w14:textId="77777777" w:rsidR="00EE4B87" w:rsidRPr="009F236B" w:rsidRDefault="00EE4B87">
            <w:pPr>
              <w:rPr>
                <w:lang w:val="ru-RU"/>
              </w:rPr>
            </w:pPr>
          </w:p>
        </w:tc>
        <w:tc>
          <w:tcPr>
            <w:tcW w:w="3628" w:type="dxa"/>
            <w:vAlign w:val="center"/>
          </w:tcPr>
          <w:p w14:paraId="7CFDD5A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Невідповідність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стандарту. У проєкті наведено </w:t>
            </w:r>
            <w:proofErr w:type="spellStart"/>
            <w:r w:rsidRPr="009F236B">
              <w:rPr>
                <w:sz w:val="24"/>
                <w:lang w:val="ru-RU"/>
              </w:rPr>
              <w:t>види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трудові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кваліфікаційні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характеристики,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стосуються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галузі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цивільного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, а не </w:t>
            </w:r>
            <w:proofErr w:type="spellStart"/>
            <w:r w:rsidRPr="009F236B">
              <w:rPr>
                <w:sz w:val="24"/>
                <w:lang w:val="ru-RU"/>
              </w:rPr>
              <w:t>клінічної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невідповідність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між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назвою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та </w:t>
            </w:r>
            <w:proofErr w:type="spellStart"/>
            <w:r w:rsidRPr="009F236B">
              <w:rPr>
                <w:sz w:val="24"/>
                <w:lang w:val="ru-RU"/>
              </w:rPr>
              <w:t>його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фактичним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змістом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Трудові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нібито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стосуються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цивільного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, а не </w:t>
            </w:r>
            <w:proofErr w:type="spellStart"/>
            <w:r w:rsidRPr="009F236B">
              <w:rPr>
                <w:sz w:val="24"/>
                <w:lang w:val="ru-RU"/>
              </w:rPr>
              <w:t>клінічної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0F9CF2B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7A8D6F52" w14:textId="4B57E1C8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EF4A0AA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джерело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Це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усуває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помилкове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ототожнення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будівництвом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D064391" w14:textId="77777777" w:rsidTr="00D97BDE">
        <w:trPr>
          <w:jc w:val="center"/>
        </w:trPr>
        <w:tc>
          <w:tcPr>
            <w:tcW w:w="2381" w:type="dxa"/>
            <w:vAlign w:val="center"/>
          </w:tcPr>
          <w:p w14:paraId="6EC79AF2" w14:textId="77777777" w:rsidR="00EE4B87" w:rsidRPr="009F236B" w:rsidRDefault="00EE4B87"/>
        </w:tc>
        <w:tc>
          <w:tcPr>
            <w:tcW w:w="3628" w:type="dxa"/>
            <w:vAlign w:val="center"/>
          </w:tcPr>
          <w:p w14:paraId="7A90167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Невідповідність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спрямуванню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Професійна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пов'язана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забезпеченням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циклу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їх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експлуатацією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обслуговуванням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технологіями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оцінюванням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ефективності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 у закладах </w:t>
            </w:r>
            <w:proofErr w:type="spellStart"/>
            <w:r w:rsidRPr="009F236B">
              <w:rPr>
                <w:sz w:val="24"/>
                <w:lang w:val="ru-RU"/>
              </w:rPr>
              <w:t>охорони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здоров'я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зазначені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відсутні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не є </w:t>
            </w:r>
            <w:proofErr w:type="spellStart"/>
            <w:r w:rsidRPr="009F236B">
              <w:rPr>
                <w:sz w:val="24"/>
                <w:lang w:val="ru-RU"/>
              </w:rPr>
              <w:t>основними</w:t>
            </w:r>
            <w:proofErr w:type="spellEnd"/>
            <w:r w:rsidRPr="009F236B">
              <w:rPr>
                <w:sz w:val="24"/>
                <w:lang w:val="ru-RU"/>
              </w:rPr>
              <w:t xml:space="preserve">, стандарт не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характеризувати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». </w:t>
            </w:r>
            <w:proofErr w:type="spellStart"/>
            <w:r w:rsidRPr="009F236B">
              <w:rPr>
                <w:sz w:val="24"/>
                <w:lang w:val="ru-RU"/>
              </w:rPr>
              <w:t>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циклу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відсутні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не є </w:t>
            </w:r>
            <w:proofErr w:type="spellStart"/>
            <w:r w:rsidRPr="009F236B">
              <w:rPr>
                <w:sz w:val="24"/>
                <w:lang w:val="ru-RU"/>
              </w:rPr>
              <w:t>основними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4BBE53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3755828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67CCE61" w14:textId="77777777" w:rsidR="00EE4B87" w:rsidRPr="009F236B" w:rsidRDefault="00811DB6">
            <w:proofErr w:type="spellStart"/>
            <w:r w:rsidRPr="009F236B">
              <w:rPr>
                <w:sz w:val="24"/>
              </w:rPr>
              <w:t>Зауваження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враховано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суті</w:t>
            </w:r>
            <w:proofErr w:type="spellEnd"/>
            <w:r w:rsidRPr="009F236B">
              <w:rPr>
                <w:sz w:val="24"/>
              </w:rPr>
              <w:t xml:space="preserve">. У </w:t>
            </w:r>
            <w:proofErr w:type="spellStart"/>
            <w:r w:rsidRPr="009F236B">
              <w:rPr>
                <w:sz w:val="24"/>
              </w:rPr>
              <w:t>фінальній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редакції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портфель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визначено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ядром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lastRenderedPageBreak/>
              <w:t>облік</w:t>
            </w:r>
            <w:proofErr w:type="spellEnd"/>
            <w:r w:rsidRPr="009F236B">
              <w:rPr>
                <w:sz w:val="24"/>
              </w:rPr>
              <w:t xml:space="preserve"> і простежуваність </w:t>
            </w:r>
            <w:proofErr w:type="spellStart"/>
            <w:r w:rsidRPr="009F236B">
              <w:rPr>
                <w:sz w:val="24"/>
              </w:rPr>
              <w:t>активів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експлуатаційного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сервісу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модернізація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заміна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виведення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експлуатації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68BF0D3" w14:textId="77777777" w:rsidTr="00D97BDE">
        <w:trPr>
          <w:jc w:val="center"/>
        </w:trPr>
        <w:tc>
          <w:tcPr>
            <w:tcW w:w="2381" w:type="dxa"/>
            <w:vAlign w:val="center"/>
          </w:tcPr>
          <w:p w14:paraId="545AF3D5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40490A4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архітектурно-будівельні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КВЕДи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базові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D1BD561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3FD5BBB0" w14:textId="3AD1C583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58E136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F3B6BA5" w14:textId="77777777" w:rsidTr="00D97BDE">
        <w:trPr>
          <w:jc w:val="center"/>
        </w:trPr>
        <w:tc>
          <w:tcPr>
            <w:tcW w:w="2381" w:type="dxa"/>
            <w:vAlign w:val="center"/>
          </w:tcPr>
          <w:p w14:paraId="31A29948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45DF35B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закладів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сервісом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F1BE60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0C535CE7" w14:textId="4D796A5A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51FC7A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446AF11" w14:textId="77777777" w:rsidTr="00D97BDE">
        <w:trPr>
          <w:jc w:val="center"/>
        </w:trPr>
        <w:tc>
          <w:tcPr>
            <w:tcW w:w="2381" w:type="dxa"/>
            <w:vAlign w:val="center"/>
          </w:tcPr>
          <w:p w14:paraId="059D7D46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</w:p>
        </w:tc>
        <w:tc>
          <w:tcPr>
            <w:tcW w:w="3628" w:type="dxa"/>
            <w:vAlign w:val="center"/>
          </w:tcPr>
          <w:p w14:paraId="05DBA23A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Визначити</w:t>
            </w:r>
            <w:proofErr w:type="spellEnd"/>
            <w:r w:rsidRPr="009F236B">
              <w:rPr>
                <w:sz w:val="24"/>
              </w:rPr>
              <w:t xml:space="preserve"> G22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освітньою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забезпечити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підготовку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55EB3C99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Зав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» ДВНЗ </w:t>
            </w:r>
            <w:r w:rsidRPr="009F236B">
              <w:rPr>
                <w:sz w:val="24"/>
              </w:rPr>
              <w:lastRenderedPageBreak/>
              <w:t>«</w:t>
            </w:r>
            <w:proofErr w:type="spellStart"/>
            <w:r w:rsidRPr="009F236B">
              <w:rPr>
                <w:sz w:val="24"/>
              </w:rPr>
              <w:t>Приазовський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державний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університет</w:t>
            </w:r>
            <w:proofErr w:type="spellEnd"/>
            <w:r w:rsidRPr="009F236B">
              <w:rPr>
                <w:sz w:val="24"/>
              </w:rPr>
              <w:t xml:space="preserve">», </w:t>
            </w:r>
            <w:proofErr w:type="spellStart"/>
            <w:r w:rsidRPr="009F236B">
              <w:rPr>
                <w:sz w:val="24"/>
              </w:rPr>
              <w:t>д.м.н</w:t>
            </w:r>
            <w:proofErr w:type="spellEnd"/>
            <w:r w:rsidRPr="009F236B">
              <w:rPr>
                <w:sz w:val="24"/>
              </w:rPr>
              <w:t xml:space="preserve">., </w:t>
            </w:r>
            <w:proofErr w:type="spellStart"/>
            <w:r w:rsidRPr="009F236B">
              <w:rPr>
                <w:sz w:val="24"/>
              </w:rPr>
              <w:t>професор</w:t>
            </w:r>
            <w:proofErr w:type="spellEnd"/>
            <w:r w:rsidRPr="009F236B">
              <w:rPr>
                <w:sz w:val="24"/>
              </w:rPr>
              <w:t xml:space="preserve"> О.Ю. </w:t>
            </w:r>
            <w:proofErr w:type="spellStart"/>
            <w:r w:rsidRPr="009F236B">
              <w:rPr>
                <w:sz w:val="24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3C8095E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C0343A4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FD03AAC" w14:textId="77777777" w:rsidTr="00D97BDE">
        <w:trPr>
          <w:jc w:val="center"/>
        </w:trPr>
        <w:tc>
          <w:tcPr>
            <w:tcW w:w="2381" w:type="dxa"/>
            <w:vAlign w:val="center"/>
          </w:tcPr>
          <w:p w14:paraId="76B6D366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</w:p>
        </w:tc>
        <w:tc>
          <w:tcPr>
            <w:tcW w:w="3628" w:type="dxa"/>
            <w:vAlign w:val="center"/>
          </w:tcPr>
          <w:p w14:paraId="5ED8E10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чинних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освітніх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програм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>22.</w:t>
            </w:r>
          </w:p>
        </w:tc>
        <w:tc>
          <w:tcPr>
            <w:tcW w:w="2721" w:type="dxa"/>
            <w:vAlign w:val="center"/>
          </w:tcPr>
          <w:p w14:paraId="413E5FE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10F1F2E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CFFE3BB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9383753" w14:textId="77777777" w:rsidTr="00D97BDE">
        <w:trPr>
          <w:jc w:val="center"/>
        </w:trPr>
        <w:tc>
          <w:tcPr>
            <w:tcW w:w="2381" w:type="dxa"/>
            <w:vAlign w:val="center"/>
          </w:tcPr>
          <w:p w14:paraId="2267CC1A" w14:textId="77777777" w:rsidR="00EE4B87" w:rsidRPr="009F236B" w:rsidRDefault="00811DB6">
            <w:proofErr w:type="spellStart"/>
            <w:r w:rsidRPr="009F236B">
              <w:rPr>
                <w:sz w:val="24"/>
              </w:rPr>
              <w:t>Однозначність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</w:p>
        </w:tc>
        <w:tc>
          <w:tcPr>
            <w:tcW w:w="3628" w:type="dxa"/>
            <w:vAlign w:val="center"/>
          </w:tcPr>
          <w:p w14:paraId="030DBF6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Уточнити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межі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суміжними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175014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Зав.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 ДВНЗ «</w:t>
            </w:r>
            <w:proofErr w:type="spellStart"/>
            <w:r w:rsidRPr="009F236B">
              <w:rPr>
                <w:sz w:val="24"/>
                <w:lang w:val="ru-RU"/>
              </w:rPr>
              <w:t>Приазовський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», д.м.н.,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О.Ю. </w:t>
            </w:r>
            <w:proofErr w:type="spellStart"/>
            <w:r w:rsidRPr="009F236B">
              <w:rPr>
                <w:sz w:val="24"/>
                <w:lang w:val="ru-RU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40BFBED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70A179A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Проблему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ранньої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невідповідності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змісту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усунуто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шляхом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загального</w:t>
            </w:r>
            <w:proofErr w:type="spellEnd"/>
            <w:r w:rsidRPr="009F236B">
              <w:rPr>
                <w:sz w:val="24"/>
              </w:rPr>
              <w:t xml:space="preserve"> facilities management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невластивих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функцій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зосередження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C33215A" w14:textId="77777777" w:rsidTr="00D97BDE">
        <w:trPr>
          <w:jc w:val="center"/>
        </w:trPr>
        <w:tc>
          <w:tcPr>
            <w:tcW w:w="2381" w:type="dxa"/>
            <w:vAlign w:val="center"/>
          </w:tcPr>
          <w:p w14:paraId="7CAF56D2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Однозначність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</w:p>
        </w:tc>
        <w:tc>
          <w:tcPr>
            <w:tcW w:w="3628" w:type="dxa"/>
            <w:vAlign w:val="center"/>
          </w:tcPr>
          <w:p w14:paraId="6DA2B73D" w14:textId="77777777" w:rsidR="00EE4B87" w:rsidRPr="009F236B" w:rsidRDefault="00811DB6">
            <w:r w:rsidRPr="009F236B">
              <w:rPr>
                <w:sz w:val="24"/>
              </w:rPr>
              <w:t xml:space="preserve">Визнати </w:t>
            </w:r>
            <w:proofErr w:type="spellStart"/>
            <w:r w:rsidRPr="009F236B">
              <w:rPr>
                <w:sz w:val="24"/>
              </w:rPr>
              <w:t>невідповідність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змісту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відмовитися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>».</w:t>
            </w:r>
          </w:p>
        </w:tc>
        <w:tc>
          <w:tcPr>
            <w:tcW w:w="2721" w:type="dxa"/>
            <w:vAlign w:val="center"/>
          </w:tcPr>
          <w:p w14:paraId="165C903B" w14:textId="77777777" w:rsidR="00EE4B87" w:rsidRPr="009F236B" w:rsidRDefault="00811DB6">
            <w:proofErr w:type="spellStart"/>
            <w:r w:rsidRPr="009F236B">
              <w:rPr>
                <w:sz w:val="24"/>
              </w:rPr>
              <w:t>Зав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>» ДВНЗ «</w:t>
            </w:r>
            <w:proofErr w:type="spellStart"/>
            <w:r w:rsidRPr="009F236B">
              <w:rPr>
                <w:sz w:val="24"/>
              </w:rPr>
              <w:t>Приазовський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державний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університет</w:t>
            </w:r>
            <w:proofErr w:type="spellEnd"/>
            <w:r w:rsidRPr="009F236B">
              <w:rPr>
                <w:sz w:val="24"/>
              </w:rPr>
              <w:t xml:space="preserve">», </w:t>
            </w:r>
            <w:proofErr w:type="spellStart"/>
            <w:r w:rsidRPr="009F236B">
              <w:rPr>
                <w:sz w:val="24"/>
              </w:rPr>
              <w:t>д.м.н</w:t>
            </w:r>
            <w:proofErr w:type="spellEnd"/>
            <w:r w:rsidRPr="009F236B">
              <w:rPr>
                <w:sz w:val="24"/>
              </w:rPr>
              <w:t xml:space="preserve">., </w:t>
            </w:r>
            <w:proofErr w:type="spellStart"/>
            <w:r w:rsidRPr="009F236B">
              <w:rPr>
                <w:sz w:val="24"/>
              </w:rPr>
              <w:t>професор</w:t>
            </w:r>
            <w:proofErr w:type="spellEnd"/>
            <w:r w:rsidRPr="009F236B">
              <w:rPr>
                <w:sz w:val="24"/>
              </w:rPr>
              <w:t xml:space="preserve"> О.Ю. </w:t>
            </w:r>
            <w:proofErr w:type="spellStart"/>
            <w:r w:rsidRPr="009F236B">
              <w:rPr>
                <w:sz w:val="24"/>
              </w:rPr>
              <w:t>Азархов</w:t>
            </w:r>
            <w:proofErr w:type="spellEnd"/>
          </w:p>
        </w:tc>
        <w:tc>
          <w:tcPr>
            <w:tcW w:w="1757" w:type="dxa"/>
            <w:vAlign w:val="center"/>
          </w:tcPr>
          <w:p w14:paraId="7815DEA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A0BA7D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і сам проєкт </w:t>
            </w:r>
            <w:proofErr w:type="spellStart"/>
            <w:r w:rsidRPr="009F236B">
              <w:rPr>
                <w:sz w:val="24"/>
                <w:lang w:val="ru-RU"/>
              </w:rPr>
              <w:t>збережено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Критичні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ранньої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використано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суттєвого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ядра,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та меж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підстав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відмови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перезапуску не </w:t>
            </w:r>
            <w:proofErr w:type="spellStart"/>
            <w:r w:rsidRPr="009F236B">
              <w:rPr>
                <w:sz w:val="24"/>
                <w:lang w:val="ru-RU"/>
              </w:rPr>
              <w:t>встановлено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10A2DC2" w14:textId="77777777" w:rsidTr="00D97BDE">
        <w:trPr>
          <w:jc w:val="center"/>
        </w:trPr>
        <w:tc>
          <w:tcPr>
            <w:tcW w:w="2381" w:type="dxa"/>
            <w:vAlign w:val="center"/>
          </w:tcPr>
          <w:p w14:paraId="4093345D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</w:t>
            </w:r>
            <w:proofErr w:type="spellStart"/>
            <w:r w:rsidRPr="009F236B">
              <w:rPr>
                <w:sz w:val="24"/>
                <w:lang w:val="ru-RU"/>
              </w:rPr>
              <w:t>розроблено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затверджено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згідно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вимогами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статті</w:t>
            </w:r>
            <w:proofErr w:type="spellEnd"/>
            <w:r w:rsidRPr="009F236B">
              <w:rPr>
                <w:sz w:val="24"/>
                <w:lang w:val="ru-RU"/>
              </w:rPr>
              <w:t xml:space="preserve"> 42 Кодексу </w:t>
            </w:r>
            <w:proofErr w:type="spellStart"/>
            <w:r w:rsidRPr="009F236B">
              <w:rPr>
                <w:sz w:val="24"/>
                <w:lang w:val="ru-RU"/>
              </w:rPr>
              <w:t>законів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працю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>... (</w:t>
            </w:r>
            <w:proofErr w:type="spellStart"/>
            <w:r w:rsidRPr="009F236B">
              <w:rPr>
                <w:sz w:val="24"/>
              </w:rPr>
              <w:t>ps-inzhene</w:t>
            </w:r>
            <w:proofErr w:type="spellEnd"/>
            <w:r w:rsidRPr="009F236B">
              <w:rPr>
                <w:sz w:val="24"/>
              </w:rPr>
              <w:t>... p. 1)</w:t>
            </w:r>
          </w:p>
        </w:tc>
        <w:tc>
          <w:tcPr>
            <w:tcW w:w="3628" w:type="dxa"/>
            <w:vAlign w:val="center"/>
          </w:tcPr>
          <w:p w14:paraId="6A4CB63D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</w:t>
            </w:r>
            <w:proofErr w:type="spellStart"/>
            <w:r w:rsidRPr="009F236B">
              <w:rPr>
                <w:sz w:val="24"/>
                <w:lang w:val="ru-RU"/>
              </w:rPr>
              <w:t>розроблено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затверджено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згідно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вимогами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статті</w:t>
            </w:r>
            <w:proofErr w:type="spellEnd"/>
            <w:r w:rsidRPr="009F236B">
              <w:rPr>
                <w:sz w:val="24"/>
                <w:lang w:val="ru-RU"/>
              </w:rPr>
              <w:t xml:space="preserve"> 4-1 Кодексу </w:t>
            </w:r>
            <w:proofErr w:type="spellStart"/>
            <w:r w:rsidRPr="009F236B">
              <w:rPr>
                <w:sz w:val="24"/>
                <w:lang w:val="ru-RU"/>
              </w:rPr>
              <w:t>законів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працю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>...</w:t>
            </w:r>
          </w:p>
        </w:tc>
        <w:tc>
          <w:tcPr>
            <w:tcW w:w="2721" w:type="dxa"/>
            <w:vAlign w:val="center"/>
          </w:tcPr>
          <w:p w14:paraId="1BF835ED" w14:textId="77777777" w:rsidR="00EE4B87" w:rsidRPr="009F236B" w:rsidRDefault="00811DB6">
            <w:proofErr w:type="spellStart"/>
            <w:r w:rsidRPr="009F236B">
              <w:rPr>
                <w:sz w:val="24"/>
              </w:rPr>
              <w:t>Ратушнюк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Наталія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Михайлівна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Завідувачка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клініко-діагностичної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r w:rsidRPr="009F236B">
              <w:rPr>
                <w:sz w:val="24"/>
              </w:rPr>
              <w:lastRenderedPageBreak/>
              <w:t>КНП "</w:t>
            </w:r>
            <w:proofErr w:type="spellStart"/>
            <w:r w:rsidRPr="009F236B">
              <w:rPr>
                <w:sz w:val="24"/>
              </w:rPr>
              <w:t>Свято-Михайлівська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лікарня</w:t>
            </w:r>
            <w:proofErr w:type="spellEnd"/>
            <w:r w:rsidRPr="009F236B">
              <w:rPr>
                <w:sz w:val="24"/>
              </w:rPr>
              <w:t xml:space="preserve"> м. </w:t>
            </w:r>
            <w:proofErr w:type="spellStart"/>
            <w:r w:rsidRPr="009F236B">
              <w:rPr>
                <w:sz w:val="24"/>
              </w:rPr>
              <w:t>Києва</w:t>
            </w:r>
            <w:proofErr w:type="spellEnd"/>
            <w:r w:rsidRPr="009F236B">
              <w:rPr>
                <w:sz w:val="24"/>
              </w:rPr>
              <w:t>"</w:t>
            </w:r>
          </w:p>
        </w:tc>
        <w:tc>
          <w:tcPr>
            <w:tcW w:w="1757" w:type="dxa"/>
            <w:vAlign w:val="center"/>
          </w:tcPr>
          <w:p w14:paraId="1C3990E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779A70B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запропонованій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стаття</w:t>
            </w:r>
            <w:proofErr w:type="spellEnd"/>
            <w:r w:rsidRPr="009F236B">
              <w:rPr>
                <w:sz w:val="24"/>
                <w:lang w:val="ru-RU"/>
              </w:rPr>
              <w:t xml:space="preserve"> 4-2 Кодексу </w:t>
            </w:r>
            <w:proofErr w:type="spellStart"/>
            <w:r w:rsidRPr="009F236B">
              <w:rPr>
                <w:sz w:val="24"/>
                <w:lang w:val="ru-RU"/>
              </w:rPr>
              <w:t>законів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працю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Нормативне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посилання</w:t>
            </w:r>
            <w:proofErr w:type="spellEnd"/>
            <w:r w:rsidRPr="009F236B">
              <w:rPr>
                <w:sz w:val="24"/>
              </w:rPr>
              <w:t xml:space="preserve"> у </w:t>
            </w:r>
            <w:r w:rsidRPr="009F236B">
              <w:rPr>
                <w:sz w:val="24"/>
              </w:rPr>
              <w:lastRenderedPageBreak/>
              <w:t xml:space="preserve">проєкті </w:t>
            </w:r>
            <w:proofErr w:type="spellStart"/>
            <w:r w:rsidRPr="009F236B">
              <w:rPr>
                <w:sz w:val="24"/>
              </w:rPr>
              <w:t>виправлено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статтю</w:t>
            </w:r>
            <w:proofErr w:type="spellEnd"/>
            <w:r w:rsidRPr="009F236B">
              <w:rPr>
                <w:sz w:val="24"/>
              </w:rPr>
              <w:t xml:space="preserve"> 4-2.</w:t>
            </w:r>
          </w:p>
        </w:tc>
      </w:tr>
      <w:tr w:rsidR="00EE4B87" w:rsidRPr="009F236B" w14:paraId="51F65D2B" w14:textId="77777777" w:rsidTr="00D97BDE">
        <w:trPr>
          <w:jc w:val="center"/>
        </w:trPr>
        <w:tc>
          <w:tcPr>
            <w:tcW w:w="2381" w:type="dxa"/>
            <w:vAlign w:val="center"/>
          </w:tcPr>
          <w:p w14:paraId="3E8A405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Види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</w:t>
            </w:r>
          </w:p>
        </w:tc>
        <w:tc>
          <w:tcPr>
            <w:tcW w:w="3628" w:type="dxa"/>
            <w:vAlign w:val="center"/>
          </w:tcPr>
          <w:p w14:paraId="58D44EA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архітектурні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КВЕДи</w:t>
            </w:r>
            <w:proofErr w:type="spellEnd"/>
            <w:r w:rsidRPr="009F236B">
              <w:rPr>
                <w:sz w:val="24"/>
                <w:lang w:val="ru-RU"/>
              </w:rPr>
              <w:t xml:space="preserve"> з ядра стандарту.</w:t>
            </w:r>
          </w:p>
        </w:tc>
        <w:tc>
          <w:tcPr>
            <w:tcW w:w="2721" w:type="dxa"/>
            <w:vAlign w:val="center"/>
          </w:tcPr>
          <w:p w14:paraId="63D979B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291E30CD" w14:textId="6B012672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642F67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4585E6B" w14:textId="77777777" w:rsidTr="00D97BDE">
        <w:trPr>
          <w:jc w:val="center"/>
        </w:trPr>
        <w:tc>
          <w:tcPr>
            <w:tcW w:w="2381" w:type="dxa"/>
            <w:vAlign w:val="center"/>
          </w:tcPr>
          <w:p w14:paraId="736112F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Види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</w:t>
            </w:r>
          </w:p>
        </w:tc>
        <w:tc>
          <w:tcPr>
            <w:tcW w:w="3628" w:type="dxa"/>
            <w:vAlign w:val="center"/>
          </w:tcPr>
          <w:p w14:paraId="6E21472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на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з проєктування,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закладів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охорони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здоров’я</w:t>
            </w:r>
            <w:proofErr w:type="spellEnd"/>
            <w:r w:rsidRPr="009F236B">
              <w:rPr>
                <w:sz w:val="24"/>
                <w:lang w:val="ru-RU"/>
              </w:rPr>
              <w:t>».</w:t>
            </w:r>
          </w:p>
        </w:tc>
        <w:tc>
          <w:tcPr>
            <w:tcW w:w="2721" w:type="dxa"/>
            <w:vAlign w:val="center"/>
          </w:tcPr>
          <w:p w14:paraId="0DB275D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12604DA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3905D4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Зв’язок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різними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роботодавцями</w:t>
            </w:r>
            <w:proofErr w:type="spellEnd"/>
            <w:r w:rsidRPr="009F236B">
              <w:rPr>
                <w:sz w:val="24"/>
                <w:lang w:val="ru-RU"/>
              </w:rPr>
              <w:t xml:space="preserve"> не є </w:t>
            </w:r>
            <w:proofErr w:type="spellStart"/>
            <w:r w:rsidRPr="009F236B">
              <w:rPr>
                <w:sz w:val="24"/>
                <w:lang w:val="ru-RU"/>
              </w:rPr>
              <w:t>підставою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зміни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передбачену</w:t>
            </w:r>
            <w:proofErr w:type="spellEnd"/>
            <w:r w:rsidRPr="009F236B">
              <w:rPr>
                <w:sz w:val="24"/>
                <w:lang w:val="ru-RU"/>
              </w:rPr>
              <w:t xml:space="preserve"> Порядком модель </w:t>
            </w:r>
            <w:proofErr w:type="spellStart"/>
            <w:r w:rsidRPr="009F236B">
              <w:rPr>
                <w:sz w:val="24"/>
                <w:lang w:val="ru-RU"/>
              </w:rPr>
              <w:t>наскрізної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і не </w:t>
            </w:r>
            <w:proofErr w:type="spellStart"/>
            <w:r w:rsidRPr="009F236B">
              <w:rPr>
                <w:sz w:val="24"/>
                <w:lang w:val="ru-RU"/>
              </w:rPr>
              <w:t>наділяє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працівника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повноваженнями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КВЕД.</w:t>
            </w:r>
          </w:p>
        </w:tc>
      </w:tr>
      <w:tr w:rsidR="00EE4B87" w:rsidRPr="009F236B" w14:paraId="2FDD9F16" w14:textId="77777777" w:rsidTr="00D97BDE">
        <w:trPr>
          <w:jc w:val="center"/>
        </w:trPr>
        <w:tc>
          <w:tcPr>
            <w:tcW w:w="2381" w:type="dxa"/>
            <w:vAlign w:val="center"/>
          </w:tcPr>
          <w:p w14:paraId="6D2AE39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•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3)</w:t>
            </w:r>
          </w:p>
        </w:tc>
        <w:tc>
          <w:tcPr>
            <w:tcW w:w="3628" w:type="dxa"/>
            <w:vAlign w:val="center"/>
          </w:tcPr>
          <w:p w14:paraId="216B1FC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•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призначення</w:t>
            </w:r>
            <w:proofErr w:type="spellEnd"/>
          </w:p>
        </w:tc>
        <w:tc>
          <w:tcPr>
            <w:tcW w:w="2721" w:type="dxa"/>
            <w:vAlign w:val="center"/>
          </w:tcPr>
          <w:p w14:paraId="25B001F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6C4862A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FFD9F86" w14:textId="77777777" w:rsidR="00EE4B87" w:rsidRPr="009F236B" w:rsidRDefault="00811DB6">
            <w:proofErr w:type="spellStart"/>
            <w:r w:rsidRPr="009F236B">
              <w:rPr>
                <w:sz w:val="24"/>
              </w:rPr>
              <w:t>Редакційну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неточність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виправлено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Невдала</w:t>
            </w:r>
            <w:proofErr w:type="spellEnd"/>
            <w:r w:rsidRPr="009F236B">
              <w:rPr>
                <w:sz w:val="24"/>
              </w:rPr>
              <w:t>/</w:t>
            </w:r>
            <w:proofErr w:type="spellStart"/>
            <w:r w:rsidRPr="009F236B">
              <w:rPr>
                <w:sz w:val="24"/>
              </w:rPr>
              <w:t>неповна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назва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первинної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редакції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використовується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фінальному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переліку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типових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професійна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назва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» і </w:t>
            </w:r>
            <w:proofErr w:type="spellStart"/>
            <w:r w:rsidRPr="009F236B">
              <w:rPr>
                <w:sz w:val="24"/>
              </w:rPr>
              <w:t>суміжні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подаються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окремо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спотворення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змісту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8DDC83C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2CECC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•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- технолог (</w:t>
            </w:r>
            <w:proofErr w:type="spellStart"/>
            <w:r w:rsidRPr="009F236B">
              <w:rPr>
                <w:sz w:val="24"/>
                <w:lang w:val="ru-RU"/>
              </w:rPr>
              <w:t>операціоніст</w:t>
            </w:r>
            <w:proofErr w:type="spellEnd"/>
            <w:r w:rsidRPr="009F236B">
              <w:rPr>
                <w:sz w:val="24"/>
                <w:lang w:val="ru-RU"/>
              </w:rPr>
              <w:t>-технолог)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3)</w:t>
            </w:r>
          </w:p>
        </w:tc>
        <w:tc>
          <w:tcPr>
            <w:tcW w:w="3628" w:type="dxa"/>
            <w:vAlign w:val="center"/>
          </w:tcPr>
          <w:p w14:paraId="2A855E33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•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- технолог (</w:t>
            </w:r>
            <w:proofErr w:type="spellStart"/>
            <w:r w:rsidRPr="009F236B">
              <w:rPr>
                <w:sz w:val="24"/>
                <w:lang w:val="ru-RU"/>
              </w:rPr>
              <w:t>операційний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технолог)</w:t>
            </w:r>
          </w:p>
        </w:tc>
        <w:tc>
          <w:tcPr>
            <w:tcW w:w="2721" w:type="dxa"/>
            <w:vAlign w:val="center"/>
          </w:tcPr>
          <w:p w14:paraId="597B895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734FCA8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718AE26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Редакційну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помилку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словосполученні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виправлено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Водночас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— технолог»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окрема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кваліфікація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фінальній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архітектурі</w:t>
            </w:r>
            <w:proofErr w:type="spellEnd"/>
            <w:r w:rsidRPr="009F236B">
              <w:rPr>
                <w:sz w:val="24"/>
                <w:lang w:val="ru-RU"/>
              </w:rPr>
              <w:t xml:space="preserve">; стандарт </w:t>
            </w:r>
            <w:proofErr w:type="spellStart"/>
            <w:r w:rsidRPr="009F236B">
              <w:rPr>
                <w:sz w:val="24"/>
                <w:lang w:val="ru-RU"/>
              </w:rPr>
              <w:t>встановлює</w:t>
            </w:r>
            <w:proofErr w:type="spellEnd"/>
            <w:r w:rsidRPr="009F236B">
              <w:rPr>
                <w:sz w:val="24"/>
                <w:lang w:val="ru-RU"/>
              </w:rPr>
              <w:t xml:space="preserve"> одну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>».</w:t>
            </w:r>
          </w:p>
        </w:tc>
      </w:tr>
      <w:tr w:rsidR="00EE4B87" w:rsidRPr="009F236B" w14:paraId="7CAC0EF3" w14:textId="77777777" w:rsidTr="00D97BDE">
        <w:trPr>
          <w:jc w:val="center"/>
        </w:trPr>
        <w:tc>
          <w:tcPr>
            <w:tcW w:w="2381" w:type="dxa"/>
            <w:vAlign w:val="center"/>
          </w:tcPr>
          <w:p w14:paraId="1F579D3C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7F37CECD" w14:textId="77777777" w:rsidR="00EE4B87" w:rsidRPr="009F236B" w:rsidRDefault="00811DB6">
            <w:proofErr w:type="spellStart"/>
            <w:r w:rsidRPr="009F236B">
              <w:rPr>
                <w:sz w:val="24"/>
              </w:rPr>
              <w:t>Зазначити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чинну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спеціальність</w:t>
            </w:r>
            <w:proofErr w:type="spellEnd"/>
            <w:r w:rsidRPr="009F236B">
              <w:rPr>
                <w:sz w:val="24"/>
              </w:rPr>
              <w:t xml:space="preserve"> G22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замість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неофіційних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застарілих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1B057DAB" w14:textId="77777777" w:rsidR="00EE4B87" w:rsidRPr="009F236B" w:rsidRDefault="00811DB6">
            <w:proofErr w:type="spellStart"/>
            <w:r w:rsidRPr="009F236B">
              <w:rPr>
                <w:sz w:val="24"/>
              </w:rPr>
              <w:t>Ратушнюк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Наталія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Михайлівна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Завідувачка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клініко-діагностичної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лабораторії</w:t>
            </w:r>
            <w:proofErr w:type="spellEnd"/>
            <w:r w:rsidRPr="009F236B">
              <w:rPr>
                <w:sz w:val="24"/>
              </w:rPr>
              <w:t xml:space="preserve"> КНП "</w:t>
            </w:r>
            <w:proofErr w:type="spellStart"/>
            <w:r w:rsidRPr="009F236B">
              <w:rPr>
                <w:sz w:val="24"/>
              </w:rPr>
              <w:t>Свято-Михайлівська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лікарня</w:t>
            </w:r>
            <w:proofErr w:type="spellEnd"/>
            <w:r w:rsidRPr="009F236B">
              <w:rPr>
                <w:sz w:val="24"/>
              </w:rPr>
              <w:t xml:space="preserve"> м. </w:t>
            </w:r>
            <w:proofErr w:type="spellStart"/>
            <w:r w:rsidRPr="009F236B">
              <w:rPr>
                <w:sz w:val="24"/>
              </w:rPr>
              <w:t>Києва</w:t>
            </w:r>
            <w:proofErr w:type="spellEnd"/>
            <w:r w:rsidRPr="009F236B">
              <w:rPr>
                <w:sz w:val="24"/>
              </w:rPr>
              <w:t>"</w:t>
            </w:r>
          </w:p>
        </w:tc>
        <w:tc>
          <w:tcPr>
            <w:tcW w:w="1757" w:type="dxa"/>
            <w:vAlign w:val="center"/>
          </w:tcPr>
          <w:p w14:paraId="3CB2D1E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32A6687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C20B770" w14:textId="77777777" w:rsidTr="00D97BDE">
        <w:trPr>
          <w:jc w:val="center"/>
        </w:trPr>
        <w:tc>
          <w:tcPr>
            <w:tcW w:w="2381" w:type="dxa"/>
            <w:vAlign w:val="center"/>
          </w:tcPr>
          <w:p w14:paraId="6FC66C2C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2A30C36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єдиною</w:t>
            </w:r>
            <w:proofErr w:type="spellEnd"/>
            <w:r w:rsidRPr="009F236B">
              <w:rPr>
                <w:sz w:val="24"/>
                <w:lang w:val="ru-RU"/>
              </w:rPr>
              <w:t xml:space="preserve"> допустимою основою </w:t>
            </w:r>
            <w:proofErr w:type="spellStart"/>
            <w:r w:rsidRPr="009F236B">
              <w:rPr>
                <w:sz w:val="24"/>
                <w:lang w:val="ru-RU"/>
              </w:rPr>
              <w:t>повної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2BC5242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4508CEE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DF71D01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781CDA0" w14:textId="77777777" w:rsidTr="00D97BDE">
        <w:trPr>
          <w:jc w:val="center"/>
        </w:trPr>
        <w:tc>
          <w:tcPr>
            <w:tcW w:w="2381" w:type="dxa"/>
            <w:vAlign w:val="center"/>
          </w:tcPr>
          <w:p w14:paraId="5E29F1C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Усі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коди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прописані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цифру «3»: А1.31, А1.32, А2.31, Б1.31 і т.д.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6)</w:t>
            </w:r>
          </w:p>
        </w:tc>
        <w:tc>
          <w:tcPr>
            <w:tcW w:w="3628" w:type="dxa"/>
            <w:vAlign w:val="center"/>
          </w:tcPr>
          <w:p w14:paraId="0A2CE13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кириличну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літеру</w:t>
            </w:r>
            <w:proofErr w:type="spellEnd"/>
            <w:r w:rsidRPr="009F236B">
              <w:rPr>
                <w:sz w:val="24"/>
                <w:lang w:val="ru-RU"/>
              </w:rPr>
              <w:t xml:space="preserve"> «З» (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>): А1.З1, А1.З2, А2.З1, Б1.З1 і т.д.</w:t>
            </w:r>
          </w:p>
        </w:tc>
        <w:tc>
          <w:tcPr>
            <w:tcW w:w="2721" w:type="dxa"/>
            <w:vAlign w:val="center"/>
          </w:tcPr>
          <w:p w14:paraId="76C9D6B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383F50D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00C6B6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Кодування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виправлено</w:t>
            </w:r>
            <w:proofErr w:type="spellEnd"/>
            <w:r w:rsidRPr="009F236B">
              <w:rPr>
                <w:sz w:val="24"/>
                <w:lang w:val="ru-RU"/>
              </w:rPr>
              <w:t xml:space="preserve">: для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кирилична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літера</w:t>
            </w:r>
            <w:proofErr w:type="spellEnd"/>
            <w:r w:rsidRPr="009F236B">
              <w:rPr>
                <w:sz w:val="24"/>
                <w:lang w:val="ru-RU"/>
              </w:rPr>
              <w:t xml:space="preserve"> «З» (</w:t>
            </w:r>
            <w:proofErr w:type="spellStart"/>
            <w:r w:rsidRPr="009F236B">
              <w:rPr>
                <w:sz w:val="24"/>
                <w:lang w:val="ru-RU"/>
              </w:rPr>
              <w:t>наприклад</w:t>
            </w:r>
            <w:proofErr w:type="spellEnd"/>
            <w:r w:rsidRPr="009F236B">
              <w:rPr>
                <w:sz w:val="24"/>
                <w:lang w:val="ru-RU"/>
              </w:rPr>
              <w:t xml:space="preserve">, А1.З1), для </w:t>
            </w:r>
            <w:proofErr w:type="spellStart"/>
            <w:r w:rsidRPr="009F236B">
              <w:rPr>
                <w:sz w:val="24"/>
                <w:lang w:val="ru-RU"/>
              </w:rPr>
              <w:t>умінь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навичок</w:t>
            </w:r>
            <w:proofErr w:type="spellEnd"/>
            <w:r w:rsidRPr="009F236B">
              <w:rPr>
                <w:sz w:val="24"/>
                <w:lang w:val="ru-RU"/>
              </w:rPr>
              <w:t xml:space="preserve"> — «У», </w:t>
            </w:r>
            <w:proofErr w:type="spellStart"/>
            <w:r w:rsidRPr="009F236B">
              <w:rPr>
                <w:sz w:val="24"/>
                <w:lang w:val="ru-RU"/>
              </w:rPr>
              <w:t>комунікації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— «К»,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автономії</w:t>
            </w:r>
            <w:proofErr w:type="spellEnd"/>
            <w:r w:rsidRPr="009F236B">
              <w:rPr>
                <w:sz w:val="24"/>
                <w:lang w:val="ru-RU"/>
              </w:rPr>
              <w:t xml:space="preserve"> — «В».</w:t>
            </w:r>
          </w:p>
        </w:tc>
      </w:tr>
      <w:tr w:rsidR="00EE4B87" w:rsidRPr="009F236B" w14:paraId="2320B165" w14:textId="77777777" w:rsidTr="00D97BDE">
        <w:trPr>
          <w:jc w:val="center"/>
        </w:trPr>
        <w:tc>
          <w:tcPr>
            <w:tcW w:w="2381" w:type="dxa"/>
            <w:vAlign w:val="center"/>
          </w:tcPr>
          <w:p w14:paraId="39BA406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t>B</w:t>
            </w:r>
            <w:r w:rsidRPr="009F236B">
              <w:rPr>
                <w:sz w:val="24"/>
                <w:lang w:val="ru-RU"/>
              </w:rPr>
              <w:t xml:space="preserve">1.33.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експлуатаційної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20).</w:t>
            </w:r>
          </w:p>
        </w:tc>
        <w:tc>
          <w:tcPr>
            <w:tcW w:w="3628" w:type="dxa"/>
            <w:vAlign w:val="center"/>
          </w:tcPr>
          <w:p w14:paraId="39448721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Л1.З3.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експлуатаційної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</w:p>
        </w:tc>
        <w:tc>
          <w:tcPr>
            <w:tcW w:w="2721" w:type="dxa"/>
            <w:vAlign w:val="center"/>
          </w:tcPr>
          <w:p w14:paraId="1500D82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5C72125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F372F5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Помилкове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кодування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первинної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. У </w:t>
            </w:r>
            <w:proofErr w:type="spellStart"/>
            <w:r w:rsidRPr="009F236B">
              <w:rPr>
                <w:sz w:val="24"/>
                <w:lang w:val="ru-RU"/>
              </w:rPr>
              <w:t>фінальній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матриці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унікальні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коди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прив’язані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відповідної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старий</w:t>
            </w:r>
            <w:proofErr w:type="spellEnd"/>
            <w:r w:rsidRPr="009F236B">
              <w:rPr>
                <w:sz w:val="24"/>
                <w:lang w:val="ru-RU"/>
              </w:rPr>
              <w:t xml:space="preserve"> код </w:t>
            </w:r>
            <w:r w:rsidRPr="009F236B">
              <w:rPr>
                <w:sz w:val="24"/>
              </w:rPr>
              <w:t>B</w:t>
            </w:r>
            <w:r w:rsidRPr="009F236B">
              <w:rPr>
                <w:sz w:val="24"/>
                <w:lang w:val="ru-RU"/>
              </w:rPr>
              <w:t xml:space="preserve">1.33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2A57AD4" w14:textId="77777777" w:rsidTr="00D97BDE">
        <w:trPr>
          <w:jc w:val="center"/>
        </w:trPr>
        <w:tc>
          <w:tcPr>
            <w:tcW w:w="2381" w:type="dxa"/>
            <w:vAlign w:val="center"/>
          </w:tcPr>
          <w:p w14:paraId="3842226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Одночасно</w:t>
            </w:r>
            <w:proofErr w:type="spellEnd"/>
            <w:r w:rsidRPr="009F236B">
              <w:rPr>
                <w:sz w:val="24"/>
                <w:lang w:val="ru-RU"/>
              </w:rPr>
              <w:t xml:space="preserve"> два </w:t>
            </w:r>
            <w:proofErr w:type="spellStart"/>
            <w:r w:rsidRPr="009F236B">
              <w:rPr>
                <w:sz w:val="24"/>
                <w:lang w:val="ru-RU"/>
              </w:rPr>
              <w:t>різні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пункти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однаковий</w:t>
            </w:r>
            <w:proofErr w:type="spellEnd"/>
            <w:r w:rsidRPr="009F236B">
              <w:rPr>
                <w:sz w:val="24"/>
                <w:lang w:val="ru-RU"/>
              </w:rPr>
              <w:t xml:space="preserve"> код О1.32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24).</w:t>
            </w:r>
          </w:p>
        </w:tc>
        <w:tc>
          <w:tcPr>
            <w:tcW w:w="3628" w:type="dxa"/>
            <w:vAlign w:val="center"/>
          </w:tcPr>
          <w:p w14:paraId="5C2F3B9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Другий</w:t>
            </w:r>
            <w:proofErr w:type="spellEnd"/>
            <w:r w:rsidRPr="009F236B">
              <w:rPr>
                <w:sz w:val="24"/>
                <w:lang w:val="ru-RU"/>
              </w:rPr>
              <w:t xml:space="preserve"> пункт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(«</w:t>
            </w:r>
            <w:proofErr w:type="spellStart"/>
            <w:r w:rsidRPr="009F236B">
              <w:rPr>
                <w:sz w:val="24"/>
                <w:lang w:val="ru-RU"/>
              </w:rPr>
              <w:t>Протоколи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перевірки</w:t>
            </w:r>
            <w:proofErr w:type="spellEnd"/>
            <w:r w:rsidRPr="009F236B">
              <w:rPr>
                <w:sz w:val="24"/>
                <w:lang w:val="ru-RU"/>
              </w:rPr>
              <w:t xml:space="preserve">...») </w:t>
            </w:r>
            <w:proofErr w:type="spellStart"/>
            <w:r w:rsidRPr="009F236B">
              <w:rPr>
                <w:sz w:val="24"/>
                <w:lang w:val="ru-RU"/>
              </w:rPr>
              <w:t>кодувати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як О1.З3</w:t>
            </w:r>
          </w:p>
        </w:tc>
        <w:tc>
          <w:tcPr>
            <w:tcW w:w="2721" w:type="dxa"/>
            <w:vAlign w:val="center"/>
          </w:tcPr>
          <w:p w14:paraId="1B0DC5B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7A67616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B10E81C" w14:textId="77777777" w:rsidR="00EE4B87" w:rsidRPr="009F236B" w:rsidRDefault="00811DB6">
            <w:proofErr w:type="spellStart"/>
            <w:r w:rsidRPr="009F236B">
              <w:rPr>
                <w:sz w:val="24"/>
              </w:rPr>
              <w:t>Дублювання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коду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усунуто</w:t>
            </w:r>
            <w:proofErr w:type="spellEnd"/>
            <w:r w:rsidRPr="009F236B">
              <w:rPr>
                <w:sz w:val="24"/>
              </w:rPr>
              <w:t xml:space="preserve">. У </w:t>
            </w:r>
            <w:proofErr w:type="spellStart"/>
            <w:r w:rsidRPr="009F236B">
              <w:rPr>
                <w:sz w:val="24"/>
              </w:rPr>
              <w:t>фінальній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матриці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кожний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однозначний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код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простежуваний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зв’язок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компетентністю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трудовою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функцією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14B0EDB5" w14:textId="77777777" w:rsidTr="00D97BDE">
        <w:trPr>
          <w:jc w:val="center"/>
        </w:trPr>
        <w:tc>
          <w:tcPr>
            <w:tcW w:w="2381" w:type="dxa"/>
            <w:vAlign w:val="center"/>
          </w:tcPr>
          <w:p w14:paraId="2165C5D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lastRenderedPageBreak/>
              <w:t>J</w:t>
            </w:r>
            <w:r w:rsidRPr="009F236B">
              <w:rPr>
                <w:sz w:val="24"/>
                <w:lang w:val="ru-RU"/>
              </w:rPr>
              <w:t xml:space="preserve">1.32. </w:t>
            </w:r>
            <w:proofErr w:type="spellStart"/>
            <w:r w:rsidRPr="009F236B">
              <w:rPr>
                <w:sz w:val="24"/>
                <w:lang w:val="ru-RU"/>
              </w:rPr>
              <w:t>Принципи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завдань</w:t>
            </w:r>
            <w:proofErr w:type="spellEnd"/>
            <w:r w:rsidRPr="009F236B">
              <w:rPr>
                <w:sz w:val="24"/>
                <w:lang w:val="ru-RU"/>
              </w:rPr>
              <w:t xml:space="preserve"> на проєктування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30).</w:t>
            </w:r>
          </w:p>
        </w:tc>
        <w:tc>
          <w:tcPr>
            <w:tcW w:w="3628" w:type="dxa"/>
            <w:vAlign w:val="center"/>
          </w:tcPr>
          <w:p w14:paraId="5863DD7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У1.З2. </w:t>
            </w:r>
            <w:proofErr w:type="spellStart"/>
            <w:r w:rsidRPr="009F236B">
              <w:rPr>
                <w:sz w:val="24"/>
                <w:lang w:val="ru-RU"/>
              </w:rPr>
              <w:t>Принципи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завдань</w:t>
            </w:r>
            <w:proofErr w:type="spellEnd"/>
            <w:r w:rsidRPr="009F236B">
              <w:rPr>
                <w:sz w:val="24"/>
                <w:lang w:val="ru-RU"/>
              </w:rPr>
              <w:t xml:space="preserve"> на проєктування</w:t>
            </w:r>
          </w:p>
        </w:tc>
        <w:tc>
          <w:tcPr>
            <w:tcW w:w="2721" w:type="dxa"/>
            <w:vAlign w:val="center"/>
          </w:tcPr>
          <w:p w14:paraId="0A34019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082DABC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24251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Латинську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помилкову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літеру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кодування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виправлено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матриця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єдину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кириличну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систему </w:t>
            </w:r>
            <w:proofErr w:type="spellStart"/>
            <w:r w:rsidRPr="009F236B">
              <w:rPr>
                <w:sz w:val="24"/>
                <w:lang w:val="ru-RU"/>
              </w:rPr>
              <w:t>кодів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, компетентностей і </w:t>
            </w:r>
            <w:proofErr w:type="spellStart"/>
            <w:r w:rsidRPr="009F236B">
              <w:rPr>
                <w:sz w:val="24"/>
                <w:lang w:val="ru-RU"/>
              </w:rPr>
              <w:t>результатів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71995D9" w14:textId="77777777" w:rsidTr="00D97BDE">
        <w:trPr>
          <w:jc w:val="center"/>
        </w:trPr>
        <w:tc>
          <w:tcPr>
            <w:tcW w:w="2381" w:type="dxa"/>
            <w:vAlign w:val="center"/>
          </w:tcPr>
          <w:p w14:paraId="629BEB41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1. </w:t>
            </w:r>
            <w:proofErr w:type="spellStart"/>
            <w:r w:rsidRPr="009F236B">
              <w:rPr>
                <w:sz w:val="24"/>
                <w:lang w:val="ru-RU"/>
              </w:rPr>
              <w:t>Здатність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примати</w:t>
            </w:r>
            <w:proofErr w:type="spellEnd"/>
            <w:r w:rsidRPr="009F236B">
              <w:rPr>
                <w:sz w:val="24"/>
                <w:lang w:val="ru-RU"/>
              </w:rPr>
              <w:t xml:space="preserve"> участь...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 xml:space="preserve">. 21) 2. </w:t>
            </w:r>
            <w:proofErr w:type="spellStart"/>
            <w:r w:rsidRPr="009F236B">
              <w:rPr>
                <w:sz w:val="24"/>
                <w:lang w:val="ru-RU"/>
              </w:rPr>
              <w:t>Координнувати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дій</w:t>
            </w:r>
            <w:proofErr w:type="spellEnd"/>
            <w:r w:rsidRPr="009F236B">
              <w:rPr>
                <w:sz w:val="24"/>
                <w:lang w:val="ru-RU"/>
              </w:rPr>
              <w:t xml:space="preserve"> з...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22)</w:t>
            </w:r>
          </w:p>
        </w:tc>
        <w:tc>
          <w:tcPr>
            <w:tcW w:w="3628" w:type="dxa"/>
            <w:vAlign w:val="center"/>
          </w:tcPr>
          <w:p w14:paraId="129D06C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1. </w:t>
            </w:r>
            <w:proofErr w:type="spellStart"/>
            <w:r w:rsidRPr="009F236B">
              <w:rPr>
                <w:sz w:val="24"/>
                <w:lang w:val="ru-RU"/>
              </w:rPr>
              <w:t>Здатність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брати</w:t>
            </w:r>
            <w:proofErr w:type="spellEnd"/>
            <w:r w:rsidRPr="009F236B">
              <w:rPr>
                <w:sz w:val="24"/>
                <w:lang w:val="ru-RU"/>
              </w:rPr>
              <w:t xml:space="preserve"> участь... 2. </w:t>
            </w:r>
            <w:proofErr w:type="spellStart"/>
            <w:r w:rsidRPr="009F236B">
              <w:rPr>
                <w:sz w:val="24"/>
                <w:lang w:val="ru-RU"/>
              </w:rPr>
              <w:t>Координувати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з...</w:t>
            </w:r>
          </w:p>
        </w:tc>
        <w:tc>
          <w:tcPr>
            <w:tcW w:w="2721" w:type="dxa"/>
            <w:vAlign w:val="center"/>
          </w:tcPr>
          <w:p w14:paraId="2D1A359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6187DE1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460F81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Мовні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помилки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виправлено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використано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брати</w:t>
            </w:r>
            <w:proofErr w:type="spellEnd"/>
            <w:r w:rsidRPr="009F236B">
              <w:rPr>
                <w:sz w:val="24"/>
                <w:lang w:val="ru-RU"/>
              </w:rPr>
              <w:t xml:space="preserve"> участь», «</w:t>
            </w:r>
            <w:proofErr w:type="spellStart"/>
            <w:r w:rsidRPr="009F236B">
              <w:rPr>
                <w:sz w:val="24"/>
                <w:lang w:val="ru-RU"/>
              </w:rPr>
              <w:t>координувати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» та </w:t>
            </w:r>
            <w:proofErr w:type="spellStart"/>
            <w:r w:rsidRPr="009F236B">
              <w:rPr>
                <w:sz w:val="24"/>
                <w:lang w:val="ru-RU"/>
              </w:rPr>
              <w:t>інші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конкретні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дієслова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придатні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2DA97F5" w14:textId="77777777" w:rsidTr="00D97BDE">
        <w:trPr>
          <w:jc w:val="center"/>
        </w:trPr>
        <w:tc>
          <w:tcPr>
            <w:tcW w:w="2381" w:type="dxa"/>
            <w:vAlign w:val="center"/>
          </w:tcPr>
          <w:p w14:paraId="7B9647F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10. </w:t>
            </w:r>
            <w:proofErr w:type="spellStart"/>
            <w:r w:rsidRPr="009F236B">
              <w:rPr>
                <w:sz w:val="24"/>
                <w:lang w:val="ru-RU"/>
              </w:rPr>
              <w:t>Турос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Олена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Ігорівна</w:t>
            </w:r>
            <w:proofErr w:type="spellEnd"/>
            <w:r w:rsidRPr="009F236B">
              <w:rPr>
                <w:sz w:val="24"/>
                <w:lang w:val="ru-RU"/>
              </w:rPr>
              <w:t xml:space="preserve"> 15. Жуков </w:t>
            </w: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Євгенович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</w:rPr>
              <w:t>ps</w:t>
            </w:r>
            <w:proofErr w:type="spellEnd"/>
            <w:r w:rsidRPr="009F236B">
              <w:rPr>
                <w:sz w:val="24"/>
                <w:lang w:val="ru-RU"/>
              </w:rPr>
              <w:t>-</w:t>
            </w:r>
            <w:proofErr w:type="spellStart"/>
            <w:r w:rsidRPr="009F236B">
              <w:rPr>
                <w:sz w:val="24"/>
              </w:rPr>
              <w:t>inzhene</w:t>
            </w:r>
            <w:proofErr w:type="spellEnd"/>
            <w:r w:rsidRPr="009F236B">
              <w:rPr>
                <w:sz w:val="24"/>
                <w:lang w:val="ru-RU"/>
              </w:rPr>
              <w:t xml:space="preserve">... </w:t>
            </w:r>
            <w:r w:rsidRPr="009F236B">
              <w:rPr>
                <w:sz w:val="24"/>
              </w:rPr>
              <w:t>p</w:t>
            </w:r>
            <w:r w:rsidRPr="009F236B">
              <w:rPr>
                <w:sz w:val="24"/>
                <w:lang w:val="ru-RU"/>
              </w:rPr>
              <w:t>. 32)</w:t>
            </w:r>
          </w:p>
        </w:tc>
        <w:tc>
          <w:tcPr>
            <w:tcW w:w="3628" w:type="dxa"/>
            <w:vAlign w:val="center"/>
          </w:tcPr>
          <w:p w14:paraId="4F54FB3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10. </w:t>
            </w:r>
            <w:proofErr w:type="spellStart"/>
            <w:r w:rsidRPr="009F236B">
              <w:rPr>
                <w:sz w:val="24"/>
                <w:lang w:val="ru-RU"/>
              </w:rPr>
              <w:t>Турос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Олена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Ігорівна</w:t>
            </w:r>
            <w:proofErr w:type="spellEnd"/>
            <w:r w:rsidRPr="009F236B">
              <w:rPr>
                <w:sz w:val="24"/>
                <w:lang w:val="ru-RU"/>
              </w:rPr>
              <w:t xml:space="preserve"> 15. Жуков </w:t>
            </w: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Євгенович</w:t>
            </w:r>
            <w:proofErr w:type="spellEnd"/>
          </w:p>
        </w:tc>
        <w:tc>
          <w:tcPr>
            <w:tcW w:w="2721" w:type="dxa"/>
            <w:vAlign w:val="center"/>
          </w:tcPr>
          <w:p w14:paraId="0A37723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Ратушнюк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Наталія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Михайлівна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Завідувачка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клініко-діагностичної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лабораторії</w:t>
            </w:r>
            <w:proofErr w:type="spellEnd"/>
            <w:r w:rsidRPr="009F236B">
              <w:rPr>
                <w:sz w:val="24"/>
                <w:lang w:val="ru-RU"/>
              </w:rPr>
              <w:t xml:space="preserve"> КНП "Свято-</w:t>
            </w:r>
            <w:proofErr w:type="spellStart"/>
            <w:r w:rsidRPr="009F236B">
              <w:rPr>
                <w:sz w:val="24"/>
                <w:lang w:val="ru-RU"/>
              </w:rPr>
              <w:t>Михайлівська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</w:t>
            </w:r>
            <w:proofErr w:type="spellEnd"/>
            <w:r w:rsidRPr="009F236B">
              <w:rPr>
                <w:sz w:val="24"/>
                <w:lang w:val="ru-RU"/>
              </w:rPr>
              <w:t xml:space="preserve"> м. </w:t>
            </w:r>
            <w:proofErr w:type="spellStart"/>
            <w:r w:rsidRPr="009F236B">
              <w:rPr>
                <w:sz w:val="24"/>
                <w:lang w:val="ru-RU"/>
              </w:rPr>
              <w:t>Києва</w:t>
            </w:r>
            <w:proofErr w:type="spellEnd"/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0C26332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08614D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Редакційне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оформлення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учасників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виправлено</w:t>
            </w:r>
            <w:proofErr w:type="spellEnd"/>
            <w:r w:rsidRPr="009F236B">
              <w:rPr>
                <w:sz w:val="24"/>
                <w:lang w:val="ru-RU"/>
              </w:rPr>
              <w:t xml:space="preserve">. ПІБ та </w:t>
            </w:r>
            <w:proofErr w:type="spellStart"/>
            <w:r w:rsidRPr="009F236B">
              <w:rPr>
                <w:sz w:val="24"/>
                <w:lang w:val="ru-RU"/>
              </w:rPr>
              <w:t>організаційна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належність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членів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ведуться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окремими</w:t>
            </w:r>
            <w:proofErr w:type="spellEnd"/>
            <w:r w:rsidRPr="009F236B">
              <w:rPr>
                <w:sz w:val="24"/>
                <w:lang w:val="ru-RU"/>
              </w:rPr>
              <w:t xml:space="preserve"> полями; </w:t>
            </w:r>
            <w:proofErr w:type="spellStart"/>
            <w:r w:rsidRPr="009F236B">
              <w:rPr>
                <w:sz w:val="24"/>
                <w:lang w:val="ru-RU"/>
              </w:rPr>
              <w:t>актуальний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склад </w:t>
            </w:r>
            <w:proofErr w:type="spellStart"/>
            <w:r w:rsidRPr="009F236B">
              <w:rPr>
                <w:sz w:val="24"/>
                <w:lang w:val="ru-RU"/>
              </w:rPr>
              <w:t>робочої</w:t>
            </w:r>
            <w:proofErr w:type="spellEnd"/>
            <w:r w:rsidRPr="009F236B">
              <w:rPr>
                <w:sz w:val="24"/>
                <w:lang w:val="ru-RU"/>
              </w:rPr>
              <w:t xml:space="preserve"> групи </w:t>
            </w:r>
            <w:proofErr w:type="spellStart"/>
            <w:r w:rsidRPr="009F236B">
              <w:rPr>
                <w:sz w:val="24"/>
                <w:lang w:val="ru-RU"/>
              </w:rPr>
              <w:t>визначається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розпорядчим</w:t>
            </w:r>
            <w:proofErr w:type="spellEnd"/>
            <w:r w:rsidRPr="009F236B">
              <w:rPr>
                <w:sz w:val="24"/>
                <w:lang w:val="ru-RU"/>
              </w:rPr>
              <w:t xml:space="preserve"> документом та </w:t>
            </w:r>
            <w:proofErr w:type="spellStart"/>
            <w:r w:rsidRPr="009F236B">
              <w:rPr>
                <w:sz w:val="24"/>
                <w:lang w:val="ru-RU"/>
              </w:rPr>
              <w:t>внутрішнім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реєстром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A1D54F5" w14:textId="77777777" w:rsidTr="00D97BDE">
        <w:trPr>
          <w:jc w:val="center"/>
        </w:trPr>
        <w:tc>
          <w:tcPr>
            <w:tcW w:w="2381" w:type="dxa"/>
            <w:vAlign w:val="center"/>
          </w:tcPr>
          <w:p w14:paraId="370464A7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3E961B8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архітектурно-будівельні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КВЕДи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базові</w:t>
            </w:r>
            <w:proofErr w:type="spellEnd"/>
            <w:r w:rsidRPr="009F236B">
              <w:rPr>
                <w:sz w:val="24"/>
                <w:lang w:val="ru-RU"/>
              </w:rPr>
              <w:t xml:space="preserve"> та привести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відповідність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фактичної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FABFBF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Голова </w:t>
            </w:r>
            <w:proofErr w:type="spellStart"/>
            <w:r w:rsidRPr="009F236B">
              <w:rPr>
                <w:sz w:val="24"/>
                <w:lang w:val="ru-RU"/>
              </w:rPr>
              <w:t>підкомісії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№7 МОН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та ВГО «</w:t>
            </w:r>
            <w:proofErr w:type="spellStart"/>
            <w:r w:rsidRPr="009F236B">
              <w:rPr>
                <w:sz w:val="24"/>
                <w:lang w:val="ru-RU"/>
              </w:rPr>
              <w:t>Всеукраїнська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технологів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Віталій</w:t>
            </w:r>
            <w:proofErr w:type="spellEnd"/>
            <w:r w:rsidRPr="009F236B">
              <w:rPr>
                <w:sz w:val="24"/>
                <w:lang w:val="ru-RU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23EE035B" w14:textId="22531FAA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D037E9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A47F8ED" w14:textId="77777777" w:rsidTr="00D97BDE">
        <w:trPr>
          <w:jc w:val="center"/>
        </w:trPr>
        <w:tc>
          <w:tcPr>
            <w:tcW w:w="2381" w:type="dxa"/>
            <w:vAlign w:val="center"/>
          </w:tcPr>
          <w:p w14:paraId="225101AA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18B9954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Вважати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закладів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неприйнятною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229F7E76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Голова </w:t>
            </w:r>
            <w:proofErr w:type="spellStart"/>
            <w:r w:rsidRPr="009F236B">
              <w:rPr>
                <w:sz w:val="24"/>
                <w:lang w:val="ru-RU"/>
              </w:rPr>
              <w:t>підкомісії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№7 МОН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та ВГО «</w:t>
            </w:r>
            <w:proofErr w:type="spellStart"/>
            <w:r w:rsidRPr="009F236B">
              <w:rPr>
                <w:sz w:val="24"/>
                <w:lang w:val="ru-RU"/>
              </w:rPr>
              <w:t>Всеукраїнська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технологів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Віталій</w:t>
            </w:r>
            <w:proofErr w:type="spellEnd"/>
            <w:r w:rsidRPr="009F236B">
              <w:rPr>
                <w:sz w:val="24"/>
                <w:lang w:val="ru-RU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5BC32FE9" w14:textId="15E512AB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A11DC9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915CD18" w14:textId="77777777" w:rsidTr="00D97BDE">
        <w:trPr>
          <w:jc w:val="center"/>
        </w:trPr>
        <w:tc>
          <w:tcPr>
            <w:tcW w:w="2381" w:type="dxa"/>
            <w:vAlign w:val="center"/>
          </w:tcPr>
          <w:p w14:paraId="462569C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виду (</w:t>
            </w:r>
            <w:proofErr w:type="spellStart"/>
            <w:r w:rsidRPr="009F236B">
              <w:rPr>
                <w:sz w:val="24"/>
                <w:lang w:val="ru-RU"/>
              </w:rPr>
              <w:t>видів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секції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розділу</w:t>
            </w:r>
            <w:proofErr w:type="spellEnd"/>
            <w:r w:rsidRPr="009F236B">
              <w:rPr>
                <w:sz w:val="24"/>
                <w:lang w:val="ru-RU"/>
              </w:rPr>
              <w:t xml:space="preserve">, групи, </w:t>
            </w:r>
            <w:proofErr w:type="spellStart"/>
            <w:r w:rsidRPr="009F236B">
              <w:rPr>
                <w:sz w:val="24"/>
                <w:lang w:val="ru-RU"/>
              </w:rPr>
              <w:t>класу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їх</w:t>
            </w:r>
            <w:proofErr w:type="spellEnd"/>
            <w:r w:rsidRPr="009F236B">
              <w:rPr>
                <w:sz w:val="24"/>
                <w:lang w:val="ru-RU"/>
              </w:rPr>
              <w:t xml:space="preserve"> код </w:t>
            </w:r>
            <w:proofErr w:type="spellStart"/>
            <w:r w:rsidRPr="009F236B">
              <w:rPr>
                <w:sz w:val="24"/>
                <w:lang w:val="ru-RU"/>
              </w:rPr>
              <w:t>згідно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Національним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класифікатором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ДК 009:2010 «</w:t>
            </w:r>
            <w:proofErr w:type="spellStart"/>
            <w:r w:rsidRPr="009F236B">
              <w:rPr>
                <w:sz w:val="24"/>
                <w:lang w:val="ru-RU"/>
              </w:rPr>
              <w:t>Класифікація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видів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r w:rsidRPr="009F236B">
              <w:rPr>
                <w:sz w:val="24"/>
              </w:rPr>
              <w:t>Q</w:t>
            </w:r>
            <w:r w:rsidRPr="009F236B">
              <w:rPr>
                <w:sz w:val="24"/>
                <w:lang w:val="ru-RU"/>
              </w:rPr>
              <w:t xml:space="preserve">, 86, 86.1, 86.10 </w:t>
            </w:r>
            <w:r w:rsidRPr="009F236B">
              <w:rPr>
                <w:sz w:val="24"/>
              </w:rPr>
              <w:t>M</w:t>
            </w:r>
            <w:r w:rsidRPr="009F236B">
              <w:rPr>
                <w:sz w:val="24"/>
                <w:lang w:val="ru-RU"/>
              </w:rPr>
              <w:t xml:space="preserve">,71, 71.1, 71,11 </w:t>
            </w:r>
            <w:r w:rsidRPr="009F236B">
              <w:rPr>
                <w:sz w:val="24"/>
              </w:rPr>
              <w:t>F</w:t>
            </w:r>
            <w:r w:rsidRPr="009F236B">
              <w:rPr>
                <w:sz w:val="24"/>
                <w:lang w:val="ru-RU"/>
              </w:rPr>
              <w:t>, 41, 41.1, 41.10</w:t>
            </w:r>
          </w:p>
        </w:tc>
        <w:tc>
          <w:tcPr>
            <w:tcW w:w="3628" w:type="dxa"/>
            <w:vAlign w:val="center"/>
          </w:tcPr>
          <w:p w14:paraId="24589ED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Види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Коди КВЕД 2010) та </w:t>
            </w:r>
            <w:proofErr w:type="spellStart"/>
            <w:r w:rsidRPr="009F236B">
              <w:rPr>
                <w:sz w:val="24"/>
                <w:lang w:val="ru-RU"/>
              </w:rPr>
              <w:t>кваліфікаційні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наведені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проекті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стандарту, </w:t>
            </w:r>
            <w:proofErr w:type="spellStart"/>
            <w:r w:rsidRPr="009F236B">
              <w:rPr>
                <w:sz w:val="24"/>
                <w:lang w:val="ru-RU"/>
              </w:rPr>
              <w:t>розробленому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Державним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некомерційним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підприємством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Державний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Київський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авіаційний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інститут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proofErr w:type="spellStart"/>
            <w:r w:rsidRPr="009F236B">
              <w:rPr>
                <w:sz w:val="24"/>
                <w:lang w:val="ru-RU"/>
              </w:rPr>
              <w:t>Навчально-науковим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інститутом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неперервної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освіти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відповідають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назві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proofErr w:type="spellStart"/>
            <w:r w:rsidRPr="009F236B">
              <w:rPr>
                <w:sz w:val="24"/>
                <w:lang w:val="ru-RU"/>
              </w:rPr>
              <w:t>оскільки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характеризують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інший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ніж</w:t>
            </w:r>
            <w:proofErr w:type="spellEnd"/>
            <w:r w:rsidRPr="009F236B">
              <w:rPr>
                <w:sz w:val="24"/>
                <w:lang w:val="ru-RU"/>
              </w:rPr>
              <w:t xml:space="preserve"> той,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міжнародними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класифікаціями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ISCO</w:t>
            </w:r>
            <w:r w:rsidRPr="009F236B">
              <w:rPr>
                <w:sz w:val="24"/>
                <w:lang w:val="ru-RU"/>
              </w:rPr>
              <w:t xml:space="preserve">, </w:t>
            </w:r>
            <w:r w:rsidRPr="009F236B">
              <w:rPr>
                <w:sz w:val="24"/>
              </w:rPr>
              <w:t>ESCO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рекомендаціями</w:t>
            </w:r>
            <w:proofErr w:type="spellEnd"/>
            <w:r w:rsidRPr="009F236B">
              <w:rPr>
                <w:sz w:val="24"/>
                <w:lang w:val="ru-RU"/>
              </w:rPr>
              <w:t xml:space="preserve"> ВООЗ та чинною системою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Україні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6D15405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Голова </w:t>
            </w:r>
            <w:proofErr w:type="spellStart"/>
            <w:r w:rsidRPr="009F236B">
              <w:rPr>
                <w:sz w:val="24"/>
                <w:lang w:val="ru-RU"/>
              </w:rPr>
              <w:t>підкомісії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№7 МОН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та ВГО «</w:t>
            </w:r>
            <w:proofErr w:type="spellStart"/>
            <w:r w:rsidRPr="009F236B">
              <w:rPr>
                <w:sz w:val="24"/>
                <w:lang w:val="ru-RU"/>
              </w:rPr>
              <w:t>Всеукраїнська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технологів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Віталій</w:t>
            </w:r>
            <w:proofErr w:type="spellEnd"/>
            <w:r w:rsidRPr="009F236B">
              <w:rPr>
                <w:sz w:val="24"/>
                <w:lang w:val="ru-RU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57914870" w14:textId="678F50D8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B94DE0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Після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спірне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усунено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переформульовано</w:t>
            </w:r>
            <w:proofErr w:type="spellEnd"/>
            <w:r w:rsidRPr="009F236B">
              <w:rPr>
                <w:sz w:val="24"/>
                <w:lang w:val="ru-RU"/>
              </w:rPr>
              <w:t xml:space="preserve">, тому предмет </w:t>
            </w:r>
            <w:proofErr w:type="spellStart"/>
            <w:r w:rsidRPr="009F236B">
              <w:rPr>
                <w:sz w:val="24"/>
                <w:lang w:val="ru-RU"/>
              </w:rPr>
              <w:t>розбіжності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втратив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актуальність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D7539B5" w14:textId="77777777" w:rsidTr="00D97BDE">
        <w:trPr>
          <w:jc w:val="center"/>
        </w:trPr>
        <w:tc>
          <w:tcPr>
            <w:tcW w:w="2381" w:type="dxa"/>
            <w:vAlign w:val="center"/>
          </w:tcPr>
          <w:p w14:paraId="7469C797" w14:textId="77777777" w:rsidR="00EE4B87" w:rsidRPr="009F236B" w:rsidRDefault="00EE4B87">
            <w:pPr>
              <w:rPr>
                <w:lang w:val="ru-RU"/>
              </w:rPr>
            </w:pPr>
          </w:p>
        </w:tc>
        <w:tc>
          <w:tcPr>
            <w:tcW w:w="3628" w:type="dxa"/>
            <w:vAlign w:val="center"/>
          </w:tcPr>
          <w:p w14:paraId="191ADCB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Рекомендуємо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розробникам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відкликати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заявку на </w:t>
            </w:r>
            <w:proofErr w:type="spellStart"/>
            <w:r w:rsidRPr="009F236B">
              <w:rPr>
                <w:sz w:val="24"/>
                <w:lang w:val="ru-RU"/>
              </w:rPr>
              <w:t>розробку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і </w:t>
            </w:r>
            <w:r w:rsidRPr="009F236B">
              <w:rPr>
                <w:sz w:val="24"/>
                <w:lang w:val="ru-RU"/>
              </w:rPr>
              <w:lastRenderedPageBreak/>
              <w:t xml:space="preserve">повторно подати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назвою</w:t>
            </w:r>
            <w:proofErr w:type="spellEnd"/>
            <w:r w:rsidRPr="009F236B">
              <w:rPr>
                <w:sz w:val="24"/>
                <w:lang w:val="ru-RU"/>
              </w:rPr>
              <w:t xml:space="preserve">, яка </w:t>
            </w:r>
            <w:proofErr w:type="spellStart"/>
            <w:r w:rsidRPr="009F236B">
              <w:rPr>
                <w:sz w:val="24"/>
                <w:lang w:val="ru-RU"/>
              </w:rPr>
              <w:t>належить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галузі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цивільного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 [2142.2] (КЛАСИФІКАТОР ПРОФЕСІЙ ДК 003:2010), </w:t>
            </w:r>
            <w:proofErr w:type="spellStart"/>
            <w:r w:rsidRPr="009F236B">
              <w:rPr>
                <w:sz w:val="24"/>
                <w:lang w:val="ru-RU"/>
              </w:rPr>
              <w:t>наприклад</w:t>
            </w:r>
            <w:proofErr w:type="spellEnd"/>
            <w:r w:rsidRPr="009F236B">
              <w:rPr>
                <w:sz w:val="24"/>
                <w:lang w:val="ru-RU"/>
              </w:rPr>
              <w:t xml:space="preserve"> 2142.2.хх «</w:t>
            </w:r>
            <w:proofErr w:type="spellStart"/>
            <w:r w:rsidRPr="009F236B">
              <w:rPr>
                <w:sz w:val="24"/>
                <w:lang w:val="ru-RU"/>
              </w:rPr>
              <w:t>Інженер-будівельник</w:t>
            </w:r>
            <w:proofErr w:type="spellEnd"/>
            <w:r w:rsidRPr="009F236B">
              <w:rPr>
                <w:sz w:val="24"/>
                <w:lang w:val="ru-RU"/>
              </w:rPr>
              <w:t xml:space="preserve"> (проєктування, </w:t>
            </w:r>
            <w:proofErr w:type="spellStart"/>
            <w:r w:rsidRPr="009F236B">
              <w:rPr>
                <w:sz w:val="24"/>
                <w:lang w:val="ru-RU"/>
              </w:rPr>
              <w:t>експлуатація</w:t>
            </w:r>
            <w:proofErr w:type="spellEnd"/>
            <w:r w:rsidRPr="009F236B">
              <w:rPr>
                <w:sz w:val="24"/>
                <w:lang w:val="ru-RU"/>
              </w:rPr>
              <w:t xml:space="preserve">)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споруд</w:t>
            </w:r>
            <w:proofErr w:type="spellEnd"/>
            <w:r w:rsidRPr="009F236B">
              <w:rPr>
                <w:sz w:val="24"/>
                <w:lang w:val="ru-RU"/>
              </w:rPr>
              <w:t>».</w:t>
            </w:r>
          </w:p>
        </w:tc>
        <w:tc>
          <w:tcPr>
            <w:tcW w:w="2721" w:type="dxa"/>
            <w:vAlign w:val="center"/>
          </w:tcPr>
          <w:p w14:paraId="369187C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Голова </w:t>
            </w:r>
            <w:proofErr w:type="spellStart"/>
            <w:r w:rsidRPr="009F236B">
              <w:rPr>
                <w:sz w:val="24"/>
                <w:lang w:val="ru-RU"/>
              </w:rPr>
              <w:t>підкомісії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№7 МОН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та ВГО «</w:t>
            </w:r>
            <w:proofErr w:type="spellStart"/>
            <w:r w:rsidRPr="009F236B">
              <w:rPr>
                <w:sz w:val="24"/>
                <w:lang w:val="ru-RU"/>
              </w:rPr>
              <w:t>Всеукраїнська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технологів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Віталій</w:t>
            </w:r>
            <w:proofErr w:type="spellEnd"/>
            <w:r w:rsidRPr="009F236B">
              <w:rPr>
                <w:sz w:val="24"/>
                <w:lang w:val="ru-RU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0812EBC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8ED2A1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Вимогу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відхилення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відкликання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заявки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передачу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суттєве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 та </w:t>
            </w:r>
            <w:proofErr w:type="spellStart"/>
            <w:r w:rsidRPr="009F236B">
              <w:rPr>
                <w:sz w:val="24"/>
                <w:lang w:val="ru-RU"/>
              </w:rPr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збереженням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співрозроблення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C41B824" w14:textId="77777777" w:rsidTr="00D97BDE">
        <w:trPr>
          <w:jc w:val="center"/>
        </w:trPr>
        <w:tc>
          <w:tcPr>
            <w:tcW w:w="2381" w:type="dxa"/>
            <w:vAlign w:val="center"/>
          </w:tcPr>
          <w:p w14:paraId="35339DCF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система</w:t>
            </w:r>
            <w:proofErr w:type="spellEnd"/>
            <w:r w:rsidRPr="009F236B">
              <w:rPr>
                <w:sz w:val="24"/>
              </w:rPr>
              <w:t xml:space="preserve"> G22</w:t>
            </w:r>
          </w:p>
        </w:tc>
        <w:tc>
          <w:tcPr>
            <w:tcW w:w="3628" w:type="dxa"/>
            <w:vAlign w:val="center"/>
          </w:tcPr>
          <w:p w14:paraId="1839EBDD" w14:textId="77777777" w:rsidR="00EE4B87" w:rsidRPr="009F236B" w:rsidRDefault="00811DB6">
            <w:r w:rsidRPr="009F236B">
              <w:rPr>
                <w:sz w:val="24"/>
              </w:rPr>
              <w:t xml:space="preserve">Визнати G22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освітньою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модернізувати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госпітальну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підготовку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011A32B7" w14:textId="77777777" w:rsidR="00EE4B87" w:rsidRPr="009F236B" w:rsidRDefault="00811DB6">
            <w:proofErr w:type="spellStart"/>
            <w:r w:rsidRPr="009F236B">
              <w:rPr>
                <w:sz w:val="24"/>
              </w:rPr>
              <w:t>Голова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підкомісії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комісії</w:t>
            </w:r>
            <w:proofErr w:type="spellEnd"/>
            <w:r w:rsidRPr="009F236B">
              <w:rPr>
                <w:sz w:val="24"/>
              </w:rPr>
              <w:t xml:space="preserve"> №7 МОН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ВГО «</w:t>
            </w:r>
            <w:proofErr w:type="spellStart"/>
            <w:r w:rsidRPr="009F236B">
              <w:rPr>
                <w:sz w:val="24"/>
              </w:rPr>
              <w:t>Всеукраїнська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асоціація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технологів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Віталій</w:t>
            </w:r>
            <w:proofErr w:type="spellEnd"/>
            <w:r w:rsidRPr="009F236B">
              <w:rPr>
                <w:sz w:val="24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6518372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D088E23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4449BEB" w14:textId="77777777" w:rsidTr="00D97BDE">
        <w:trPr>
          <w:jc w:val="center"/>
        </w:trPr>
        <w:tc>
          <w:tcPr>
            <w:tcW w:w="2381" w:type="dxa"/>
            <w:vAlign w:val="center"/>
          </w:tcPr>
          <w:p w14:paraId="00423EC9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система</w:t>
            </w:r>
            <w:proofErr w:type="spellEnd"/>
            <w:r w:rsidRPr="009F236B">
              <w:rPr>
                <w:sz w:val="24"/>
              </w:rPr>
              <w:t xml:space="preserve"> G22</w:t>
            </w:r>
          </w:p>
        </w:tc>
        <w:tc>
          <w:tcPr>
            <w:tcW w:w="3628" w:type="dxa"/>
            <w:vAlign w:val="center"/>
          </w:tcPr>
          <w:p w14:paraId="086F425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Закріпити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виключно</w:t>
            </w:r>
            <w:proofErr w:type="spellEnd"/>
            <w:r w:rsidRPr="009F236B">
              <w:rPr>
                <w:sz w:val="24"/>
                <w:lang w:val="ru-RU"/>
              </w:rPr>
              <w:t xml:space="preserve"> за чинною системою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>22.</w:t>
            </w:r>
          </w:p>
        </w:tc>
        <w:tc>
          <w:tcPr>
            <w:tcW w:w="2721" w:type="dxa"/>
            <w:vAlign w:val="center"/>
          </w:tcPr>
          <w:p w14:paraId="2F4FF818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Голова </w:t>
            </w:r>
            <w:proofErr w:type="spellStart"/>
            <w:r w:rsidRPr="009F236B">
              <w:rPr>
                <w:sz w:val="24"/>
                <w:lang w:val="ru-RU"/>
              </w:rPr>
              <w:t>підкомісії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 №7 МОН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та ВГО «</w:t>
            </w:r>
            <w:proofErr w:type="spellStart"/>
            <w:r w:rsidRPr="009F236B">
              <w:rPr>
                <w:sz w:val="24"/>
                <w:lang w:val="ru-RU"/>
              </w:rPr>
              <w:t>Всеукраїнська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технологів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Віталій</w:t>
            </w:r>
            <w:proofErr w:type="spellEnd"/>
            <w:r w:rsidRPr="009F236B">
              <w:rPr>
                <w:sz w:val="24"/>
                <w:lang w:val="ru-RU"/>
              </w:rPr>
              <w:t xml:space="preserve"> МАКСИМЕНКО</w:t>
            </w:r>
          </w:p>
        </w:tc>
        <w:tc>
          <w:tcPr>
            <w:tcW w:w="1757" w:type="dxa"/>
            <w:vAlign w:val="center"/>
          </w:tcPr>
          <w:p w14:paraId="29ED6A5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414FD42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EB4C414" w14:textId="77777777" w:rsidTr="00D97BDE">
        <w:trPr>
          <w:jc w:val="center"/>
        </w:trPr>
        <w:tc>
          <w:tcPr>
            <w:tcW w:w="2381" w:type="dxa"/>
            <w:vAlign w:val="center"/>
          </w:tcPr>
          <w:p w14:paraId="571E346A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Предмет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3CCDA4E1" w14:textId="77777777" w:rsidR="00EE4B87" w:rsidRPr="009F236B" w:rsidRDefault="00811DB6"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самостійного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будівельного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загальної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експлуатації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регульованих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робіт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383B3025" w14:textId="77777777" w:rsidR="00EE4B87" w:rsidRPr="009F236B" w:rsidRDefault="00811DB6">
            <w:proofErr w:type="spellStart"/>
            <w:r w:rsidRPr="009F236B">
              <w:rPr>
                <w:sz w:val="24"/>
              </w:rPr>
              <w:t>К.т.н</w:t>
            </w:r>
            <w:proofErr w:type="spellEnd"/>
            <w:r w:rsidRPr="009F236B">
              <w:rPr>
                <w:sz w:val="24"/>
              </w:rPr>
              <w:t xml:space="preserve">., </w:t>
            </w:r>
            <w:proofErr w:type="spellStart"/>
            <w:r w:rsidRPr="009F236B">
              <w:rPr>
                <w:sz w:val="24"/>
              </w:rPr>
              <w:t>доцент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хімічних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кераміки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скла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матеріалів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Українського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державного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університету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науки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член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підкомісії</w:t>
            </w:r>
            <w:proofErr w:type="spellEnd"/>
            <w:r w:rsidRPr="009F236B">
              <w:rPr>
                <w:sz w:val="24"/>
              </w:rPr>
              <w:t xml:space="preserve"> G22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комісії</w:t>
            </w:r>
            <w:proofErr w:type="spellEnd"/>
            <w:r w:rsidRPr="009F236B">
              <w:rPr>
                <w:sz w:val="24"/>
              </w:rPr>
              <w:t xml:space="preserve"> №7 МОН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член</w:t>
            </w:r>
            <w:proofErr w:type="spellEnd"/>
            <w:r w:rsidRPr="009F236B">
              <w:rPr>
                <w:sz w:val="24"/>
              </w:rPr>
              <w:t xml:space="preserve"> ВГО </w:t>
            </w:r>
            <w:proofErr w:type="spellStart"/>
            <w:r w:rsidRPr="009F236B">
              <w:rPr>
                <w:sz w:val="24"/>
              </w:rPr>
              <w:t>Асоціація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технологів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власного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імені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Олена</w:t>
            </w:r>
            <w:proofErr w:type="spellEnd"/>
            <w:r w:rsidRPr="009F236B">
              <w:rPr>
                <w:sz w:val="24"/>
              </w:rPr>
              <w:t xml:space="preserve"> ХОМЕНКО</w:t>
            </w:r>
          </w:p>
        </w:tc>
        <w:tc>
          <w:tcPr>
            <w:tcW w:w="1757" w:type="dxa"/>
            <w:vAlign w:val="center"/>
          </w:tcPr>
          <w:p w14:paraId="51B2BE3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137A4A9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портфель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</w:t>
            </w:r>
            <w:proofErr w:type="spellEnd"/>
            <w:r w:rsidRPr="009F236B">
              <w:rPr>
                <w:sz w:val="24"/>
              </w:rPr>
              <w:t xml:space="preserve"> закупівель/HTA,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практики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41BE0CD8" w14:textId="77777777" w:rsidTr="00D97BDE">
        <w:trPr>
          <w:jc w:val="center"/>
        </w:trPr>
        <w:tc>
          <w:tcPr>
            <w:tcW w:w="2381" w:type="dxa"/>
            <w:vAlign w:val="center"/>
          </w:tcPr>
          <w:p w14:paraId="57D3278E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Предмет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5AA148D4" w14:textId="77777777" w:rsidR="00EE4B87" w:rsidRPr="009F236B" w:rsidRDefault="00811DB6">
            <w:proofErr w:type="spellStart"/>
            <w:r w:rsidRPr="009F236B">
              <w:rPr>
                <w:sz w:val="24"/>
              </w:rPr>
              <w:t>Змінити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відмовитися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складової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7873C979" w14:textId="77777777" w:rsidR="00EE4B87" w:rsidRPr="009F236B" w:rsidRDefault="00811DB6">
            <w:proofErr w:type="spellStart"/>
            <w:r w:rsidRPr="009F236B">
              <w:rPr>
                <w:sz w:val="24"/>
              </w:rPr>
              <w:t>К.т.н</w:t>
            </w:r>
            <w:proofErr w:type="spellEnd"/>
            <w:r w:rsidRPr="009F236B">
              <w:rPr>
                <w:sz w:val="24"/>
              </w:rPr>
              <w:t xml:space="preserve">., </w:t>
            </w:r>
            <w:proofErr w:type="spellStart"/>
            <w:r w:rsidRPr="009F236B">
              <w:rPr>
                <w:sz w:val="24"/>
              </w:rPr>
              <w:t>доцент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хімічних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кераміки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скла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матеріалів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Українського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державного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університету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науки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член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підкомісії</w:t>
            </w:r>
            <w:proofErr w:type="spellEnd"/>
            <w:r w:rsidRPr="009F236B">
              <w:rPr>
                <w:sz w:val="24"/>
              </w:rPr>
              <w:t xml:space="preserve"> G22 «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інженерія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комісії</w:t>
            </w:r>
            <w:proofErr w:type="spellEnd"/>
            <w:r w:rsidRPr="009F236B">
              <w:rPr>
                <w:sz w:val="24"/>
              </w:rPr>
              <w:t xml:space="preserve"> №7 МОН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член</w:t>
            </w:r>
            <w:proofErr w:type="spellEnd"/>
            <w:r w:rsidRPr="009F236B">
              <w:rPr>
                <w:sz w:val="24"/>
              </w:rPr>
              <w:t xml:space="preserve"> ВГО </w:t>
            </w:r>
            <w:proofErr w:type="spellStart"/>
            <w:r w:rsidRPr="009F236B">
              <w:rPr>
                <w:sz w:val="24"/>
              </w:rPr>
              <w:t>Асоціація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технологів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власного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імені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Олена</w:t>
            </w:r>
            <w:proofErr w:type="spellEnd"/>
            <w:r w:rsidRPr="009F236B">
              <w:rPr>
                <w:sz w:val="24"/>
              </w:rPr>
              <w:t xml:space="preserve"> ХОМЕНКО</w:t>
            </w:r>
          </w:p>
        </w:tc>
        <w:tc>
          <w:tcPr>
            <w:tcW w:w="1757" w:type="dxa"/>
            <w:vAlign w:val="center"/>
          </w:tcPr>
          <w:p w14:paraId="0D052CB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A90D813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цифрової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підтримано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ці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частиною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безпечного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але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їх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відокремлені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суміжних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17E172C" w14:textId="77777777" w:rsidTr="00D97BDE">
        <w:trPr>
          <w:jc w:val="center"/>
        </w:trPr>
        <w:tc>
          <w:tcPr>
            <w:tcW w:w="2381" w:type="dxa"/>
            <w:vAlign w:val="center"/>
          </w:tcPr>
          <w:p w14:paraId="32FFA04C" w14:textId="77777777" w:rsidR="00EE4B87" w:rsidRPr="009F236B" w:rsidRDefault="00811DB6">
            <w:proofErr w:type="spellStart"/>
            <w:r w:rsidRPr="009F236B">
              <w:rPr>
                <w:sz w:val="24"/>
              </w:rPr>
              <w:t>Архітектура</w:t>
            </w:r>
            <w:proofErr w:type="spellEnd"/>
            <w:r w:rsidRPr="009F236B">
              <w:rPr>
                <w:sz w:val="24"/>
              </w:rPr>
              <w:t xml:space="preserve"> компетентностей</w:t>
            </w:r>
          </w:p>
        </w:tc>
        <w:tc>
          <w:tcPr>
            <w:tcW w:w="3628" w:type="dxa"/>
            <w:vAlign w:val="center"/>
          </w:tcPr>
          <w:p w14:paraId="13B557A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Усунути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поєднання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різнорідних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 та </w:t>
            </w:r>
            <w:proofErr w:type="spellStart"/>
            <w:r w:rsidRPr="009F236B">
              <w:rPr>
                <w:sz w:val="24"/>
                <w:lang w:val="ru-RU"/>
              </w:rPr>
              <w:t>звести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до «</w:t>
            </w:r>
            <w:proofErr w:type="spellStart"/>
            <w:r w:rsidRPr="009F236B">
              <w:rPr>
                <w:sz w:val="24"/>
                <w:lang w:val="ru-RU"/>
              </w:rPr>
              <w:t>раціонального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мінімуму</w:t>
            </w:r>
            <w:proofErr w:type="spellEnd"/>
            <w:r w:rsidRPr="009F236B">
              <w:rPr>
                <w:sz w:val="24"/>
                <w:lang w:val="ru-RU"/>
              </w:rPr>
              <w:t>».</w:t>
            </w:r>
          </w:p>
        </w:tc>
        <w:tc>
          <w:tcPr>
            <w:tcW w:w="2721" w:type="dxa"/>
            <w:vAlign w:val="center"/>
          </w:tcPr>
          <w:p w14:paraId="2EF1806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Декан факультету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НТУ «КПІ </w:t>
            </w:r>
            <w:proofErr w:type="spellStart"/>
            <w:r w:rsidRPr="009F236B">
              <w:rPr>
                <w:sz w:val="24"/>
                <w:lang w:val="ru-RU"/>
              </w:rPr>
              <w:t>імені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Ігоря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Сікорського</w:t>
            </w:r>
            <w:proofErr w:type="spellEnd"/>
            <w:r w:rsidRPr="009F236B">
              <w:rPr>
                <w:sz w:val="24"/>
                <w:lang w:val="ru-RU"/>
              </w:rPr>
              <w:t xml:space="preserve"> Олександр ГАЛКІН.</w:t>
            </w:r>
          </w:p>
        </w:tc>
        <w:tc>
          <w:tcPr>
            <w:tcW w:w="1757" w:type="dxa"/>
            <w:vAlign w:val="center"/>
          </w:tcPr>
          <w:p w14:paraId="01D7F99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58EC73B" w14:textId="77777777" w:rsidR="00EE4B87" w:rsidRPr="009F236B" w:rsidRDefault="00811DB6"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очищено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абстрактних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формулювань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конкретні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дії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комунікацію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автономію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3333ECF" w14:textId="77777777" w:rsidTr="00D97BDE">
        <w:trPr>
          <w:jc w:val="center"/>
        </w:trPr>
        <w:tc>
          <w:tcPr>
            <w:tcW w:w="2381" w:type="dxa"/>
            <w:vAlign w:val="center"/>
          </w:tcPr>
          <w:p w14:paraId="3D4BE3AD" w14:textId="77777777" w:rsidR="00EE4B87" w:rsidRPr="009F236B" w:rsidRDefault="00811DB6">
            <w:proofErr w:type="spellStart"/>
            <w:r w:rsidRPr="009F236B">
              <w:rPr>
                <w:sz w:val="24"/>
              </w:rPr>
              <w:t>Архітектура</w:t>
            </w:r>
            <w:proofErr w:type="spellEnd"/>
            <w:r w:rsidRPr="009F236B">
              <w:rPr>
                <w:sz w:val="24"/>
              </w:rPr>
              <w:t xml:space="preserve"> компетентностей</w:t>
            </w:r>
          </w:p>
        </w:tc>
        <w:tc>
          <w:tcPr>
            <w:tcW w:w="3628" w:type="dxa"/>
            <w:vAlign w:val="center"/>
          </w:tcPr>
          <w:p w14:paraId="236A44E2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міждисциплінарні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потрібні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клінічним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lastRenderedPageBreak/>
              <w:t>інженерним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цифровим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середовищем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3EE14E32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Декан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факультету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НТУ «КПІ </w:t>
            </w:r>
            <w:proofErr w:type="spellStart"/>
            <w:r w:rsidRPr="009F236B">
              <w:rPr>
                <w:sz w:val="24"/>
              </w:rPr>
              <w:t>імені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Олександр</w:t>
            </w:r>
            <w:proofErr w:type="spellEnd"/>
            <w:r w:rsidRPr="009F236B">
              <w:rPr>
                <w:sz w:val="24"/>
              </w:rPr>
              <w:t xml:space="preserve"> ГАЛКІН.</w:t>
            </w:r>
          </w:p>
        </w:tc>
        <w:tc>
          <w:tcPr>
            <w:tcW w:w="1757" w:type="dxa"/>
            <w:vAlign w:val="center"/>
          </w:tcPr>
          <w:p w14:paraId="6481A19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C200380" w14:textId="77777777" w:rsidR="00EE4B87" w:rsidRPr="009F236B" w:rsidRDefault="00811DB6">
            <w:proofErr w:type="spellStart"/>
            <w:r w:rsidRPr="009F236B">
              <w:rPr>
                <w:sz w:val="24"/>
              </w:rPr>
              <w:t>Редакційні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недоліки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ранньої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версії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підставою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професії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Вони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усунені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повторний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функціональний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аналіз</w:t>
            </w:r>
            <w:proofErr w:type="spellEnd"/>
            <w:r w:rsidRPr="009F236B">
              <w:rPr>
                <w:sz w:val="24"/>
              </w:rPr>
              <w:t xml:space="preserve"> і валідацію.</w:t>
            </w:r>
          </w:p>
        </w:tc>
      </w:tr>
      <w:tr w:rsidR="00EE4B87" w:rsidRPr="009F236B" w14:paraId="62D258D1" w14:textId="77777777" w:rsidTr="00D97BDE">
        <w:trPr>
          <w:jc w:val="center"/>
        </w:trPr>
        <w:tc>
          <w:tcPr>
            <w:tcW w:w="2381" w:type="dxa"/>
            <w:vAlign w:val="center"/>
          </w:tcPr>
          <w:p w14:paraId="6FFD67F5" w14:textId="77777777" w:rsidR="00EE4B87" w:rsidRPr="009F236B" w:rsidRDefault="00EE4B87"/>
        </w:tc>
        <w:tc>
          <w:tcPr>
            <w:tcW w:w="3628" w:type="dxa"/>
            <w:vAlign w:val="center"/>
          </w:tcPr>
          <w:p w14:paraId="678A1D42" w14:textId="77777777" w:rsidR="00EE4B87" w:rsidRPr="009F236B" w:rsidRDefault="00811DB6">
            <w:r w:rsidRPr="009F236B">
              <w:rPr>
                <w:sz w:val="24"/>
              </w:rPr>
              <w:t>1. ІНСТИТУЦІЙНИЙ ВАКУУМ ПОСАД (</w:t>
            </w:r>
            <w:proofErr w:type="spellStart"/>
            <w:r w:rsidRPr="009F236B">
              <w:rPr>
                <w:sz w:val="24"/>
              </w:rPr>
              <w:t>Колізія</w:t>
            </w:r>
            <w:proofErr w:type="spellEnd"/>
            <w:r w:rsidRPr="009F236B">
              <w:rPr>
                <w:sz w:val="24"/>
              </w:rPr>
              <w:t xml:space="preserve"> ДК 003:2010, ESCO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штатного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розкладу</w:t>
            </w:r>
            <w:proofErr w:type="spellEnd"/>
            <w:r w:rsidRPr="009F236B">
              <w:rPr>
                <w:sz w:val="24"/>
              </w:rPr>
              <w:t xml:space="preserve"> ЗОЗ) </w:t>
            </w:r>
            <w:proofErr w:type="spellStart"/>
            <w:r w:rsidRPr="009F236B">
              <w:rPr>
                <w:sz w:val="24"/>
              </w:rPr>
              <w:t>Відсутність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штатних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розкладах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сьогодні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штатних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розкладах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лікувальних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закладів</w:t>
            </w:r>
            <w:proofErr w:type="spellEnd"/>
            <w:r w:rsidRPr="009F236B">
              <w:rPr>
                <w:sz w:val="24"/>
              </w:rPr>
              <w:t xml:space="preserve"> України, </w:t>
            </w:r>
            <w:proofErr w:type="spellStart"/>
            <w:r w:rsidRPr="009F236B">
              <w:rPr>
                <w:sz w:val="24"/>
              </w:rPr>
              <w:t>включаючи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провідні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академічні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науково-практичні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установи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Національної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академії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наук</w:t>
            </w:r>
            <w:proofErr w:type="spellEnd"/>
            <w:r w:rsidRPr="009F236B">
              <w:rPr>
                <w:sz w:val="24"/>
              </w:rPr>
              <w:t xml:space="preserve"> (НАМН) </w:t>
            </w:r>
            <w:proofErr w:type="spellStart"/>
            <w:r w:rsidRPr="009F236B">
              <w:rPr>
                <w:sz w:val="24"/>
              </w:rPr>
              <w:t>України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посада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повністю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відсутня</w:t>
            </w:r>
            <w:proofErr w:type="spellEnd"/>
            <w:r w:rsidRPr="009F236B">
              <w:rPr>
                <w:sz w:val="24"/>
              </w:rPr>
              <w:t xml:space="preserve">. • </w:t>
            </w:r>
            <w:proofErr w:type="spellStart"/>
            <w:r w:rsidRPr="009F236B">
              <w:rPr>
                <w:sz w:val="24"/>
              </w:rPr>
              <w:t>Міжнародний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термінологічний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розрив</w:t>
            </w:r>
            <w:proofErr w:type="spellEnd"/>
            <w:r w:rsidRPr="009F236B">
              <w:rPr>
                <w:sz w:val="24"/>
              </w:rPr>
              <w:t xml:space="preserve">: У </w:t>
            </w:r>
            <w:proofErr w:type="spellStart"/>
            <w:r w:rsidRPr="009F236B">
              <w:rPr>
                <w:sz w:val="24"/>
              </w:rPr>
              <w:t>європейському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класифікаторі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компетенцій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кваліфікацій</w:t>
            </w:r>
            <w:proofErr w:type="spellEnd"/>
            <w:r w:rsidRPr="009F236B">
              <w:rPr>
                <w:sz w:val="24"/>
              </w:rPr>
              <w:t xml:space="preserve"> ESCO </w:t>
            </w:r>
            <w:proofErr w:type="spellStart"/>
            <w:r w:rsidRPr="009F236B">
              <w:rPr>
                <w:sz w:val="24"/>
              </w:rPr>
              <w:lastRenderedPageBreak/>
              <w:t>взагалі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відсутній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самостійний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код</w:t>
            </w:r>
            <w:proofErr w:type="spellEnd"/>
            <w:r w:rsidRPr="009F236B">
              <w:rPr>
                <w:sz w:val="24"/>
              </w:rPr>
              <w:t xml:space="preserve"> «Clinical Engineer». </w:t>
            </w:r>
            <w:proofErr w:type="spellStart"/>
            <w:r w:rsidRPr="009F236B">
              <w:rPr>
                <w:sz w:val="24"/>
              </w:rPr>
              <w:t>Натомість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офіційний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промисловий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код</w:t>
            </w:r>
            <w:proofErr w:type="spellEnd"/>
            <w:r w:rsidRPr="009F236B">
              <w:rPr>
                <w:sz w:val="24"/>
              </w:rPr>
              <w:t xml:space="preserve"> ESCO 2152.1.5 «Engineer medical equipment», </w:t>
            </w:r>
            <w:proofErr w:type="spellStart"/>
            <w:r w:rsidRPr="009F236B">
              <w:rPr>
                <w:sz w:val="24"/>
              </w:rPr>
              <w:t>який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описує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трек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заводу-виробника</w:t>
            </w:r>
            <w:proofErr w:type="spellEnd"/>
            <w:r w:rsidRPr="009F236B">
              <w:rPr>
                <w:sz w:val="24"/>
              </w:rPr>
              <w:t xml:space="preserve"> (</w:t>
            </w:r>
            <w:proofErr w:type="spellStart"/>
            <w:r w:rsidRPr="009F236B">
              <w:rPr>
                <w:sz w:val="24"/>
              </w:rPr>
              <w:t>що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володіє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стандартами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якості</w:t>
            </w:r>
            <w:proofErr w:type="spellEnd"/>
            <w:r w:rsidRPr="009F236B">
              <w:rPr>
                <w:sz w:val="24"/>
              </w:rPr>
              <w:t xml:space="preserve"> 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14971). </w:t>
            </w:r>
            <w:proofErr w:type="spellStart"/>
            <w:r w:rsidRPr="009F236B">
              <w:rPr>
                <w:sz w:val="24"/>
              </w:rPr>
              <w:t>Автори</w:t>
            </w:r>
            <w:proofErr w:type="spellEnd"/>
            <w:r w:rsidRPr="009F236B">
              <w:rPr>
                <w:sz w:val="24"/>
              </w:rPr>
              <w:t xml:space="preserve"> проєкту </w:t>
            </w:r>
            <w:proofErr w:type="spellStart"/>
            <w:r w:rsidRPr="009F236B">
              <w:rPr>
                <w:sz w:val="24"/>
              </w:rPr>
              <w:t>штучно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скопіювали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закордонні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промислових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розробників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наклали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їх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• </w:t>
            </w:r>
            <w:proofErr w:type="spellStart"/>
            <w:r w:rsidRPr="009F236B">
              <w:rPr>
                <w:sz w:val="24"/>
              </w:rPr>
              <w:t>Національна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класифікаційна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колізія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Згідно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Національним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класифікатором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</w:t>
            </w:r>
            <w:proofErr w:type="spellEnd"/>
            <w:r w:rsidRPr="009F236B">
              <w:rPr>
                <w:sz w:val="24"/>
              </w:rPr>
              <w:t xml:space="preserve"> ДК 003:2010, </w:t>
            </w:r>
            <w:proofErr w:type="spellStart"/>
            <w:r w:rsidRPr="009F236B">
              <w:rPr>
                <w:sz w:val="24"/>
              </w:rPr>
              <w:t>випускники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конвергентних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отримують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кваліфікацію</w:t>
            </w:r>
            <w:proofErr w:type="spellEnd"/>
            <w:r w:rsidRPr="009F236B">
              <w:rPr>
                <w:sz w:val="24"/>
              </w:rPr>
              <w:t xml:space="preserve"> 2149.2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біомедичний</w:t>
            </w:r>
            <w:proofErr w:type="spellEnd"/>
            <w:r w:rsidRPr="009F236B">
              <w:rPr>
                <w:sz w:val="24"/>
              </w:rPr>
              <w:t xml:space="preserve">» </w:t>
            </w:r>
            <w:r w:rsidRPr="009F236B">
              <w:rPr>
                <w:sz w:val="24"/>
              </w:rPr>
              <w:lastRenderedPageBreak/>
              <w:t>(</w:t>
            </w:r>
            <w:proofErr w:type="spellStart"/>
            <w:r w:rsidRPr="009F236B">
              <w:rPr>
                <w:sz w:val="24"/>
              </w:rPr>
              <w:t>розділ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Професіонали</w:t>
            </w:r>
            <w:proofErr w:type="spellEnd"/>
            <w:r w:rsidRPr="009F236B">
              <w:rPr>
                <w:sz w:val="24"/>
              </w:rPr>
              <w:t xml:space="preserve">»). </w:t>
            </w:r>
            <w:proofErr w:type="spellStart"/>
            <w:r w:rsidRPr="009F236B">
              <w:rPr>
                <w:sz w:val="24"/>
              </w:rPr>
              <w:t>Спроба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розробників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задекларувати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госпітальні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відсутності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легітимної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системи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повністю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описується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українським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фольклорним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прислів'ям</w:t>
            </w:r>
            <w:proofErr w:type="spellEnd"/>
            <w:r w:rsidRPr="009F236B">
              <w:rPr>
                <w:sz w:val="24"/>
              </w:rPr>
              <w:t xml:space="preserve">: «Я </w:t>
            </w:r>
            <w:proofErr w:type="spellStart"/>
            <w:r w:rsidRPr="009F236B">
              <w:rPr>
                <w:sz w:val="24"/>
              </w:rPr>
              <w:t>йому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образи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він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мені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про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гарбузи</w:t>
            </w:r>
            <w:proofErr w:type="spellEnd"/>
            <w:r w:rsidRPr="009F236B">
              <w:rPr>
                <w:sz w:val="24"/>
              </w:rPr>
              <w:t>».</w:t>
            </w:r>
          </w:p>
        </w:tc>
        <w:tc>
          <w:tcPr>
            <w:tcW w:w="2721" w:type="dxa"/>
            <w:vAlign w:val="center"/>
          </w:tcPr>
          <w:p w14:paraId="3891658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3CF11C93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8E20B2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Питання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відображення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у ДК 003:2010 </w:t>
            </w:r>
            <w:proofErr w:type="spellStart"/>
            <w:r w:rsidRPr="009F236B">
              <w:rPr>
                <w:sz w:val="24"/>
                <w:lang w:val="ru-RU"/>
              </w:rPr>
              <w:t>винесено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окремий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процедурний</w:t>
            </w:r>
            <w:proofErr w:type="spellEnd"/>
            <w:r w:rsidRPr="009F236B">
              <w:rPr>
                <w:sz w:val="24"/>
                <w:lang w:val="ru-RU"/>
              </w:rPr>
              <w:t xml:space="preserve"> блок: </w:t>
            </w:r>
            <w:proofErr w:type="spellStart"/>
            <w:r w:rsidRPr="009F236B">
              <w:rPr>
                <w:sz w:val="24"/>
                <w:lang w:val="ru-RU"/>
              </w:rPr>
              <w:t>фінальний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пакет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містити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письмову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позицію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Мінекономіки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не </w:t>
            </w:r>
            <w:proofErr w:type="spellStart"/>
            <w:r w:rsidRPr="009F236B">
              <w:rPr>
                <w:sz w:val="24"/>
                <w:lang w:val="ru-RU"/>
              </w:rPr>
              <w:t>підміняє</w:t>
            </w:r>
            <w:proofErr w:type="spellEnd"/>
            <w:r w:rsidRPr="009F236B">
              <w:rPr>
                <w:sz w:val="24"/>
                <w:lang w:val="ru-RU"/>
              </w:rPr>
              <w:t xml:space="preserve"> процедуру </w:t>
            </w:r>
            <w:proofErr w:type="spellStart"/>
            <w:r w:rsidRPr="009F236B">
              <w:rPr>
                <w:sz w:val="24"/>
                <w:lang w:val="ru-RU"/>
              </w:rPr>
              <w:t>внесення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класифікатора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DDA7BB9" w14:textId="77777777" w:rsidTr="00D97BDE">
        <w:trPr>
          <w:jc w:val="center"/>
        </w:trPr>
        <w:tc>
          <w:tcPr>
            <w:tcW w:w="2381" w:type="dxa"/>
            <w:vAlign w:val="center"/>
          </w:tcPr>
          <w:p w14:paraId="3AA6239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Освітній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вхід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практика</w:t>
            </w:r>
          </w:p>
        </w:tc>
        <w:tc>
          <w:tcPr>
            <w:tcW w:w="3628" w:type="dxa"/>
            <w:vAlign w:val="center"/>
          </w:tcPr>
          <w:p w14:paraId="12B1282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Встановити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конверсію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обов’язкову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практику у ЗОЗ та </w:t>
            </w:r>
            <w:proofErr w:type="spellStart"/>
            <w:r w:rsidRPr="009F236B">
              <w:rPr>
                <w:sz w:val="24"/>
                <w:lang w:val="ru-RU"/>
              </w:rPr>
              <w:t>незалежне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15D81FC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6B506E0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799AEFB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38DC812" w14:textId="77777777" w:rsidTr="00D97BDE">
        <w:trPr>
          <w:jc w:val="center"/>
        </w:trPr>
        <w:tc>
          <w:tcPr>
            <w:tcW w:w="2381" w:type="dxa"/>
            <w:vAlign w:val="center"/>
          </w:tcPr>
          <w:p w14:paraId="31C925F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Освітній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вхід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практика</w:t>
            </w:r>
          </w:p>
        </w:tc>
        <w:tc>
          <w:tcPr>
            <w:tcW w:w="3628" w:type="dxa"/>
            <w:vAlign w:val="center"/>
          </w:tcPr>
          <w:p w14:paraId="0CC1A88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виключне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доступу до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випускникам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силлабус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для стандарту.</w:t>
            </w:r>
          </w:p>
        </w:tc>
        <w:tc>
          <w:tcPr>
            <w:tcW w:w="2721" w:type="dxa"/>
            <w:vAlign w:val="center"/>
          </w:tcPr>
          <w:p w14:paraId="7C6B274B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35CF69C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11A9332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42F5209" w14:textId="77777777" w:rsidTr="00D97BDE">
        <w:trPr>
          <w:jc w:val="center"/>
        </w:trPr>
        <w:tc>
          <w:tcPr>
            <w:tcW w:w="2381" w:type="dxa"/>
            <w:vAlign w:val="center"/>
          </w:tcPr>
          <w:p w14:paraId="11412B64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Клініко-діагностичні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лабораторії</w:t>
            </w:r>
            <w:proofErr w:type="spellEnd"/>
          </w:p>
        </w:tc>
        <w:tc>
          <w:tcPr>
            <w:tcW w:w="3628" w:type="dxa"/>
            <w:vAlign w:val="center"/>
          </w:tcPr>
          <w:p w14:paraId="0C2A4E6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аудит і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верифікацію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метрологічні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E0FA72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498C712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BDE249C" w14:textId="77777777" w:rsidR="00EE4B87" w:rsidRPr="009F236B" w:rsidRDefault="00811DB6"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аудит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метрологічні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лабораторно-клінічні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повноваження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розмежовано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стандарт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забороняє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верифікувати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методики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інтерпретувати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підміняти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акредитовані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метрологічні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960D430" w14:textId="77777777" w:rsidTr="00D97BDE">
        <w:trPr>
          <w:jc w:val="center"/>
        </w:trPr>
        <w:tc>
          <w:tcPr>
            <w:tcW w:w="2381" w:type="dxa"/>
            <w:vAlign w:val="center"/>
          </w:tcPr>
          <w:p w14:paraId="266AE32F" w14:textId="77777777" w:rsidR="00EE4B87" w:rsidRPr="009F236B" w:rsidRDefault="00811DB6">
            <w:proofErr w:type="spellStart"/>
            <w:r w:rsidRPr="009F236B">
              <w:rPr>
                <w:sz w:val="24"/>
              </w:rPr>
              <w:t>Клініко-діагностичні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лабораторії</w:t>
            </w:r>
            <w:proofErr w:type="spellEnd"/>
          </w:p>
        </w:tc>
        <w:tc>
          <w:tcPr>
            <w:tcW w:w="3628" w:type="dxa"/>
            <w:vAlign w:val="center"/>
          </w:tcPr>
          <w:p w14:paraId="6D9A599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роль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електроживленням</w:t>
            </w:r>
            <w:proofErr w:type="spellEnd"/>
            <w:r w:rsidRPr="009F236B">
              <w:rPr>
                <w:sz w:val="24"/>
                <w:lang w:val="ru-RU"/>
              </w:rPr>
              <w:t xml:space="preserve">, газами, вакуумом і </w:t>
            </w:r>
            <w:proofErr w:type="spellStart"/>
            <w:r w:rsidRPr="009F236B">
              <w:rPr>
                <w:sz w:val="24"/>
                <w:lang w:val="ru-RU"/>
              </w:rPr>
              <w:t>мікрокліматом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56BD5B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24F1A71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5A300C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</w:rPr>
              <w:t>Роль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 xml:space="preserve"> в </w:t>
            </w:r>
            <w:proofErr w:type="spellStart"/>
            <w:r w:rsidRPr="009F236B">
              <w:rPr>
                <w:sz w:val="24"/>
              </w:rPr>
              <w:t>лабораторії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обмежується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лише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комунікаціями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вона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охоплює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обладнання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з LIS. </w:t>
            </w:r>
            <w:proofErr w:type="spellStart"/>
            <w:r w:rsidRPr="009F236B">
              <w:rPr>
                <w:sz w:val="24"/>
                <w:lang w:val="ru-RU"/>
              </w:rPr>
              <w:t>Водночас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верифікація</w:t>
            </w:r>
            <w:proofErr w:type="spellEnd"/>
            <w:r w:rsidRPr="009F236B">
              <w:rPr>
                <w:sz w:val="24"/>
                <w:lang w:val="ru-RU"/>
              </w:rPr>
              <w:t xml:space="preserve"> методик і </w:t>
            </w:r>
            <w:proofErr w:type="spellStart"/>
            <w:r w:rsidRPr="009F236B">
              <w:rPr>
                <w:sz w:val="24"/>
                <w:lang w:val="ru-RU"/>
              </w:rPr>
              <w:t>результатів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залишається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лабораторним</w:t>
            </w:r>
            <w:proofErr w:type="spellEnd"/>
            <w:r w:rsidRPr="009F236B">
              <w:rPr>
                <w:sz w:val="24"/>
                <w:lang w:val="ru-RU"/>
              </w:rPr>
              <w:t xml:space="preserve"> персоналом.</w:t>
            </w:r>
          </w:p>
        </w:tc>
      </w:tr>
      <w:tr w:rsidR="00EE4B87" w:rsidRPr="009F236B" w14:paraId="08473A6D" w14:textId="77777777" w:rsidTr="00D97BDE">
        <w:trPr>
          <w:jc w:val="center"/>
        </w:trPr>
        <w:tc>
          <w:tcPr>
            <w:tcW w:w="2381" w:type="dxa"/>
            <w:vAlign w:val="center"/>
          </w:tcPr>
          <w:p w14:paraId="52B91ABD" w14:textId="77777777" w:rsidR="00EE4B87" w:rsidRPr="009F236B" w:rsidRDefault="00811DB6"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виробів</w:t>
            </w:r>
            <w:proofErr w:type="spellEnd"/>
          </w:p>
        </w:tc>
        <w:tc>
          <w:tcPr>
            <w:tcW w:w="3628" w:type="dxa"/>
            <w:vAlign w:val="center"/>
          </w:tcPr>
          <w:p w14:paraId="2243B4A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авторизованого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заборонити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несанкціоновані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модифікації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A773FE5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6BDAEF0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910101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первинну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електробезпеку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акредитації</w:t>
            </w:r>
            <w:proofErr w:type="spellEnd"/>
            <w:r w:rsidRPr="009F236B">
              <w:rPr>
                <w:sz w:val="24"/>
                <w:lang w:val="ru-RU"/>
              </w:rPr>
              <w:t xml:space="preserve">, простежуваності та </w:t>
            </w:r>
            <w:proofErr w:type="spellStart"/>
            <w:r w:rsidRPr="009F236B">
              <w:rPr>
                <w:sz w:val="24"/>
                <w:lang w:val="ru-RU"/>
              </w:rPr>
              <w:t>післясервісного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931B728" w14:textId="77777777" w:rsidTr="00D97BDE">
        <w:trPr>
          <w:jc w:val="center"/>
        </w:trPr>
        <w:tc>
          <w:tcPr>
            <w:tcW w:w="2381" w:type="dxa"/>
            <w:vAlign w:val="center"/>
          </w:tcPr>
          <w:p w14:paraId="2F990DD0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Сервіс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виробів</w:t>
            </w:r>
            <w:proofErr w:type="spellEnd"/>
          </w:p>
        </w:tc>
        <w:tc>
          <w:tcPr>
            <w:tcW w:w="3628" w:type="dxa"/>
            <w:vAlign w:val="center"/>
          </w:tcPr>
          <w:p w14:paraId="1DB3B078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Виключити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первинної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діагностики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дозволеного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обслуговування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координації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сервісу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11859F26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</w:t>
            </w:r>
            <w:r w:rsidRPr="009F236B">
              <w:rPr>
                <w:sz w:val="24"/>
                <w:lang w:val="ru-RU"/>
              </w:rPr>
              <w:lastRenderedPageBreak/>
              <w:t xml:space="preserve">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4E37271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4E325E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Виключати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дозволеної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первинної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перевірок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координації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правового режиму і не </w:t>
            </w:r>
            <w:proofErr w:type="spellStart"/>
            <w:r w:rsidRPr="009F236B">
              <w:rPr>
                <w:sz w:val="24"/>
                <w:lang w:val="ru-RU"/>
              </w:rPr>
              <w:t>підміняють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авторизований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акредитовану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метрологічну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BF17CF0" w14:textId="77777777" w:rsidTr="00D97BDE">
        <w:trPr>
          <w:jc w:val="center"/>
        </w:trPr>
        <w:tc>
          <w:tcPr>
            <w:tcW w:w="2381" w:type="dxa"/>
            <w:vAlign w:val="center"/>
          </w:tcPr>
          <w:p w14:paraId="534C41C3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Метрологія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калібрування</w:t>
            </w:r>
            <w:proofErr w:type="spellEnd"/>
          </w:p>
        </w:tc>
        <w:tc>
          <w:tcPr>
            <w:tcW w:w="3628" w:type="dxa"/>
            <w:vAlign w:val="center"/>
          </w:tcPr>
          <w:p w14:paraId="2F83B39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верифікацію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тестування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електробезпеки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A8CF128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>-президент ВГО "ВАКХЛМ ВСЕУКРАЇНСЬКА АСОЦІАЦІЯ КЛІНІЧНОЇ ХІМІЇ ТА ЛАБОРАТОРН</w:t>
            </w:r>
            <w:r w:rsidRPr="009F236B">
              <w:rPr>
                <w:sz w:val="24"/>
                <w:lang w:val="ru-RU"/>
              </w:rPr>
              <w:lastRenderedPageBreak/>
              <w:t xml:space="preserve">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3C0C74C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4E9E48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первинну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електробезпеку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акредитації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r w:rsidRPr="009F236B">
              <w:rPr>
                <w:sz w:val="24"/>
                <w:lang w:val="ru-RU"/>
              </w:rPr>
              <w:lastRenderedPageBreak/>
              <w:t xml:space="preserve">простежуваності та </w:t>
            </w:r>
            <w:proofErr w:type="spellStart"/>
            <w:r w:rsidRPr="009F236B">
              <w:rPr>
                <w:sz w:val="24"/>
                <w:lang w:val="ru-RU"/>
              </w:rPr>
              <w:t>післясервісного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1269787" w14:textId="77777777" w:rsidTr="00D97BDE">
        <w:trPr>
          <w:jc w:val="center"/>
        </w:trPr>
        <w:tc>
          <w:tcPr>
            <w:tcW w:w="2381" w:type="dxa"/>
            <w:vAlign w:val="center"/>
          </w:tcPr>
          <w:p w14:paraId="5A52F839" w14:textId="77777777" w:rsidR="00EE4B87" w:rsidRPr="009F236B" w:rsidRDefault="00811DB6">
            <w:proofErr w:type="spellStart"/>
            <w:r w:rsidRPr="009F236B">
              <w:rPr>
                <w:sz w:val="24"/>
              </w:rPr>
              <w:t>Метрологія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калібрування</w:t>
            </w:r>
            <w:proofErr w:type="spellEnd"/>
          </w:p>
        </w:tc>
        <w:tc>
          <w:tcPr>
            <w:tcW w:w="3628" w:type="dxa"/>
            <w:vAlign w:val="center"/>
          </w:tcPr>
          <w:p w14:paraId="3C09984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будь-яку </w:t>
            </w:r>
            <w:proofErr w:type="spellStart"/>
            <w:r w:rsidRPr="009F236B">
              <w:rPr>
                <w:sz w:val="24"/>
                <w:lang w:val="ru-RU"/>
              </w:rPr>
              <w:t>технічну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 штатного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спостереженням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72368A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0473BE5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759F55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Виключати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дозволеної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первинної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перевірок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координації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правового режиму і не </w:t>
            </w:r>
            <w:proofErr w:type="spellStart"/>
            <w:r w:rsidRPr="009F236B">
              <w:rPr>
                <w:sz w:val="24"/>
                <w:lang w:val="ru-RU"/>
              </w:rPr>
              <w:t>підміняють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авторизований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акредитовану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метрологічну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5B2D78E" w14:textId="77777777" w:rsidTr="00D97BDE">
        <w:trPr>
          <w:jc w:val="center"/>
        </w:trPr>
        <w:tc>
          <w:tcPr>
            <w:tcW w:w="2381" w:type="dxa"/>
            <w:vAlign w:val="center"/>
          </w:tcPr>
          <w:p w14:paraId="408FC5F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Безпека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пацієнта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профільні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</w:p>
        </w:tc>
        <w:tc>
          <w:tcPr>
            <w:tcW w:w="3628" w:type="dxa"/>
            <w:vAlign w:val="center"/>
          </w:tcPr>
          <w:p w14:paraId="66ABAB1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Додати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IEC</w:t>
            </w:r>
            <w:r w:rsidRPr="009F236B">
              <w:rPr>
                <w:sz w:val="24"/>
                <w:lang w:val="ru-RU"/>
              </w:rPr>
              <w:t xml:space="preserve"> 62353,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14644,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27799 та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IEEE</w:t>
            </w:r>
            <w:r w:rsidRPr="009F236B">
              <w:rPr>
                <w:sz w:val="24"/>
                <w:lang w:val="ru-RU"/>
              </w:rPr>
              <w:t xml:space="preserve"> 11073 у межах </w:t>
            </w:r>
            <w:proofErr w:type="spellStart"/>
            <w:r w:rsidRPr="009F236B">
              <w:rPr>
                <w:sz w:val="24"/>
                <w:lang w:val="ru-RU"/>
              </w:rPr>
              <w:t>відповідних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2CE91E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29C025E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B7A1635" w14:textId="77777777" w:rsidR="00EE4B87" w:rsidRPr="009F236B" w:rsidRDefault="00811DB6">
            <w:proofErr w:type="spellStart"/>
            <w:r w:rsidRPr="009F236B">
              <w:rPr>
                <w:sz w:val="24"/>
              </w:rPr>
              <w:t>Цифрову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обмежено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пристроями</w:t>
            </w:r>
            <w:proofErr w:type="spellEnd"/>
            <w:r w:rsidRPr="009F236B">
              <w:rPr>
                <w:sz w:val="24"/>
              </w:rPr>
              <w:t xml:space="preserve">: DICOM/HL7/FHIR/ISO/IEEE 11073, валідація </w:t>
            </w:r>
            <w:proofErr w:type="spellStart"/>
            <w:r w:rsidRPr="009F236B">
              <w:rPr>
                <w:sz w:val="24"/>
              </w:rPr>
              <w:t>інтерфейсів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 IoMT </w:t>
            </w:r>
            <w:proofErr w:type="spellStart"/>
            <w:r w:rsidRPr="009F236B">
              <w:rPr>
                <w:sz w:val="24"/>
              </w:rPr>
              <w:t>виконуються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взаємодії</w:t>
            </w:r>
            <w:proofErr w:type="spellEnd"/>
            <w:r w:rsidRPr="009F236B">
              <w:rPr>
                <w:sz w:val="24"/>
              </w:rPr>
              <w:t xml:space="preserve"> з ІТ і </w:t>
            </w:r>
            <w:proofErr w:type="spellStart"/>
            <w:r w:rsidRPr="009F236B">
              <w:rPr>
                <w:sz w:val="24"/>
              </w:rPr>
              <w:t>кібербезпекою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1C90967" w14:textId="77777777" w:rsidTr="00D97BDE">
        <w:trPr>
          <w:jc w:val="center"/>
        </w:trPr>
        <w:tc>
          <w:tcPr>
            <w:tcW w:w="2381" w:type="dxa"/>
            <w:vAlign w:val="center"/>
          </w:tcPr>
          <w:p w14:paraId="5904366E" w14:textId="77777777" w:rsidR="00EE4B87" w:rsidRPr="009F236B" w:rsidRDefault="00811DB6">
            <w:proofErr w:type="spellStart"/>
            <w:r w:rsidRPr="009F236B">
              <w:rPr>
                <w:sz w:val="24"/>
              </w:rPr>
              <w:t>Належна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</w:p>
        </w:tc>
        <w:tc>
          <w:tcPr>
            <w:tcW w:w="3628" w:type="dxa"/>
            <w:vAlign w:val="center"/>
          </w:tcPr>
          <w:p w14:paraId="11A8FD9E" w14:textId="77777777" w:rsidR="00EE4B87" w:rsidRPr="009F236B" w:rsidRDefault="00811DB6">
            <w:proofErr w:type="spellStart"/>
            <w:r w:rsidRPr="009F236B">
              <w:rPr>
                <w:sz w:val="24"/>
              </w:rPr>
              <w:t>Замінити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конкретні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нормативні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посилання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універсальним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поняттям</w:t>
            </w:r>
            <w:proofErr w:type="spellEnd"/>
            <w:r w:rsidRPr="009F236B">
              <w:rPr>
                <w:sz w:val="24"/>
              </w:rPr>
              <w:t xml:space="preserve"> GEP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поширити</w:t>
            </w:r>
            <w:proofErr w:type="spellEnd"/>
            <w:r w:rsidRPr="009F236B">
              <w:rPr>
                <w:sz w:val="24"/>
              </w:rPr>
              <w:t xml:space="preserve"> GAMP 5, ISO/IEC 27001, ISO 31000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1B166035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4475818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AF6312A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заміну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регламентів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профільних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поняттям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GAMP</w:t>
            </w:r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Такі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підходи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можуть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застосовуватися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лише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релевантному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предметному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контексті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BAD00A8" w14:textId="77777777" w:rsidTr="00D97BDE">
        <w:trPr>
          <w:jc w:val="center"/>
        </w:trPr>
        <w:tc>
          <w:tcPr>
            <w:tcW w:w="2381" w:type="dxa"/>
            <w:vAlign w:val="center"/>
          </w:tcPr>
          <w:p w14:paraId="187A72B0" w14:textId="77777777" w:rsidR="00EE4B87" w:rsidRPr="009F236B" w:rsidRDefault="00EE4B87"/>
        </w:tc>
        <w:tc>
          <w:tcPr>
            <w:tcW w:w="3628" w:type="dxa"/>
            <w:vAlign w:val="center"/>
          </w:tcPr>
          <w:p w14:paraId="2C8E7B3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t>7. ІНСТИТУЦІЙНЕ ЗАСТЕРЕЖЕННЯ ВАКХЛМ (</w:t>
            </w:r>
            <w:proofErr w:type="spellStart"/>
            <w:r w:rsidRPr="009F236B">
              <w:rPr>
                <w:sz w:val="24"/>
              </w:rPr>
              <w:t>Конфлікт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інтересів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ISO/IEC 17024) </w:t>
            </w:r>
            <w:proofErr w:type="spellStart"/>
            <w:r w:rsidRPr="009F236B">
              <w:rPr>
                <w:sz w:val="24"/>
              </w:rPr>
              <w:t>Спроба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авторів</w:t>
            </w:r>
            <w:proofErr w:type="spellEnd"/>
            <w:r w:rsidRPr="009F236B">
              <w:rPr>
                <w:sz w:val="24"/>
              </w:rPr>
              <w:t xml:space="preserve"> проєкту </w:t>
            </w:r>
            <w:proofErr w:type="spellStart"/>
            <w:r w:rsidRPr="009F236B">
              <w:rPr>
                <w:sz w:val="24"/>
              </w:rPr>
              <w:t>безальтернативно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закріпити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обов'язкову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переатестацію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кожні</w:t>
            </w:r>
            <w:proofErr w:type="spellEnd"/>
            <w:r w:rsidRPr="009F236B">
              <w:rPr>
                <w:sz w:val="24"/>
              </w:rPr>
              <w:t xml:space="preserve"> 3 </w:t>
            </w:r>
            <w:proofErr w:type="spellStart"/>
            <w:r w:rsidRPr="009F236B">
              <w:rPr>
                <w:sz w:val="24"/>
              </w:rPr>
              <w:t>роки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внутрішніх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кваліфікаційних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центрах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розробника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очевидним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конфліктом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інтересів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певних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кіл</w:t>
            </w:r>
            <w:proofErr w:type="spellEnd"/>
            <w:r w:rsidRPr="009F236B">
              <w:rPr>
                <w:sz w:val="24"/>
              </w:rPr>
              <w:t xml:space="preserve"> МОН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ФРУ. </w:t>
            </w:r>
            <w:proofErr w:type="spellStart"/>
            <w:r w:rsidRPr="009F236B">
              <w:rPr>
                <w:sz w:val="24"/>
              </w:rPr>
              <w:t>Дана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схема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суперечить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міжнародному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 xml:space="preserve"> ДСТУ EN ISO/IEC 17024:2014, </w:t>
            </w:r>
            <w:proofErr w:type="spellStart"/>
            <w:r w:rsidRPr="009F236B">
              <w:rPr>
                <w:sz w:val="24"/>
              </w:rPr>
              <w:t>який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вимагає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незалежності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процесів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процесів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екзаменування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Оскільки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терезах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стоїть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людини</w:t>
            </w:r>
            <w:proofErr w:type="spellEnd"/>
            <w:r w:rsidRPr="009F236B">
              <w:rPr>
                <w:sz w:val="24"/>
                <w:lang w:val="ru-RU"/>
              </w:rPr>
              <w:t xml:space="preserve">, у </w:t>
            </w:r>
            <w:proofErr w:type="spellStart"/>
            <w:r w:rsidRPr="009F236B">
              <w:rPr>
                <w:sz w:val="24"/>
                <w:lang w:val="ru-RU"/>
              </w:rPr>
              <w:t>медицині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визначатися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виключно</w:t>
            </w:r>
            <w:proofErr w:type="spellEnd"/>
            <w:r w:rsidRPr="009F236B">
              <w:rPr>
                <w:sz w:val="24"/>
                <w:lang w:val="ru-RU"/>
              </w:rPr>
              <w:t xml:space="preserve"> суверенна </w:t>
            </w:r>
            <w:proofErr w:type="spellStart"/>
            <w:r w:rsidRPr="009F236B">
              <w:rPr>
                <w:sz w:val="24"/>
                <w:lang w:val="ru-RU"/>
              </w:rPr>
              <w:t>технологічна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компетентність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працівника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охорони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здоров'я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контролюється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державою (МОЗ) та НААУ через </w:t>
            </w:r>
            <w:proofErr w:type="spellStart"/>
            <w:r w:rsidRPr="009F236B">
              <w:rPr>
                <w:sz w:val="24"/>
                <w:lang w:val="ru-RU"/>
              </w:rPr>
              <w:t>незалежні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Органи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сертифікації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персоналу (ООВ), а не </w:t>
            </w:r>
            <w:proofErr w:type="spellStart"/>
            <w:r w:rsidRPr="009F236B">
              <w:rPr>
                <w:sz w:val="24"/>
                <w:lang w:val="ru-RU"/>
              </w:rPr>
              <w:t>комерційна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кваліфікація</w:t>
            </w:r>
            <w:proofErr w:type="spellEnd"/>
            <w:r w:rsidRPr="009F236B">
              <w:rPr>
                <w:sz w:val="24"/>
                <w:lang w:val="ru-RU"/>
              </w:rPr>
              <w:t xml:space="preserve">» з точки </w:t>
            </w:r>
            <w:proofErr w:type="spellStart"/>
            <w:r w:rsidRPr="009F236B">
              <w:rPr>
                <w:sz w:val="24"/>
                <w:lang w:val="ru-RU"/>
              </w:rPr>
              <w:t>зору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роботодавця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11AD7E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2DDAC09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C1A654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не </w:t>
            </w:r>
            <w:proofErr w:type="spellStart"/>
            <w:r w:rsidRPr="009F236B">
              <w:rPr>
                <w:sz w:val="24"/>
                <w:lang w:val="ru-RU"/>
              </w:rPr>
              <w:t>встановлює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комерційну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монополію</w:t>
            </w:r>
            <w:proofErr w:type="spellEnd"/>
            <w:r w:rsidRPr="009F236B">
              <w:rPr>
                <w:sz w:val="24"/>
                <w:lang w:val="ru-RU"/>
              </w:rPr>
              <w:t xml:space="preserve"> конкретного </w:t>
            </w:r>
            <w:proofErr w:type="spellStart"/>
            <w:r w:rsidRPr="009F236B">
              <w:rPr>
                <w:sz w:val="24"/>
                <w:lang w:val="ru-RU"/>
              </w:rPr>
              <w:t>кваліфікаційного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центру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фіксовану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переатестацію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кожні</w:t>
            </w:r>
            <w:proofErr w:type="spellEnd"/>
            <w:r w:rsidRPr="009F236B">
              <w:rPr>
                <w:sz w:val="24"/>
                <w:lang w:val="ru-RU"/>
              </w:rPr>
              <w:t xml:space="preserve"> три роки.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здійснювати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уповноважений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суб’єкт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неупередженості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керуванням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конфліктами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інтересів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законодавства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схеми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BE52701" w14:textId="77777777" w:rsidTr="00D97BDE">
        <w:trPr>
          <w:jc w:val="center"/>
        </w:trPr>
        <w:tc>
          <w:tcPr>
            <w:tcW w:w="2381" w:type="dxa"/>
            <w:vAlign w:val="center"/>
          </w:tcPr>
          <w:p w14:paraId="16FF0407" w14:textId="77777777" w:rsidR="00EE4B87" w:rsidRPr="009F236B" w:rsidRDefault="00811DB6">
            <w:proofErr w:type="spellStart"/>
            <w:r w:rsidRPr="009F236B">
              <w:rPr>
                <w:sz w:val="24"/>
              </w:rPr>
              <w:t>Резолютивна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частина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подання</w:t>
            </w:r>
            <w:proofErr w:type="spellEnd"/>
            <w:r w:rsidRPr="009F236B">
              <w:rPr>
                <w:sz w:val="24"/>
              </w:rPr>
              <w:t xml:space="preserve"> ВАКХЛМ</w:t>
            </w:r>
          </w:p>
        </w:tc>
        <w:tc>
          <w:tcPr>
            <w:tcW w:w="3628" w:type="dxa"/>
            <w:vAlign w:val="center"/>
          </w:tcPr>
          <w:p w14:paraId="504A2F9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Урахувати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конструктивні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меж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лабораторної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сфери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цифрової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електричної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910DD1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26FFAE4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9CCABB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Конструктивні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лабораторних</w:t>
            </w:r>
            <w:proofErr w:type="spellEnd"/>
            <w:r w:rsidRPr="009F236B">
              <w:rPr>
                <w:sz w:val="24"/>
                <w:lang w:val="ru-RU"/>
              </w:rPr>
              <w:t xml:space="preserve"> меж, </w:t>
            </w:r>
            <w:proofErr w:type="spellStart"/>
            <w:r w:rsidRPr="009F236B">
              <w:rPr>
                <w:sz w:val="24"/>
                <w:lang w:val="ru-RU"/>
              </w:rPr>
              <w:t>цифрової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електричної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функціональної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моделі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AC387AE" w14:textId="77777777" w:rsidTr="00D97BDE">
        <w:trPr>
          <w:jc w:val="center"/>
        </w:trPr>
        <w:tc>
          <w:tcPr>
            <w:tcW w:w="2381" w:type="dxa"/>
            <w:vAlign w:val="center"/>
          </w:tcPr>
          <w:p w14:paraId="21165E28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Резолютивна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частина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подання</w:t>
            </w:r>
            <w:proofErr w:type="spellEnd"/>
            <w:r w:rsidRPr="009F236B">
              <w:rPr>
                <w:sz w:val="24"/>
              </w:rPr>
              <w:t xml:space="preserve"> ВАКХЛМ</w:t>
            </w:r>
          </w:p>
        </w:tc>
        <w:tc>
          <w:tcPr>
            <w:tcW w:w="3628" w:type="dxa"/>
            <w:vAlign w:val="center"/>
          </w:tcPr>
          <w:p w14:paraId="7226E3B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Відхилити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проєкт, </w:t>
            </w:r>
            <w:proofErr w:type="spellStart"/>
            <w:r w:rsidRPr="009F236B">
              <w:rPr>
                <w:sz w:val="24"/>
                <w:lang w:val="ru-RU"/>
              </w:rPr>
              <w:t>передати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УФПМО/</w:t>
            </w:r>
            <w:proofErr w:type="spellStart"/>
            <w:r w:rsidRPr="009F236B">
              <w:rPr>
                <w:sz w:val="24"/>
                <w:lang w:val="ru-RU"/>
              </w:rPr>
              <w:t>новій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створюваній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палаті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8FA023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Проценко В.М., </w:t>
            </w:r>
            <w:proofErr w:type="spellStart"/>
            <w:r w:rsidRPr="009F236B">
              <w:rPr>
                <w:sz w:val="24"/>
                <w:lang w:val="ru-RU"/>
              </w:rPr>
              <w:t>к.мед.н</w:t>
            </w:r>
            <w:proofErr w:type="spellEnd"/>
            <w:r w:rsidRPr="009F236B">
              <w:rPr>
                <w:sz w:val="24"/>
                <w:lang w:val="ru-RU"/>
              </w:rPr>
              <w:t xml:space="preserve">., доц. </w:t>
            </w:r>
            <w:proofErr w:type="spellStart"/>
            <w:r w:rsidRPr="009F236B">
              <w:rPr>
                <w:sz w:val="24"/>
                <w:lang w:val="ru-RU"/>
              </w:rPr>
              <w:t>Віце</w:t>
            </w:r>
            <w:proofErr w:type="spellEnd"/>
            <w:r w:rsidRPr="009F236B">
              <w:rPr>
                <w:sz w:val="24"/>
                <w:lang w:val="ru-RU"/>
              </w:rPr>
              <w:t xml:space="preserve">-президент ВГО "ВАКХЛМ ВСЕУКРАЇНСЬКА АСОЦІАЦІЯ КЛІНІЧНОЇ ХІМІЇ ТА ЛАБОРАТОРНОЇ МЕДИЦИНИ " Заступник </w:t>
            </w:r>
            <w:proofErr w:type="spellStart"/>
            <w:r w:rsidRPr="009F236B">
              <w:rPr>
                <w:sz w:val="24"/>
                <w:lang w:val="ru-RU"/>
              </w:rPr>
              <w:t>Голови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166 "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лабораторні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дослідження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in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vitro</w:t>
            </w:r>
            <w:r w:rsidRPr="009F236B">
              <w:rPr>
                <w:sz w:val="24"/>
                <w:lang w:val="ru-RU"/>
              </w:rPr>
              <w:t>"</w:t>
            </w:r>
          </w:p>
        </w:tc>
        <w:tc>
          <w:tcPr>
            <w:tcW w:w="1757" w:type="dxa"/>
            <w:vAlign w:val="center"/>
          </w:tcPr>
          <w:p w14:paraId="0A34278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DDDA30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Вимогу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відхилення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відкликання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заявки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передачу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суттєве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 та </w:t>
            </w:r>
            <w:proofErr w:type="spellStart"/>
            <w:r w:rsidRPr="009F236B">
              <w:rPr>
                <w:sz w:val="24"/>
                <w:lang w:val="ru-RU"/>
              </w:rPr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збереженням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співрозроблення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0CFD236" w14:textId="77777777" w:rsidTr="00D97BDE">
        <w:trPr>
          <w:jc w:val="center"/>
        </w:trPr>
        <w:tc>
          <w:tcPr>
            <w:tcW w:w="2381" w:type="dxa"/>
            <w:vAlign w:val="center"/>
          </w:tcPr>
          <w:p w14:paraId="0A38CCAC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4010874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надлишкові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архітектурні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будівельні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КВЕДи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5226963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2431D674" w14:textId="018DCC4B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6FCF1A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28929AE" w14:textId="77777777" w:rsidTr="00D97BDE">
        <w:trPr>
          <w:jc w:val="center"/>
        </w:trPr>
        <w:tc>
          <w:tcPr>
            <w:tcW w:w="2381" w:type="dxa"/>
            <w:vAlign w:val="center"/>
          </w:tcPr>
          <w:p w14:paraId="4FC03815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1C346EFF" w14:textId="77777777" w:rsidR="00EE4B87" w:rsidRPr="009F236B" w:rsidRDefault="00811DB6">
            <w:r w:rsidRPr="009F236B">
              <w:rPr>
                <w:sz w:val="24"/>
              </w:rPr>
              <w:t xml:space="preserve">Визнати </w:t>
            </w:r>
            <w:proofErr w:type="spellStart"/>
            <w:r w:rsidRPr="009F236B">
              <w:rPr>
                <w:sz w:val="24"/>
              </w:rPr>
              <w:t>інжинірингові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консультаційні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сфери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несумісними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клінічною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інженерією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змінити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2292FFA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7C66B3C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B0B109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Зв’язок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різними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роботодавцями</w:t>
            </w:r>
            <w:proofErr w:type="spellEnd"/>
            <w:r w:rsidRPr="009F236B">
              <w:rPr>
                <w:sz w:val="24"/>
                <w:lang w:val="ru-RU"/>
              </w:rPr>
              <w:t xml:space="preserve"> не є </w:t>
            </w:r>
            <w:proofErr w:type="spellStart"/>
            <w:r w:rsidRPr="009F236B">
              <w:rPr>
                <w:sz w:val="24"/>
                <w:lang w:val="ru-RU"/>
              </w:rPr>
              <w:t>підставою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зміни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передбачену</w:t>
            </w:r>
            <w:proofErr w:type="spellEnd"/>
            <w:r w:rsidRPr="009F236B">
              <w:rPr>
                <w:sz w:val="24"/>
                <w:lang w:val="ru-RU"/>
              </w:rPr>
              <w:t xml:space="preserve"> Порядком модель </w:t>
            </w:r>
            <w:proofErr w:type="spellStart"/>
            <w:r w:rsidRPr="009F236B">
              <w:rPr>
                <w:sz w:val="24"/>
                <w:lang w:val="ru-RU"/>
              </w:rPr>
              <w:t>наскрізної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і не </w:t>
            </w:r>
            <w:proofErr w:type="spellStart"/>
            <w:r w:rsidRPr="009F236B">
              <w:rPr>
                <w:sz w:val="24"/>
                <w:lang w:val="ru-RU"/>
              </w:rPr>
              <w:t>наділяє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працівника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повноваженнями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КВЕД.</w:t>
            </w:r>
          </w:p>
        </w:tc>
      </w:tr>
      <w:tr w:rsidR="00EE4B87" w:rsidRPr="009F236B" w14:paraId="5F86BF4B" w14:textId="77777777" w:rsidTr="00D97BDE">
        <w:trPr>
          <w:jc w:val="center"/>
        </w:trPr>
        <w:tc>
          <w:tcPr>
            <w:tcW w:w="2381" w:type="dxa"/>
            <w:vAlign w:val="center"/>
          </w:tcPr>
          <w:p w14:paraId="2310DF77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5959973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Привести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типових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 до </w:t>
            </w:r>
            <w:proofErr w:type="spellStart"/>
            <w:r w:rsidRPr="009F236B">
              <w:rPr>
                <w:sz w:val="24"/>
                <w:lang w:val="ru-RU"/>
              </w:rPr>
              <w:t>Класифікатора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відокремити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кар’єрні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керівні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D0C1C8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34AE922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8299D5D" w14:textId="77777777" w:rsidR="00EE4B87" w:rsidRPr="009F236B" w:rsidRDefault="00811DB6">
            <w:proofErr w:type="spellStart"/>
            <w:r w:rsidRPr="009F236B">
              <w:rPr>
                <w:sz w:val="24"/>
              </w:rPr>
              <w:t>Перелік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відокремлено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>.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» є </w:t>
            </w:r>
            <w:proofErr w:type="spellStart"/>
            <w:r w:rsidRPr="009F236B">
              <w:rPr>
                <w:sz w:val="24"/>
              </w:rPr>
              <w:t>назвою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категорії</w:t>
            </w:r>
            <w:proofErr w:type="spellEnd"/>
            <w:r w:rsidRPr="009F236B">
              <w:rPr>
                <w:sz w:val="24"/>
              </w:rPr>
              <w:t>, «</w:t>
            </w:r>
            <w:proofErr w:type="spellStart"/>
            <w:r w:rsidRPr="009F236B">
              <w:rPr>
                <w:sz w:val="24"/>
              </w:rPr>
              <w:t>провідний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>» і «</w:t>
            </w:r>
            <w:proofErr w:type="spellStart"/>
            <w:r w:rsidRPr="009F236B">
              <w:rPr>
                <w:sz w:val="24"/>
              </w:rPr>
              <w:t>керівник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служби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розглядаються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можливі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посадові</w:t>
            </w:r>
            <w:proofErr w:type="spellEnd"/>
            <w:r w:rsidRPr="009F236B">
              <w:rPr>
                <w:sz w:val="24"/>
              </w:rPr>
              <w:t>/</w:t>
            </w:r>
            <w:proofErr w:type="spellStart"/>
            <w:r w:rsidRPr="009F236B">
              <w:rPr>
                <w:sz w:val="24"/>
              </w:rPr>
              <w:t>кар’єрні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належного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відображення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класифікаційних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локальних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документах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утворюють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автоматично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окремих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кваліфікацій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0C86A51" w14:textId="77777777" w:rsidTr="00D97BDE">
        <w:trPr>
          <w:jc w:val="center"/>
        </w:trPr>
        <w:tc>
          <w:tcPr>
            <w:tcW w:w="2381" w:type="dxa"/>
            <w:vAlign w:val="center"/>
          </w:tcPr>
          <w:p w14:paraId="4F65772A" w14:textId="77777777" w:rsidR="00EE4B87" w:rsidRPr="009F236B" w:rsidRDefault="00811DB6">
            <w:proofErr w:type="spellStart"/>
            <w:r w:rsidRPr="009F236B">
              <w:rPr>
                <w:sz w:val="24"/>
              </w:rPr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029954B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непридатною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відсутність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кожної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посади </w:t>
            </w:r>
            <w:proofErr w:type="spellStart"/>
            <w:r w:rsidRPr="009F236B">
              <w:rPr>
                <w:sz w:val="24"/>
                <w:lang w:val="ru-RU"/>
              </w:rPr>
              <w:t>окремому</w:t>
            </w:r>
            <w:proofErr w:type="spellEnd"/>
            <w:r w:rsidRPr="009F236B">
              <w:rPr>
                <w:sz w:val="24"/>
                <w:lang w:val="ru-RU"/>
              </w:rPr>
              <w:t xml:space="preserve"> КВЕД.</w:t>
            </w:r>
          </w:p>
        </w:tc>
        <w:tc>
          <w:tcPr>
            <w:tcW w:w="2721" w:type="dxa"/>
            <w:vAlign w:val="center"/>
          </w:tcPr>
          <w:p w14:paraId="4F53846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>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520B9620" w14:textId="1C85D417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18B1C4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Після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спірне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усунено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переформульовано</w:t>
            </w:r>
            <w:proofErr w:type="spellEnd"/>
            <w:r w:rsidRPr="009F236B">
              <w:rPr>
                <w:sz w:val="24"/>
                <w:lang w:val="ru-RU"/>
              </w:rPr>
              <w:t xml:space="preserve">, тому </w:t>
            </w:r>
            <w:r w:rsidRPr="009F236B">
              <w:rPr>
                <w:sz w:val="24"/>
                <w:lang w:val="ru-RU"/>
              </w:rPr>
              <w:lastRenderedPageBreak/>
              <w:t xml:space="preserve">предмет </w:t>
            </w:r>
            <w:proofErr w:type="spellStart"/>
            <w:r w:rsidRPr="009F236B">
              <w:rPr>
                <w:sz w:val="24"/>
                <w:lang w:val="ru-RU"/>
              </w:rPr>
              <w:t>розбіжності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втратив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актуальність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358BCDEB" w14:textId="77777777" w:rsidTr="00D97BDE">
        <w:trPr>
          <w:jc w:val="center"/>
        </w:trPr>
        <w:tc>
          <w:tcPr>
            <w:tcW w:w="2381" w:type="dxa"/>
            <w:vAlign w:val="center"/>
          </w:tcPr>
          <w:p w14:paraId="53A38ACE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4410D18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Привести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галузей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спеціальностей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до чинного </w:t>
            </w:r>
            <w:proofErr w:type="spellStart"/>
            <w:r w:rsidRPr="009F236B">
              <w:rPr>
                <w:sz w:val="24"/>
                <w:lang w:val="ru-RU"/>
              </w:rPr>
              <w:t>Переліку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>22.</w:t>
            </w:r>
          </w:p>
        </w:tc>
        <w:tc>
          <w:tcPr>
            <w:tcW w:w="2721" w:type="dxa"/>
            <w:vAlign w:val="center"/>
          </w:tcPr>
          <w:p w14:paraId="5443404C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3306810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B91703E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1A5EC80C" w14:textId="77777777" w:rsidTr="00D97BDE">
        <w:trPr>
          <w:jc w:val="center"/>
        </w:trPr>
        <w:tc>
          <w:tcPr>
            <w:tcW w:w="2381" w:type="dxa"/>
            <w:vAlign w:val="center"/>
          </w:tcPr>
          <w:p w14:paraId="4F679094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5322604C" w14:textId="77777777" w:rsidR="00EE4B87" w:rsidRPr="009F236B" w:rsidRDefault="00811DB6">
            <w:proofErr w:type="spellStart"/>
            <w:r w:rsidRPr="009F236B">
              <w:rPr>
                <w:sz w:val="24"/>
              </w:rPr>
              <w:t>Обмежити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виключно</w:t>
            </w:r>
            <w:proofErr w:type="spellEnd"/>
            <w:r w:rsidRPr="009F236B">
              <w:rPr>
                <w:sz w:val="24"/>
              </w:rPr>
              <w:t xml:space="preserve"> G22.</w:t>
            </w:r>
          </w:p>
        </w:tc>
        <w:tc>
          <w:tcPr>
            <w:tcW w:w="2721" w:type="dxa"/>
            <w:vAlign w:val="center"/>
          </w:tcPr>
          <w:p w14:paraId="68D517F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5205BFE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19F6126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32DAF46" w14:textId="77777777" w:rsidTr="00D97BDE">
        <w:trPr>
          <w:jc w:val="center"/>
        </w:trPr>
        <w:tc>
          <w:tcPr>
            <w:tcW w:w="2381" w:type="dxa"/>
            <w:vAlign w:val="center"/>
          </w:tcPr>
          <w:p w14:paraId="412D34A6" w14:textId="77777777" w:rsidR="00EE4B87" w:rsidRPr="009F236B" w:rsidRDefault="00EE4B87"/>
        </w:tc>
        <w:tc>
          <w:tcPr>
            <w:tcW w:w="3628" w:type="dxa"/>
            <w:vAlign w:val="center"/>
          </w:tcPr>
          <w:p w14:paraId="7E49984C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4. 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п. 4 Постанови </w:t>
            </w:r>
            <w:proofErr w:type="spellStart"/>
            <w:r w:rsidRPr="009F236B">
              <w:rPr>
                <w:sz w:val="24"/>
                <w:lang w:val="ru-RU"/>
              </w:rPr>
              <w:t>Кабінету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Міністрів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України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31 травня 2017 р. № 373 «Про </w:t>
            </w:r>
            <w:proofErr w:type="spellStart"/>
            <w:r w:rsidRPr="009F236B">
              <w:rPr>
                <w:sz w:val="24"/>
                <w:lang w:val="ru-RU"/>
              </w:rPr>
              <w:t>затвердження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Порядку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дію</w:t>
            </w:r>
            <w:proofErr w:type="spellEnd"/>
            <w:r w:rsidRPr="009F236B">
              <w:rPr>
                <w:sz w:val="24"/>
                <w:lang w:val="ru-RU"/>
              </w:rPr>
              <w:t xml:space="preserve"> та перегляду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підготовці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та </w:t>
            </w:r>
            <w:proofErr w:type="spellStart"/>
            <w:r w:rsidRPr="009F236B">
              <w:rPr>
                <w:sz w:val="24"/>
                <w:lang w:val="ru-RU"/>
              </w:rPr>
              <w:t>проведенню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публічного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громадського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обговорення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</w:t>
            </w:r>
            <w:proofErr w:type="spellStart"/>
            <w:r w:rsidRPr="009F236B">
              <w:rPr>
                <w:sz w:val="24"/>
                <w:lang w:val="ru-RU"/>
              </w:rPr>
              <w:t>передує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подання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заявки на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стандарту, у </w:t>
            </w:r>
            <w:proofErr w:type="spellStart"/>
            <w:r w:rsidRPr="009F236B">
              <w:rPr>
                <w:sz w:val="24"/>
                <w:lang w:val="ru-RU"/>
              </w:rPr>
              <w:t>якій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стандарту. </w:t>
            </w:r>
            <w:proofErr w:type="spellStart"/>
            <w:r w:rsidRPr="009F236B">
              <w:rPr>
                <w:sz w:val="24"/>
                <w:lang w:val="ru-RU"/>
              </w:rPr>
              <w:t>Оскільки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 не </w:t>
            </w:r>
            <w:proofErr w:type="spellStart"/>
            <w:r w:rsidRPr="009F236B">
              <w:rPr>
                <w:sz w:val="24"/>
                <w:lang w:val="ru-RU"/>
              </w:rPr>
              <w:t>передбачена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цим</w:t>
            </w:r>
            <w:proofErr w:type="spellEnd"/>
            <w:r w:rsidRPr="009F236B">
              <w:rPr>
                <w:sz w:val="24"/>
                <w:lang w:val="ru-RU"/>
              </w:rPr>
              <w:t xml:space="preserve"> «Порядком …»,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вважаємо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необхідним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скасувати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заявку та подати </w:t>
            </w:r>
            <w:proofErr w:type="spellStart"/>
            <w:r w:rsidRPr="009F236B">
              <w:rPr>
                <w:sz w:val="24"/>
                <w:lang w:val="ru-RU"/>
              </w:rPr>
              <w:t>нову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заявку з </w:t>
            </w:r>
            <w:proofErr w:type="spellStart"/>
            <w:r w:rsidRPr="009F236B">
              <w:rPr>
                <w:sz w:val="24"/>
                <w:lang w:val="ru-RU"/>
              </w:rPr>
              <w:t>назвою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стандарту, яка б </w:t>
            </w:r>
            <w:proofErr w:type="spellStart"/>
            <w:r w:rsidRPr="009F236B">
              <w:rPr>
                <w:sz w:val="24"/>
                <w:lang w:val="ru-RU"/>
              </w:rPr>
              <w:t>відповідала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зазначеним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проекті</w:t>
            </w:r>
            <w:proofErr w:type="spellEnd"/>
            <w:r w:rsidRPr="009F236B">
              <w:rPr>
                <w:sz w:val="24"/>
                <w:lang w:val="ru-RU"/>
              </w:rPr>
              <w:t xml:space="preserve"> видам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8648D33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Юрій Романишин, </w:t>
            </w:r>
            <w:proofErr w:type="spellStart"/>
            <w:r w:rsidRPr="009F236B">
              <w:rPr>
                <w:sz w:val="24"/>
                <w:lang w:val="ru-RU"/>
              </w:rPr>
              <w:t>професор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Національного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університету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Львівська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7489C573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468CA81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джерело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Це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усуває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помилкове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ототожнення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будівництвом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76EA8D7" w14:textId="77777777" w:rsidTr="00D97BDE">
        <w:trPr>
          <w:jc w:val="center"/>
        </w:trPr>
        <w:tc>
          <w:tcPr>
            <w:tcW w:w="2381" w:type="dxa"/>
            <w:vAlign w:val="center"/>
          </w:tcPr>
          <w:p w14:paraId="2AA9E64D" w14:textId="77777777" w:rsidR="00EE4B87" w:rsidRPr="009F236B" w:rsidRDefault="00811DB6">
            <w:proofErr w:type="spellStart"/>
            <w:r w:rsidRPr="009F236B">
              <w:rPr>
                <w:sz w:val="24"/>
              </w:rPr>
              <w:t>Міжвідомча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взаємодія</w:t>
            </w:r>
            <w:proofErr w:type="spellEnd"/>
          </w:p>
        </w:tc>
        <w:tc>
          <w:tcPr>
            <w:tcW w:w="3628" w:type="dxa"/>
            <w:vAlign w:val="center"/>
          </w:tcPr>
          <w:p w14:paraId="52F4D19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Розширити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консультації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з МОЗ, </w:t>
            </w:r>
            <w:proofErr w:type="spellStart"/>
            <w:r w:rsidRPr="009F236B">
              <w:rPr>
                <w:sz w:val="24"/>
                <w:lang w:val="ru-RU"/>
              </w:rPr>
              <w:t>технічними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комітетами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роботодавцями</w:t>
            </w:r>
            <w:proofErr w:type="spellEnd"/>
            <w:r w:rsidRPr="009F236B">
              <w:rPr>
                <w:sz w:val="24"/>
                <w:lang w:val="ru-RU"/>
              </w:rPr>
              <w:t xml:space="preserve">, ЗОЗ та </w:t>
            </w:r>
            <w:proofErr w:type="spellStart"/>
            <w:r w:rsidRPr="009F236B">
              <w:rPr>
                <w:sz w:val="24"/>
                <w:lang w:val="ru-RU"/>
              </w:rPr>
              <w:t>професійними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51981D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0E971C3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621BD7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Проведення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консультацій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валідації та </w:t>
            </w:r>
            <w:proofErr w:type="spellStart"/>
            <w:r w:rsidRPr="009F236B">
              <w:rPr>
                <w:sz w:val="24"/>
                <w:lang w:val="ru-RU"/>
              </w:rPr>
              <w:t>міжвідомчого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погодження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включено до плану </w:t>
            </w:r>
            <w:proofErr w:type="spellStart"/>
            <w:r w:rsidRPr="009F236B">
              <w:rPr>
                <w:sz w:val="24"/>
                <w:lang w:val="ru-RU"/>
              </w:rPr>
              <w:t>завершення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стандарту;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фіксуються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протоколами і </w:t>
            </w:r>
            <w:proofErr w:type="spellStart"/>
            <w:r w:rsidRPr="009F236B">
              <w:rPr>
                <w:sz w:val="24"/>
                <w:lang w:val="ru-RU"/>
              </w:rPr>
              <w:t>Довідкою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C703C4A" w14:textId="77777777" w:rsidTr="00D97BDE">
        <w:trPr>
          <w:jc w:val="center"/>
        </w:trPr>
        <w:tc>
          <w:tcPr>
            <w:tcW w:w="2381" w:type="dxa"/>
            <w:vAlign w:val="center"/>
          </w:tcPr>
          <w:p w14:paraId="1B5030CD" w14:textId="77777777" w:rsidR="00EE4B87" w:rsidRPr="009F236B" w:rsidRDefault="00811DB6">
            <w:proofErr w:type="spellStart"/>
            <w:r w:rsidRPr="009F236B">
              <w:rPr>
                <w:sz w:val="24"/>
              </w:rPr>
              <w:t>Міжвідомча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взаємодія</w:t>
            </w:r>
            <w:proofErr w:type="spellEnd"/>
          </w:p>
        </w:tc>
        <w:tc>
          <w:tcPr>
            <w:tcW w:w="3628" w:type="dxa"/>
            <w:vAlign w:val="center"/>
          </w:tcPr>
          <w:p w14:paraId="6E6CE32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асоціації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керівництвом</w:t>
            </w:r>
            <w:proofErr w:type="spellEnd"/>
            <w:r w:rsidRPr="009F236B">
              <w:rPr>
                <w:sz w:val="24"/>
                <w:lang w:val="ru-RU"/>
              </w:rPr>
              <w:t xml:space="preserve"> В. Максименка </w:t>
            </w:r>
            <w:proofErr w:type="spellStart"/>
            <w:r w:rsidRPr="009F236B">
              <w:rPr>
                <w:sz w:val="24"/>
                <w:lang w:val="ru-RU"/>
              </w:rPr>
              <w:t>єдиною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обов’язковою</w:t>
            </w:r>
            <w:proofErr w:type="spellEnd"/>
            <w:r w:rsidRPr="009F236B">
              <w:rPr>
                <w:sz w:val="24"/>
                <w:lang w:val="ru-RU"/>
              </w:rPr>
              <w:t xml:space="preserve"> основою стандарту.</w:t>
            </w:r>
          </w:p>
        </w:tc>
        <w:tc>
          <w:tcPr>
            <w:tcW w:w="2721" w:type="dxa"/>
            <w:vAlign w:val="center"/>
          </w:tcPr>
          <w:p w14:paraId="6252BE8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1B645B53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410328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Передача контролю над </w:t>
            </w:r>
            <w:proofErr w:type="spellStart"/>
            <w:r w:rsidRPr="009F236B">
              <w:rPr>
                <w:sz w:val="24"/>
                <w:lang w:val="ru-RU"/>
              </w:rPr>
              <w:t>розробленням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організації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вето </w:t>
            </w:r>
            <w:proofErr w:type="spellStart"/>
            <w:r w:rsidRPr="009F236B">
              <w:rPr>
                <w:sz w:val="24"/>
                <w:lang w:val="ru-RU"/>
              </w:rPr>
              <w:t>окремого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стейкхолдера не </w:t>
            </w:r>
            <w:proofErr w:type="spellStart"/>
            <w:r w:rsidRPr="009F236B">
              <w:rPr>
                <w:sz w:val="24"/>
                <w:lang w:val="ru-RU"/>
              </w:rPr>
              <w:t>встановлюється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Консультації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проводяться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врегулювання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розбіжностей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, а </w:t>
            </w:r>
            <w:proofErr w:type="spellStart"/>
            <w:r w:rsidRPr="009F236B">
              <w:rPr>
                <w:sz w:val="24"/>
                <w:lang w:val="ru-RU"/>
              </w:rPr>
              <w:t>мотивоване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5BA9998" w14:textId="77777777" w:rsidTr="00D97BDE">
        <w:trPr>
          <w:jc w:val="center"/>
        </w:trPr>
        <w:tc>
          <w:tcPr>
            <w:tcW w:w="2381" w:type="dxa"/>
            <w:vAlign w:val="center"/>
          </w:tcPr>
          <w:p w14:paraId="68C5C077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Сервіс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виробник</w:t>
            </w:r>
            <w:proofErr w:type="spellEnd"/>
          </w:p>
        </w:tc>
        <w:tc>
          <w:tcPr>
            <w:tcW w:w="3628" w:type="dxa"/>
            <w:vAlign w:val="center"/>
          </w:tcPr>
          <w:p w14:paraId="0575906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Чітко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ремонт </w:t>
            </w:r>
            <w:proofErr w:type="spellStart"/>
            <w:r w:rsidRPr="009F236B">
              <w:rPr>
                <w:sz w:val="24"/>
                <w:lang w:val="ru-RU"/>
              </w:rPr>
              <w:t>документацією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технічними</w:t>
            </w:r>
            <w:proofErr w:type="spellEnd"/>
            <w:r w:rsidRPr="009F236B">
              <w:rPr>
                <w:sz w:val="24"/>
                <w:lang w:val="ru-RU"/>
              </w:rPr>
              <w:t xml:space="preserve"> регламентами та </w:t>
            </w:r>
            <w:proofErr w:type="spellStart"/>
            <w:r w:rsidRPr="009F236B">
              <w:rPr>
                <w:sz w:val="24"/>
                <w:lang w:val="ru-RU"/>
              </w:rPr>
              <w:t>авторизацією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A31FDA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3ADD1D5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FBBE12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первинну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електробезпеку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акредитації</w:t>
            </w:r>
            <w:proofErr w:type="spellEnd"/>
            <w:r w:rsidRPr="009F236B">
              <w:rPr>
                <w:sz w:val="24"/>
                <w:lang w:val="ru-RU"/>
              </w:rPr>
              <w:t xml:space="preserve">, простежуваності та </w:t>
            </w:r>
            <w:proofErr w:type="spellStart"/>
            <w:r w:rsidRPr="009F236B">
              <w:rPr>
                <w:sz w:val="24"/>
                <w:lang w:val="ru-RU"/>
              </w:rPr>
              <w:t>післясервісного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DD15E32" w14:textId="77777777" w:rsidTr="00D97BDE">
        <w:trPr>
          <w:jc w:val="center"/>
        </w:trPr>
        <w:tc>
          <w:tcPr>
            <w:tcW w:w="2381" w:type="dxa"/>
            <w:vAlign w:val="center"/>
          </w:tcPr>
          <w:p w14:paraId="12A34E0A" w14:textId="77777777" w:rsidR="00EE4B87" w:rsidRPr="009F236B" w:rsidRDefault="00811DB6"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виробник</w:t>
            </w:r>
            <w:proofErr w:type="spellEnd"/>
          </w:p>
        </w:tc>
        <w:tc>
          <w:tcPr>
            <w:tcW w:w="3628" w:type="dxa"/>
            <w:vAlign w:val="center"/>
          </w:tcPr>
          <w:p w14:paraId="1DF585D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усіх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робіт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дозволеного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F1B4E8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05A0ACA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00D004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Виключати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дозволеної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первинної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перевірок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координації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правового режиму і не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підміняють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авторизований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акредитовану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метрологічну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лабораторію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6158EB4" w14:textId="77777777" w:rsidTr="00D97BDE">
        <w:trPr>
          <w:jc w:val="center"/>
        </w:trPr>
        <w:tc>
          <w:tcPr>
            <w:tcW w:w="2381" w:type="dxa"/>
            <w:vAlign w:val="center"/>
          </w:tcPr>
          <w:p w14:paraId="34175DF0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Чисті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приміщення</w:t>
            </w:r>
            <w:proofErr w:type="spellEnd"/>
          </w:p>
        </w:tc>
        <w:tc>
          <w:tcPr>
            <w:tcW w:w="3628" w:type="dxa"/>
            <w:vAlign w:val="center"/>
          </w:tcPr>
          <w:p w14:paraId="7F7B830A" w14:textId="77777777" w:rsidR="00EE4B87" w:rsidRPr="009F236B" w:rsidRDefault="00811DB6">
            <w:proofErr w:type="spellStart"/>
            <w:r w:rsidRPr="009F236B">
              <w:rPr>
                <w:sz w:val="24"/>
              </w:rPr>
              <w:t>Уточнити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 ISO 14644, </w:t>
            </w:r>
            <w:proofErr w:type="spellStart"/>
            <w:r w:rsidRPr="009F236B">
              <w:rPr>
                <w:sz w:val="24"/>
              </w:rPr>
              <w:t>станів</w:t>
            </w:r>
            <w:proofErr w:type="spellEnd"/>
            <w:r w:rsidRPr="009F236B">
              <w:rPr>
                <w:sz w:val="24"/>
              </w:rPr>
              <w:t xml:space="preserve"> as-built/at-rest/operational, </w:t>
            </w:r>
            <w:proofErr w:type="spellStart"/>
            <w:r w:rsidRPr="009F236B">
              <w:rPr>
                <w:sz w:val="24"/>
              </w:rPr>
              <w:t>перепадів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тиску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контролю</w:t>
            </w:r>
            <w:proofErr w:type="spellEnd"/>
            <w:r w:rsidRPr="009F236B">
              <w:rPr>
                <w:sz w:val="24"/>
              </w:rPr>
              <w:t xml:space="preserve"> HEPA.</w:t>
            </w:r>
          </w:p>
        </w:tc>
        <w:tc>
          <w:tcPr>
            <w:tcW w:w="2721" w:type="dxa"/>
            <w:vAlign w:val="center"/>
          </w:tcPr>
          <w:p w14:paraId="405F0FD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19F08D9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C74C0C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універсальну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норму монтажу/</w:t>
            </w:r>
            <w:proofErr w:type="spellStart"/>
            <w:r w:rsidRPr="009F236B">
              <w:rPr>
                <w:sz w:val="24"/>
                <w:lang w:val="ru-RU"/>
              </w:rPr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. Для </w:t>
            </w:r>
            <w:proofErr w:type="spellStart"/>
            <w:r w:rsidRPr="009F236B">
              <w:rPr>
                <w:sz w:val="24"/>
                <w:lang w:val="ru-RU"/>
              </w:rPr>
              <w:t>чистих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приміщень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конкретні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слугувати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орієнтацією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замінює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джерела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DB0EE6B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10707F" w14:textId="77777777" w:rsidR="00EE4B87" w:rsidRPr="009F236B" w:rsidRDefault="00811DB6">
            <w:proofErr w:type="spellStart"/>
            <w:r w:rsidRPr="009F236B">
              <w:rPr>
                <w:sz w:val="24"/>
              </w:rPr>
              <w:t>Чисті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приміщення</w:t>
            </w:r>
            <w:proofErr w:type="spellEnd"/>
          </w:p>
        </w:tc>
        <w:tc>
          <w:tcPr>
            <w:tcW w:w="3628" w:type="dxa"/>
            <w:vAlign w:val="center"/>
          </w:tcPr>
          <w:p w14:paraId="65B8A18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Надати</w:t>
            </w:r>
            <w:proofErr w:type="spellEnd"/>
            <w:r w:rsidRPr="009F236B">
              <w:rPr>
                <w:sz w:val="24"/>
                <w:lang w:val="ru-RU"/>
              </w:rPr>
              <w:t xml:space="preserve"> кожному базовому </w:t>
            </w:r>
            <w:proofErr w:type="spellStart"/>
            <w:r w:rsidRPr="009F236B">
              <w:rPr>
                <w:sz w:val="24"/>
                <w:lang w:val="ru-RU"/>
              </w:rPr>
              <w:t>клінічному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інженеру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</w:t>
            </w:r>
            <w:proofErr w:type="spellStart"/>
            <w:r w:rsidRPr="009F236B">
              <w:rPr>
                <w:sz w:val="24"/>
                <w:lang w:val="ru-RU"/>
              </w:rPr>
              <w:t>самостійно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спеціалізовану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 </w:t>
            </w:r>
            <w:proofErr w:type="spellStart"/>
            <w:r w:rsidRPr="009F236B">
              <w:rPr>
                <w:sz w:val="24"/>
                <w:lang w:val="ru-RU"/>
              </w:rPr>
              <w:t>чистих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приміщень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71ADA9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5C40C56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BE28FBC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заміну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регламентів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профільних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універсальним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поняттям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GAMP</w:t>
            </w:r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Такі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підходи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можуть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застосовуватися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лише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релевантному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предметному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контексті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5C04DF2" w14:textId="77777777" w:rsidTr="00D97BDE">
        <w:trPr>
          <w:jc w:val="center"/>
        </w:trPr>
        <w:tc>
          <w:tcPr>
            <w:tcW w:w="2381" w:type="dxa"/>
            <w:vAlign w:val="center"/>
          </w:tcPr>
          <w:p w14:paraId="07B777E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Цифрові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інтерфейси</w:t>
            </w:r>
            <w:proofErr w:type="spellEnd"/>
            <w:r w:rsidRPr="009F236B">
              <w:rPr>
                <w:sz w:val="24"/>
                <w:lang w:val="ru-RU"/>
              </w:rPr>
              <w:t xml:space="preserve"> та структура стандарту</w:t>
            </w:r>
          </w:p>
        </w:tc>
        <w:tc>
          <w:tcPr>
            <w:tcW w:w="3628" w:type="dxa"/>
            <w:vAlign w:val="center"/>
          </w:tcPr>
          <w:p w14:paraId="247EDA1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Додати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IEEE</w:t>
            </w:r>
            <w:r w:rsidRPr="009F236B">
              <w:rPr>
                <w:sz w:val="24"/>
                <w:lang w:val="ru-RU"/>
              </w:rPr>
              <w:t xml:space="preserve"> 11073,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27799 і привести структуру документа до Порядку № 373.</w:t>
            </w:r>
          </w:p>
        </w:tc>
        <w:tc>
          <w:tcPr>
            <w:tcW w:w="2721" w:type="dxa"/>
            <w:vAlign w:val="center"/>
          </w:tcPr>
          <w:p w14:paraId="3180842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2A5AE56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C1F3EFC" w14:textId="77777777" w:rsidR="00EE4B87" w:rsidRPr="009F236B" w:rsidRDefault="00811DB6">
            <w:proofErr w:type="spellStart"/>
            <w:r w:rsidRPr="009F236B">
              <w:rPr>
                <w:sz w:val="24"/>
              </w:rPr>
              <w:t>Цифрову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обмежено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пристроями</w:t>
            </w:r>
            <w:proofErr w:type="spellEnd"/>
            <w:r w:rsidRPr="009F236B">
              <w:rPr>
                <w:sz w:val="24"/>
              </w:rPr>
              <w:t xml:space="preserve">: DICOM/HL7/FHIR/ISO/IEEE 11073, валідація </w:t>
            </w:r>
            <w:proofErr w:type="spellStart"/>
            <w:r w:rsidRPr="009F236B">
              <w:rPr>
                <w:sz w:val="24"/>
              </w:rPr>
              <w:t>інтерфейсів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 IoMT </w:t>
            </w:r>
            <w:proofErr w:type="spellStart"/>
            <w:r w:rsidRPr="009F236B">
              <w:rPr>
                <w:sz w:val="24"/>
              </w:rPr>
              <w:t>виконуються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взаємодії</w:t>
            </w:r>
            <w:proofErr w:type="spellEnd"/>
            <w:r w:rsidRPr="009F236B">
              <w:rPr>
                <w:sz w:val="24"/>
              </w:rPr>
              <w:t xml:space="preserve"> з ІТ і </w:t>
            </w:r>
            <w:proofErr w:type="spellStart"/>
            <w:r w:rsidRPr="009F236B">
              <w:rPr>
                <w:sz w:val="24"/>
              </w:rPr>
              <w:t>кібербезпекою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4D36878D" w14:textId="77777777" w:rsidTr="00D97BDE">
        <w:trPr>
          <w:jc w:val="center"/>
        </w:trPr>
        <w:tc>
          <w:tcPr>
            <w:tcW w:w="2381" w:type="dxa"/>
            <w:vAlign w:val="center"/>
          </w:tcPr>
          <w:p w14:paraId="4D7B154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Цифрові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інтерфейси</w:t>
            </w:r>
            <w:proofErr w:type="spellEnd"/>
            <w:r w:rsidRPr="009F236B">
              <w:rPr>
                <w:sz w:val="24"/>
                <w:lang w:val="ru-RU"/>
              </w:rPr>
              <w:t xml:space="preserve"> та структура стандарту</w:t>
            </w:r>
          </w:p>
        </w:tc>
        <w:tc>
          <w:tcPr>
            <w:tcW w:w="3628" w:type="dxa"/>
            <w:vAlign w:val="center"/>
          </w:tcPr>
          <w:p w14:paraId="05EB3E6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Відхилити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 та </w:t>
            </w:r>
            <w:proofErr w:type="spellStart"/>
            <w:r w:rsidRPr="009F236B">
              <w:rPr>
                <w:sz w:val="24"/>
                <w:lang w:val="ru-RU"/>
              </w:rPr>
              <w:t>передати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2CC4A19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Шкробанець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генеральний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секретар</w:t>
            </w:r>
            <w:proofErr w:type="spellEnd"/>
            <w:r w:rsidRPr="009F236B">
              <w:rPr>
                <w:sz w:val="24"/>
                <w:lang w:val="ru-RU"/>
              </w:rPr>
              <w:t xml:space="preserve"> ГС «</w:t>
            </w:r>
            <w:proofErr w:type="spellStart"/>
            <w:r w:rsidRPr="009F236B">
              <w:rPr>
                <w:sz w:val="24"/>
                <w:lang w:val="ru-RU"/>
              </w:rPr>
              <w:t>Українська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федерація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об’єднань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0E78315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408B5E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Вимогу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відхилення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відкликання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заявки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передачу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суттєве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 та </w:t>
            </w:r>
            <w:proofErr w:type="spellStart"/>
            <w:r w:rsidRPr="009F236B">
              <w:rPr>
                <w:sz w:val="24"/>
                <w:lang w:val="ru-RU"/>
              </w:rPr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збереженням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співрозроблення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A6C05E7" w14:textId="77777777" w:rsidTr="00D97BDE">
        <w:trPr>
          <w:jc w:val="center"/>
        </w:trPr>
        <w:tc>
          <w:tcPr>
            <w:tcW w:w="2381" w:type="dxa"/>
            <w:vAlign w:val="center"/>
          </w:tcPr>
          <w:p w14:paraId="3FFB0E01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Архітектура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кваліфікацій</w:t>
            </w:r>
            <w:proofErr w:type="spellEnd"/>
          </w:p>
        </w:tc>
        <w:tc>
          <w:tcPr>
            <w:tcW w:w="3628" w:type="dxa"/>
            <w:vAlign w:val="center"/>
          </w:tcPr>
          <w:p w14:paraId="1D5517C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Розділити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перевантажену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базовий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операційний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поглиблені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напрями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47DF7D8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F9A0F6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44DDEDF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Пропозицію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базові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часткові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автоматично </w:t>
            </w:r>
            <w:proofErr w:type="spellStart"/>
            <w:r w:rsidRPr="009F236B">
              <w:rPr>
                <w:sz w:val="24"/>
                <w:lang w:val="ru-RU"/>
              </w:rPr>
              <w:t>перетворити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Професійні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розмежовано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всередині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однієї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AB30F4B" w14:textId="77777777" w:rsidTr="00D97BDE">
        <w:trPr>
          <w:jc w:val="center"/>
        </w:trPr>
        <w:tc>
          <w:tcPr>
            <w:tcW w:w="2381" w:type="dxa"/>
            <w:vAlign w:val="center"/>
          </w:tcPr>
          <w:p w14:paraId="3D2B302E" w14:textId="77777777" w:rsidR="00EE4B87" w:rsidRPr="009F236B" w:rsidRDefault="00811DB6">
            <w:proofErr w:type="spellStart"/>
            <w:r w:rsidRPr="009F236B">
              <w:rPr>
                <w:sz w:val="24"/>
              </w:rPr>
              <w:t>Архітектура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кваліфікацій</w:t>
            </w:r>
            <w:proofErr w:type="spellEnd"/>
          </w:p>
        </w:tc>
        <w:tc>
          <w:tcPr>
            <w:tcW w:w="3628" w:type="dxa"/>
            <w:vAlign w:val="center"/>
          </w:tcPr>
          <w:p w14:paraId="3CE4369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неможливим</w:t>
            </w:r>
            <w:proofErr w:type="spellEnd"/>
            <w:r w:rsidRPr="009F236B">
              <w:rPr>
                <w:sz w:val="24"/>
                <w:lang w:val="ru-RU"/>
              </w:rPr>
              <w:t xml:space="preserve"> подальше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відкликати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проєкт.</w:t>
            </w:r>
          </w:p>
        </w:tc>
        <w:tc>
          <w:tcPr>
            <w:tcW w:w="2721" w:type="dxa"/>
            <w:vAlign w:val="center"/>
          </w:tcPr>
          <w:p w14:paraId="1A0E3B0F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EFC74E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61CD20D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Пропозицію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базові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часткові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автоматично </w:t>
            </w:r>
            <w:proofErr w:type="spellStart"/>
            <w:r w:rsidRPr="009F236B">
              <w:rPr>
                <w:sz w:val="24"/>
                <w:lang w:val="ru-RU"/>
              </w:rPr>
              <w:t>перетворити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Професійні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розмежовано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всередині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однієї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56CACF3" w14:textId="77777777" w:rsidTr="00D97BDE">
        <w:trPr>
          <w:jc w:val="center"/>
        </w:trPr>
        <w:tc>
          <w:tcPr>
            <w:tcW w:w="2381" w:type="dxa"/>
            <w:vAlign w:val="center"/>
          </w:tcPr>
          <w:p w14:paraId="025E9088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facilities management</w:t>
            </w:r>
          </w:p>
        </w:tc>
        <w:tc>
          <w:tcPr>
            <w:tcW w:w="3628" w:type="dxa"/>
            <w:vAlign w:val="center"/>
          </w:tcPr>
          <w:p w14:paraId="00DB748C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управління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будівлями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енергетикою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екологією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службами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7E12C8BE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1AC267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44C7D38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468F3A99" w14:textId="77777777" w:rsidTr="00D97BDE">
        <w:trPr>
          <w:jc w:val="center"/>
        </w:trPr>
        <w:tc>
          <w:tcPr>
            <w:tcW w:w="2381" w:type="dxa"/>
            <w:vAlign w:val="center"/>
          </w:tcPr>
          <w:p w14:paraId="6533DDC9" w14:textId="77777777" w:rsidR="00EE4B87" w:rsidRPr="009F236B" w:rsidRDefault="00811DB6">
            <w:proofErr w:type="spellStart"/>
            <w:r w:rsidRPr="009F236B">
              <w:rPr>
                <w:sz w:val="24"/>
              </w:rPr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facilities management</w:t>
            </w:r>
          </w:p>
        </w:tc>
        <w:tc>
          <w:tcPr>
            <w:tcW w:w="3628" w:type="dxa"/>
            <w:vAlign w:val="center"/>
          </w:tcPr>
          <w:p w14:paraId="11D05D6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планування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інфраструктурну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поля.</w:t>
            </w:r>
          </w:p>
        </w:tc>
        <w:tc>
          <w:tcPr>
            <w:tcW w:w="2721" w:type="dxa"/>
            <w:vAlign w:val="center"/>
          </w:tcPr>
          <w:p w14:paraId="019D3702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753E66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8B9AF8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«точки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конкретних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готовність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, не </w:t>
            </w:r>
            <w:proofErr w:type="spellStart"/>
            <w:r w:rsidRPr="009F236B">
              <w:rPr>
                <w:sz w:val="24"/>
                <w:lang w:val="ru-RU"/>
              </w:rPr>
              <w:t>підміняючи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проєктувальників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фізика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672BDB3" w14:textId="77777777" w:rsidTr="00D97BDE">
        <w:trPr>
          <w:jc w:val="center"/>
        </w:trPr>
        <w:tc>
          <w:tcPr>
            <w:tcW w:w="2381" w:type="dxa"/>
            <w:vAlign w:val="center"/>
          </w:tcPr>
          <w:p w14:paraId="7FC7E76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Освітні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</w:p>
        </w:tc>
        <w:tc>
          <w:tcPr>
            <w:tcW w:w="3628" w:type="dxa"/>
            <w:vAlign w:val="center"/>
          </w:tcPr>
          <w:p w14:paraId="33065DB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Привести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галузей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спеціальностей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 до чинного </w:t>
            </w:r>
            <w:proofErr w:type="spellStart"/>
            <w:r w:rsidRPr="009F236B">
              <w:rPr>
                <w:sz w:val="24"/>
                <w:lang w:val="ru-RU"/>
              </w:rPr>
              <w:t>Переліку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включити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22; </w:t>
            </w:r>
            <w:proofErr w:type="spellStart"/>
            <w:r w:rsidRPr="009F236B">
              <w:rPr>
                <w:sz w:val="24"/>
                <w:lang w:val="ru-RU"/>
              </w:rPr>
              <w:t>виключити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управлінську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освіту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самостійну</w:t>
            </w:r>
            <w:proofErr w:type="spellEnd"/>
            <w:r w:rsidRPr="009F236B">
              <w:rPr>
                <w:sz w:val="24"/>
                <w:lang w:val="ru-RU"/>
              </w:rPr>
              <w:t xml:space="preserve"> основу </w:t>
            </w:r>
            <w:proofErr w:type="spellStart"/>
            <w:r w:rsidRPr="009F236B">
              <w:rPr>
                <w:sz w:val="24"/>
                <w:lang w:val="ru-RU"/>
              </w:rPr>
              <w:t>повної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646584D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3B6508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43AFFC4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DB676C3" w14:textId="77777777" w:rsidTr="00D97BDE">
        <w:trPr>
          <w:jc w:val="center"/>
        </w:trPr>
        <w:tc>
          <w:tcPr>
            <w:tcW w:w="2381" w:type="dxa"/>
            <w:vAlign w:val="center"/>
          </w:tcPr>
          <w:p w14:paraId="7AE4380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Освітні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</w:p>
        </w:tc>
        <w:tc>
          <w:tcPr>
            <w:tcW w:w="3628" w:type="dxa"/>
            <w:vAlign w:val="center"/>
          </w:tcPr>
          <w:p w14:paraId="2046EAC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доступ до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випускниками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>22.</w:t>
            </w:r>
          </w:p>
        </w:tc>
        <w:tc>
          <w:tcPr>
            <w:tcW w:w="2721" w:type="dxa"/>
            <w:vAlign w:val="center"/>
          </w:tcPr>
          <w:p w14:paraId="5BAA3DB1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D0DA83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FFBE613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E01C189" w14:textId="77777777" w:rsidTr="00D97BDE">
        <w:trPr>
          <w:jc w:val="center"/>
        </w:trPr>
        <w:tc>
          <w:tcPr>
            <w:tcW w:w="2381" w:type="dxa"/>
            <w:vAlign w:val="center"/>
          </w:tcPr>
          <w:p w14:paraId="5BF70D73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GMP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нормативна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база</w:t>
            </w:r>
            <w:proofErr w:type="spellEnd"/>
          </w:p>
        </w:tc>
        <w:tc>
          <w:tcPr>
            <w:tcW w:w="3628" w:type="dxa"/>
            <w:vAlign w:val="center"/>
          </w:tcPr>
          <w:p w14:paraId="2FCBE34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посилання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використовувати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регламенти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застосовні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BDBB160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763096C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1142CA6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універсальну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норму монтажу/</w:t>
            </w:r>
            <w:proofErr w:type="spellStart"/>
            <w:r w:rsidRPr="009F236B">
              <w:rPr>
                <w:sz w:val="24"/>
                <w:lang w:val="ru-RU"/>
              </w:rPr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. Для </w:t>
            </w:r>
            <w:proofErr w:type="spellStart"/>
            <w:r w:rsidRPr="009F236B">
              <w:rPr>
                <w:sz w:val="24"/>
                <w:lang w:val="ru-RU"/>
              </w:rPr>
              <w:t>чистих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приміщень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конкретні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слугувати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орієнтацією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замінює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джерела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F86F956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6A6774" w14:textId="77777777" w:rsidR="00EE4B87" w:rsidRPr="009F236B" w:rsidRDefault="00811DB6">
            <w:r w:rsidRPr="009F236B">
              <w:rPr>
                <w:sz w:val="24"/>
              </w:rPr>
              <w:t xml:space="preserve">GMP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нормативна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база</w:t>
            </w:r>
            <w:proofErr w:type="spellEnd"/>
          </w:p>
        </w:tc>
        <w:tc>
          <w:tcPr>
            <w:tcW w:w="3628" w:type="dxa"/>
            <w:vAlign w:val="center"/>
          </w:tcPr>
          <w:p w14:paraId="610FC04E" w14:textId="77777777" w:rsidR="00EE4B87" w:rsidRPr="009F236B" w:rsidRDefault="00811DB6">
            <w:proofErr w:type="spellStart"/>
            <w:r w:rsidRPr="009F236B">
              <w:rPr>
                <w:sz w:val="24"/>
              </w:rPr>
              <w:t>Механічно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замінити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згадки</w:t>
            </w:r>
            <w:proofErr w:type="spellEnd"/>
            <w:r w:rsidRPr="009F236B">
              <w:rPr>
                <w:sz w:val="24"/>
              </w:rPr>
              <w:t xml:space="preserve"> GMP </w:t>
            </w:r>
            <w:proofErr w:type="spellStart"/>
            <w:r w:rsidRPr="009F236B">
              <w:rPr>
                <w:sz w:val="24"/>
              </w:rPr>
              <w:t>універсальним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поняттям</w:t>
            </w:r>
            <w:proofErr w:type="spellEnd"/>
            <w:r w:rsidRPr="009F236B">
              <w:rPr>
                <w:sz w:val="24"/>
              </w:rPr>
              <w:t xml:space="preserve"> GEP.</w:t>
            </w:r>
          </w:p>
        </w:tc>
        <w:tc>
          <w:tcPr>
            <w:tcW w:w="2721" w:type="dxa"/>
            <w:vAlign w:val="center"/>
          </w:tcPr>
          <w:p w14:paraId="34515125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EA2C5F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5927B0A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заміну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законодавства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регламентів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профільних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поняттям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GAMP</w:t>
            </w:r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Такі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підходи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можуть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застосовуватися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лише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релевантному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предметному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контексті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B656CBB" w14:textId="77777777" w:rsidTr="00D97BDE">
        <w:trPr>
          <w:jc w:val="center"/>
        </w:trPr>
        <w:tc>
          <w:tcPr>
            <w:tcW w:w="2381" w:type="dxa"/>
            <w:vAlign w:val="center"/>
          </w:tcPr>
          <w:p w14:paraId="081835C2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</w:t>
            </w:r>
          </w:p>
        </w:tc>
        <w:tc>
          <w:tcPr>
            <w:tcW w:w="3628" w:type="dxa"/>
            <w:vAlign w:val="center"/>
          </w:tcPr>
          <w:p w14:paraId="23D2FAF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Використовувати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принципів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якості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ризик</w:t>
            </w:r>
            <w:proofErr w:type="spellEnd"/>
            <w:r w:rsidRPr="009F236B">
              <w:rPr>
                <w:sz w:val="24"/>
                <w:lang w:val="ru-RU"/>
              </w:rPr>
              <w:t xml:space="preserve">-менеджменту, не покладаючи на </w:t>
            </w:r>
            <w:proofErr w:type="spellStart"/>
            <w:r w:rsidRPr="009F236B">
              <w:rPr>
                <w:sz w:val="24"/>
                <w:lang w:val="ru-RU"/>
              </w:rPr>
              <w:t>працівника</w:t>
            </w:r>
            <w:proofErr w:type="spellEnd"/>
            <w:r w:rsidRPr="009F236B">
              <w:rPr>
                <w:sz w:val="24"/>
                <w:lang w:val="ru-RU"/>
              </w:rPr>
              <w:t xml:space="preserve"> ЗОЗ </w:t>
            </w:r>
            <w:proofErr w:type="spellStart"/>
            <w:r w:rsidRPr="009F236B">
              <w:rPr>
                <w:sz w:val="24"/>
                <w:lang w:val="ru-RU"/>
              </w:rPr>
              <w:t>функцію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підтвердження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FF2A501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AB0F7F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224DE01" w14:textId="77777777" w:rsidR="00EE4B87" w:rsidRPr="009F236B" w:rsidRDefault="00811DB6">
            <w:proofErr w:type="spellStart"/>
            <w:r w:rsidRPr="009F236B">
              <w:rPr>
                <w:sz w:val="24"/>
              </w:rPr>
              <w:t>Посилання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принципів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якості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ризик-менеджменту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підтверджує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замість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виробника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уповноваженого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органу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8851323" w14:textId="77777777" w:rsidTr="00D97BDE">
        <w:trPr>
          <w:jc w:val="center"/>
        </w:trPr>
        <w:tc>
          <w:tcPr>
            <w:tcW w:w="2381" w:type="dxa"/>
            <w:vAlign w:val="center"/>
          </w:tcPr>
          <w:p w14:paraId="5D092DC2" w14:textId="77777777" w:rsidR="00EE4B87" w:rsidRPr="009F236B" w:rsidRDefault="00811DB6">
            <w:r w:rsidRPr="009F236B">
              <w:rPr>
                <w:sz w:val="24"/>
              </w:rPr>
              <w:t xml:space="preserve">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</w:t>
            </w:r>
          </w:p>
        </w:tc>
        <w:tc>
          <w:tcPr>
            <w:tcW w:w="3628" w:type="dxa"/>
            <w:vAlign w:val="center"/>
          </w:tcPr>
          <w:p w14:paraId="442D4491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Повністю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принципів</w:t>
            </w:r>
            <w:proofErr w:type="spellEnd"/>
            <w:r w:rsidRPr="009F236B">
              <w:rPr>
                <w:sz w:val="24"/>
              </w:rPr>
              <w:t xml:space="preserve"> 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 з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17AC4765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73BA39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5FEBC2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13485/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14971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Вони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релевантній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частині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джерела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принципів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якості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ризиками</w:t>
            </w:r>
            <w:proofErr w:type="spellEnd"/>
            <w:r w:rsidRPr="009F236B">
              <w:rPr>
                <w:sz w:val="24"/>
                <w:lang w:val="ru-RU"/>
              </w:rPr>
              <w:t xml:space="preserve"> без </w:t>
            </w:r>
            <w:proofErr w:type="spellStart"/>
            <w:r w:rsidRPr="009F236B">
              <w:rPr>
                <w:sz w:val="24"/>
                <w:lang w:val="ru-RU"/>
              </w:rPr>
              <w:t>надання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органу </w:t>
            </w:r>
            <w:proofErr w:type="spellStart"/>
            <w:r w:rsidRPr="009F236B">
              <w:rPr>
                <w:sz w:val="24"/>
                <w:lang w:val="ru-RU"/>
              </w:rPr>
              <w:t>оцінки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31721FF" w14:textId="77777777" w:rsidTr="00D97BDE">
        <w:trPr>
          <w:jc w:val="center"/>
        </w:trPr>
        <w:tc>
          <w:tcPr>
            <w:tcW w:w="2381" w:type="dxa"/>
            <w:vAlign w:val="center"/>
          </w:tcPr>
          <w:p w14:paraId="143BFFEE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Повноваження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відповідальність</w:t>
            </w:r>
            <w:proofErr w:type="spellEnd"/>
          </w:p>
        </w:tc>
        <w:tc>
          <w:tcPr>
            <w:tcW w:w="3628" w:type="dxa"/>
            <w:vAlign w:val="center"/>
          </w:tcPr>
          <w:p w14:paraId="5CD61B9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підготовку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висновків</w:t>
            </w:r>
            <w:proofErr w:type="spellEnd"/>
            <w:r w:rsidRPr="009F236B">
              <w:rPr>
                <w:sz w:val="24"/>
                <w:lang w:val="ru-RU"/>
              </w:rPr>
              <w:t xml:space="preserve">, участь, </w:t>
            </w:r>
            <w:proofErr w:type="spellStart"/>
            <w:r w:rsidRPr="009F236B">
              <w:rPr>
                <w:sz w:val="24"/>
                <w:lang w:val="ru-RU"/>
              </w:rPr>
              <w:t>ініціювання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посадових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CEE1AD2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7587BA6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306487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10DFEAB" w14:textId="77777777" w:rsidTr="00D97BDE">
        <w:trPr>
          <w:jc w:val="center"/>
        </w:trPr>
        <w:tc>
          <w:tcPr>
            <w:tcW w:w="2381" w:type="dxa"/>
            <w:vAlign w:val="center"/>
          </w:tcPr>
          <w:p w14:paraId="39801DF6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Повноваження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відповідальність</w:t>
            </w:r>
            <w:proofErr w:type="spellEnd"/>
          </w:p>
        </w:tc>
        <w:tc>
          <w:tcPr>
            <w:tcW w:w="3628" w:type="dxa"/>
            <w:vAlign w:val="center"/>
          </w:tcPr>
          <w:p w14:paraId="030A368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висновки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ініціювати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обмеження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небезпечного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9DB339C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957BB9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5C4917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F4D575B" w14:textId="77777777" w:rsidTr="00D97BDE">
        <w:trPr>
          <w:jc w:val="center"/>
        </w:trPr>
        <w:tc>
          <w:tcPr>
            <w:tcW w:w="2381" w:type="dxa"/>
            <w:vAlign w:val="center"/>
          </w:tcPr>
          <w:p w14:paraId="10EF9794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Оцінка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</w:p>
        </w:tc>
        <w:tc>
          <w:tcPr>
            <w:tcW w:w="3628" w:type="dxa"/>
            <w:vAlign w:val="center"/>
          </w:tcPr>
          <w:p w14:paraId="5296B7BF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Визначити</w:t>
            </w:r>
            <w:proofErr w:type="spellEnd"/>
            <w:r w:rsidRPr="009F236B">
              <w:rPr>
                <w:sz w:val="24"/>
              </w:rPr>
              <w:t xml:space="preserve"> HTA </w:t>
            </w:r>
            <w:proofErr w:type="spellStart"/>
            <w:r w:rsidRPr="009F236B">
              <w:rPr>
                <w:sz w:val="24"/>
              </w:rPr>
              <w:t>міждисциплінарною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роль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 xml:space="preserve"> - </w:t>
            </w:r>
            <w:proofErr w:type="spellStart"/>
            <w:r w:rsidRPr="009F236B">
              <w:rPr>
                <w:sz w:val="24"/>
              </w:rPr>
              <w:t>технічною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життєво-цикловою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7B13FB74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8A28A3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E9D9AE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мультидисциплінарної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команди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Він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життєво-цикловий</w:t>
            </w:r>
            <w:proofErr w:type="spellEnd"/>
            <w:r w:rsidRPr="009F236B">
              <w:rPr>
                <w:sz w:val="24"/>
                <w:lang w:val="ru-RU"/>
              </w:rPr>
              <w:t xml:space="preserve"> компонент </w:t>
            </w:r>
            <w:r w:rsidRPr="009F236B">
              <w:rPr>
                <w:sz w:val="24"/>
              </w:rPr>
              <w:t>Hospital</w:t>
            </w:r>
            <w:r w:rsidRPr="009F236B">
              <w:rPr>
                <w:sz w:val="24"/>
                <w:lang w:val="ru-RU"/>
              </w:rPr>
              <w:t>-</w:t>
            </w:r>
            <w:r w:rsidRPr="009F236B">
              <w:rPr>
                <w:sz w:val="24"/>
              </w:rPr>
              <w:t>Based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HTA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одноосібно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ефективність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загальну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переможця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A4F8FDD" w14:textId="77777777" w:rsidTr="00D97BDE">
        <w:trPr>
          <w:jc w:val="center"/>
        </w:trPr>
        <w:tc>
          <w:tcPr>
            <w:tcW w:w="2381" w:type="dxa"/>
            <w:vAlign w:val="center"/>
          </w:tcPr>
          <w:p w14:paraId="751D0F0E" w14:textId="77777777" w:rsidR="00EE4B87" w:rsidRPr="009F236B" w:rsidRDefault="00811DB6">
            <w:proofErr w:type="spellStart"/>
            <w:r w:rsidRPr="009F236B">
              <w:rPr>
                <w:sz w:val="24"/>
              </w:rPr>
              <w:t>Оцінка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</w:p>
        </w:tc>
        <w:tc>
          <w:tcPr>
            <w:tcW w:w="3628" w:type="dxa"/>
            <w:vAlign w:val="center"/>
          </w:tcPr>
          <w:p w14:paraId="76D7737C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Виключити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інженера</w:t>
            </w:r>
            <w:proofErr w:type="spellEnd"/>
            <w:r w:rsidRPr="009F236B">
              <w:rPr>
                <w:sz w:val="24"/>
              </w:rPr>
              <w:t xml:space="preserve"> з HTA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закупівельної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оцінки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2764F5D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FCF6B3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351F5C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участі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ЗОЗ </w:t>
            </w:r>
            <w:proofErr w:type="spellStart"/>
            <w:r w:rsidRPr="009F236B">
              <w:rPr>
                <w:sz w:val="24"/>
                <w:lang w:val="ru-RU"/>
              </w:rPr>
              <w:t>потребує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компетентного </w:t>
            </w:r>
            <w:proofErr w:type="spellStart"/>
            <w:r w:rsidRPr="009F236B">
              <w:rPr>
                <w:sz w:val="24"/>
                <w:lang w:val="ru-RU"/>
              </w:rPr>
              <w:t>аналізу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придатності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інфраструктури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цифрової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сумісності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r w:rsidRPr="009F236B">
              <w:rPr>
                <w:sz w:val="24"/>
              </w:rPr>
              <w:t>TCO</w:t>
            </w:r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Остаточні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економічні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закупівельні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залишаються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відповідними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суб’єктами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01EE3F4" w14:textId="77777777" w:rsidTr="00D97BDE">
        <w:trPr>
          <w:jc w:val="center"/>
        </w:trPr>
        <w:tc>
          <w:tcPr>
            <w:tcW w:w="2381" w:type="dxa"/>
            <w:vAlign w:val="center"/>
          </w:tcPr>
          <w:p w14:paraId="394EFBAF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Структура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опису</w:t>
            </w:r>
            <w:proofErr w:type="spellEnd"/>
          </w:p>
        </w:tc>
        <w:tc>
          <w:tcPr>
            <w:tcW w:w="3628" w:type="dxa"/>
            <w:vAlign w:val="center"/>
          </w:tcPr>
          <w:p w14:paraId="261A3FB8" w14:textId="77777777" w:rsidR="00EE4B87" w:rsidRPr="009F236B" w:rsidRDefault="00811DB6">
            <w:proofErr w:type="spellStart"/>
            <w:r w:rsidRPr="009F236B">
              <w:rPr>
                <w:sz w:val="24"/>
              </w:rPr>
              <w:t>Усунути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псевдонаукові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помилки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сформулювати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580B32D6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0AA100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736105F" w14:textId="77777777" w:rsidR="00EE4B87" w:rsidRPr="009F236B" w:rsidRDefault="00811DB6"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очищено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абстрактних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формулювань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конкретні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дії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комунікацію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автономію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1C2AA218" w14:textId="77777777" w:rsidTr="00D97BDE">
        <w:trPr>
          <w:jc w:val="center"/>
        </w:trPr>
        <w:tc>
          <w:tcPr>
            <w:tcW w:w="2381" w:type="dxa"/>
            <w:vAlign w:val="center"/>
          </w:tcPr>
          <w:p w14:paraId="4C1BE081" w14:textId="77777777" w:rsidR="00EE4B87" w:rsidRPr="009F236B" w:rsidRDefault="00811DB6">
            <w:proofErr w:type="spellStart"/>
            <w:r w:rsidRPr="009F236B">
              <w:rPr>
                <w:sz w:val="24"/>
              </w:rPr>
              <w:t>Структура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опису</w:t>
            </w:r>
            <w:proofErr w:type="spellEnd"/>
          </w:p>
        </w:tc>
        <w:tc>
          <w:tcPr>
            <w:tcW w:w="3628" w:type="dxa"/>
            <w:vAlign w:val="center"/>
          </w:tcPr>
          <w:p w14:paraId="64809F0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недоліки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доказом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концептуальної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непридатності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56204DF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C61A85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984F152" w14:textId="77777777" w:rsidR="00EE4B87" w:rsidRPr="009F236B" w:rsidRDefault="00811DB6">
            <w:proofErr w:type="spellStart"/>
            <w:r w:rsidRPr="009F236B">
              <w:rPr>
                <w:sz w:val="24"/>
              </w:rPr>
              <w:t>Редакційні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недоліки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ранньої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версії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підставою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професії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Вони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усунені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повторний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функціональний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аналіз</w:t>
            </w:r>
            <w:proofErr w:type="spellEnd"/>
            <w:r w:rsidRPr="009F236B">
              <w:rPr>
                <w:sz w:val="24"/>
              </w:rPr>
              <w:t xml:space="preserve"> і валідацію.</w:t>
            </w:r>
          </w:p>
        </w:tc>
      </w:tr>
      <w:tr w:rsidR="00EE4B87" w:rsidRPr="009F236B" w14:paraId="656C7A00" w14:textId="77777777" w:rsidTr="00D97BDE">
        <w:trPr>
          <w:jc w:val="center"/>
        </w:trPr>
        <w:tc>
          <w:tcPr>
            <w:tcW w:w="2381" w:type="dxa"/>
            <w:vAlign w:val="center"/>
          </w:tcPr>
          <w:p w14:paraId="2A993B40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Подальша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робота</w:t>
            </w:r>
            <w:proofErr w:type="spellEnd"/>
          </w:p>
        </w:tc>
        <w:tc>
          <w:tcPr>
            <w:tcW w:w="3628" w:type="dxa"/>
            <w:vAlign w:val="center"/>
          </w:tcPr>
          <w:p w14:paraId="5382D97F" w14:textId="77777777" w:rsidR="00EE4B87" w:rsidRPr="009F236B" w:rsidRDefault="00811DB6">
            <w:proofErr w:type="spellStart"/>
            <w:r w:rsidRPr="009F236B">
              <w:rPr>
                <w:sz w:val="24"/>
              </w:rPr>
              <w:t>Залучити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роботодавців</w:t>
            </w:r>
            <w:proofErr w:type="spellEnd"/>
            <w:r w:rsidRPr="009F236B">
              <w:rPr>
                <w:sz w:val="24"/>
              </w:rPr>
              <w:t xml:space="preserve">, ЗОЗ,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освіту</w:t>
            </w:r>
            <w:proofErr w:type="spellEnd"/>
            <w:r w:rsidRPr="009F236B">
              <w:rPr>
                <w:sz w:val="24"/>
              </w:rPr>
              <w:t xml:space="preserve">, ІТ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суміжні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консультацій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перевірки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меж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5DDEAF68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2FC138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87023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Проведення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консультацій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валідації та </w:t>
            </w:r>
            <w:proofErr w:type="spellStart"/>
            <w:r w:rsidRPr="009F236B">
              <w:rPr>
                <w:sz w:val="24"/>
                <w:lang w:val="ru-RU"/>
              </w:rPr>
              <w:t>міжвідомчого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погодження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включено </w:t>
            </w:r>
            <w:r w:rsidRPr="009F236B">
              <w:rPr>
                <w:sz w:val="24"/>
                <w:lang w:val="ru-RU"/>
              </w:rPr>
              <w:lastRenderedPageBreak/>
              <w:t xml:space="preserve">до плану </w:t>
            </w:r>
            <w:proofErr w:type="spellStart"/>
            <w:r w:rsidRPr="009F236B">
              <w:rPr>
                <w:sz w:val="24"/>
                <w:lang w:val="ru-RU"/>
              </w:rPr>
              <w:t>завершення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стандарту;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фіксуються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протоколами і </w:t>
            </w:r>
            <w:proofErr w:type="spellStart"/>
            <w:r w:rsidRPr="009F236B">
              <w:rPr>
                <w:sz w:val="24"/>
                <w:lang w:val="ru-RU"/>
              </w:rPr>
              <w:t>Довідкою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D0870BA" w14:textId="77777777" w:rsidTr="00D97BDE">
        <w:trPr>
          <w:jc w:val="center"/>
        </w:trPr>
        <w:tc>
          <w:tcPr>
            <w:tcW w:w="2381" w:type="dxa"/>
            <w:vAlign w:val="center"/>
          </w:tcPr>
          <w:p w14:paraId="0D914E89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Подальша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робота</w:t>
            </w:r>
            <w:proofErr w:type="spellEnd"/>
          </w:p>
        </w:tc>
        <w:tc>
          <w:tcPr>
            <w:tcW w:w="3628" w:type="dxa"/>
            <w:vAlign w:val="center"/>
          </w:tcPr>
          <w:p w14:paraId="1A7E8CE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Розпочати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з нуля.</w:t>
            </w:r>
          </w:p>
        </w:tc>
        <w:tc>
          <w:tcPr>
            <w:tcW w:w="2721" w:type="dxa"/>
            <w:vAlign w:val="center"/>
          </w:tcPr>
          <w:p w14:paraId="03F03710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17D1CA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7C21E1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Передача контролю над </w:t>
            </w:r>
            <w:proofErr w:type="spellStart"/>
            <w:r w:rsidRPr="009F236B">
              <w:rPr>
                <w:sz w:val="24"/>
                <w:lang w:val="ru-RU"/>
              </w:rPr>
              <w:t>розробленням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організації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вето </w:t>
            </w:r>
            <w:proofErr w:type="spellStart"/>
            <w:r w:rsidRPr="009F236B">
              <w:rPr>
                <w:sz w:val="24"/>
                <w:lang w:val="ru-RU"/>
              </w:rPr>
              <w:t>окремого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стейкхолдера не </w:t>
            </w:r>
            <w:proofErr w:type="spellStart"/>
            <w:r w:rsidRPr="009F236B">
              <w:rPr>
                <w:sz w:val="24"/>
                <w:lang w:val="ru-RU"/>
              </w:rPr>
              <w:t>встановлюється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Консультації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проводяться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врегулювання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розбіжностей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, а </w:t>
            </w:r>
            <w:proofErr w:type="spellStart"/>
            <w:r w:rsidRPr="009F236B">
              <w:rPr>
                <w:sz w:val="24"/>
                <w:lang w:val="ru-RU"/>
              </w:rPr>
              <w:t>мотивоване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3318052" w14:textId="77777777" w:rsidTr="00D97BDE">
        <w:trPr>
          <w:jc w:val="center"/>
        </w:trPr>
        <w:tc>
          <w:tcPr>
            <w:tcW w:w="2381" w:type="dxa"/>
            <w:vAlign w:val="center"/>
          </w:tcPr>
          <w:p w14:paraId="27D987C2" w14:textId="77777777" w:rsidR="00EE4B87" w:rsidRPr="009F236B" w:rsidRDefault="00811DB6">
            <w:r w:rsidRPr="009F236B">
              <w:rPr>
                <w:sz w:val="24"/>
              </w:rPr>
              <w:t xml:space="preserve">Проєкт у </w:t>
            </w:r>
            <w:proofErr w:type="spellStart"/>
            <w:r w:rsidRPr="009F236B">
              <w:rPr>
                <w:sz w:val="24"/>
              </w:rPr>
              <w:t>цілому</w:t>
            </w:r>
            <w:proofErr w:type="spellEnd"/>
          </w:p>
        </w:tc>
        <w:tc>
          <w:tcPr>
            <w:tcW w:w="3628" w:type="dxa"/>
            <w:vAlign w:val="center"/>
          </w:tcPr>
          <w:p w14:paraId="5F39DE7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затверджувати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поданій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Відкликати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розробити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новий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проєкт. </w:t>
            </w:r>
            <w:proofErr w:type="spellStart"/>
            <w:r w:rsidRPr="009F236B">
              <w:rPr>
                <w:sz w:val="24"/>
                <w:lang w:val="ru-RU"/>
              </w:rPr>
              <w:t>Недоліки</w:t>
            </w:r>
            <w:proofErr w:type="spellEnd"/>
            <w:r w:rsidRPr="009F236B">
              <w:rPr>
                <w:sz w:val="24"/>
                <w:lang w:val="ru-RU"/>
              </w:rPr>
              <w:t xml:space="preserve"> є </w:t>
            </w:r>
            <w:proofErr w:type="spellStart"/>
            <w:r w:rsidRPr="009F236B">
              <w:rPr>
                <w:sz w:val="24"/>
                <w:lang w:val="ru-RU"/>
              </w:rPr>
              <w:t>концептуальними</w:t>
            </w:r>
            <w:proofErr w:type="spellEnd"/>
            <w:r w:rsidRPr="009F236B">
              <w:rPr>
                <w:sz w:val="24"/>
                <w:lang w:val="ru-RU"/>
              </w:rPr>
              <w:t xml:space="preserve">: одна </w:t>
            </w:r>
            <w:proofErr w:type="spellStart"/>
            <w:r w:rsidRPr="009F236B">
              <w:rPr>
                <w:sz w:val="24"/>
                <w:lang w:val="ru-RU"/>
              </w:rPr>
              <w:t>кваліфікація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охоплює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кількох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 xml:space="preserve">, тому не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бути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належно</w:t>
            </w:r>
            <w:proofErr w:type="spellEnd"/>
            <w:r w:rsidRPr="009F236B">
              <w:rPr>
                <w:sz w:val="24"/>
                <w:lang w:val="ru-RU"/>
              </w:rPr>
              <w:t xml:space="preserve"> сформована й </w:t>
            </w:r>
            <w:proofErr w:type="spellStart"/>
            <w:r w:rsidRPr="009F236B">
              <w:rPr>
                <w:sz w:val="24"/>
                <w:lang w:val="ru-RU"/>
              </w:rPr>
              <w:t>оцінена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A175B09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7D0C34C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85154D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Вимогу</w:t>
            </w:r>
            <w:proofErr w:type="spellEnd"/>
            <w:r w:rsidRPr="009F236B">
              <w:rPr>
                <w:sz w:val="24"/>
                <w:lang w:val="ru-RU"/>
              </w:rPr>
              <w:t xml:space="preserve"> про </w:t>
            </w:r>
            <w:proofErr w:type="spellStart"/>
            <w:r w:rsidRPr="009F236B">
              <w:rPr>
                <w:sz w:val="24"/>
                <w:lang w:val="ru-RU"/>
              </w:rPr>
              <w:t>відхилення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відкликання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заявки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передачу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суттєве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 та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збереженням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процесуальної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наступності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співрозроблення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9AC302B" w14:textId="77777777" w:rsidTr="00D97BDE">
        <w:trPr>
          <w:jc w:val="center"/>
        </w:trPr>
        <w:tc>
          <w:tcPr>
            <w:tcW w:w="2381" w:type="dxa"/>
            <w:vAlign w:val="center"/>
          </w:tcPr>
          <w:p w14:paraId="5D14A20E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І. </w:t>
            </w:r>
            <w:proofErr w:type="spellStart"/>
            <w:r w:rsidRPr="009F236B">
              <w:rPr>
                <w:sz w:val="24"/>
              </w:rPr>
              <w:t>Назва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>»</w:t>
            </w:r>
          </w:p>
        </w:tc>
        <w:tc>
          <w:tcPr>
            <w:tcW w:w="3628" w:type="dxa"/>
            <w:vAlign w:val="center"/>
          </w:tcPr>
          <w:p w14:paraId="7B99CBD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Зберігати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для стандарту, </w:t>
            </w:r>
            <w:proofErr w:type="spellStart"/>
            <w:r w:rsidRPr="009F236B">
              <w:rPr>
                <w:sz w:val="24"/>
                <w:lang w:val="ru-RU"/>
              </w:rPr>
              <w:t>зміст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якого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обмежений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технологіями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медичним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зберігається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нинішній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інфраструктурно-будівельний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</w:t>
            </w:r>
            <w:proofErr w:type="spellEnd"/>
            <w:r w:rsidRPr="009F236B">
              <w:rPr>
                <w:sz w:val="24"/>
                <w:lang w:val="ru-RU"/>
              </w:rPr>
              <w:t xml:space="preserve"> – </w:t>
            </w:r>
            <w:proofErr w:type="spellStart"/>
            <w:r w:rsidRPr="009F236B">
              <w:rPr>
                <w:sz w:val="24"/>
                <w:lang w:val="ru-RU"/>
              </w:rPr>
              <w:t>змінити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розробляти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стандарт. Проблема не </w:t>
            </w:r>
            <w:proofErr w:type="spellStart"/>
            <w:r w:rsidRPr="009F236B">
              <w:rPr>
                <w:sz w:val="24"/>
                <w:lang w:val="ru-RU"/>
              </w:rPr>
              <w:t>стільки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формальній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скільки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невідповідності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Поточний</w:t>
            </w:r>
            <w:proofErr w:type="spellEnd"/>
            <w:r w:rsidRPr="009F236B">
              <w:rPr>
                <w:sz w:val="24"/>
                <w:lang w:val="ru-RU"/>
              </w:rPr>
              <w:t xml:space="preserve"> текст </w:t>
            </w:r>
            <w:proofErr w:type="spellStart"/>
            <w:r w:rsidRPr="009F236B">
              <w:rPr>
                <w:sz w:val="24"/>
                <w:lang w:val="ru-RU"/>
              </w:rPr>
              <w:t>описує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переважно</w:t>
            </w:r>
            <w:proofErr w:type="spellEnd"/>
            <w:r w:rsidRPr="009F236B">
              <w:rPr>
                <w:sz w:val="24"/>
                <w:lang w:val="ru-RU"/>
              </w:rPr>
              <w:t xml:space="preserve"> головного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фахівця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інфраструктури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 ЗОЗ, а не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62F3394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6BDAA17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D72016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і сам проєкт </w:t>
            </w:r>
            <w:proofErr w:type="spellStart"/>
            <w:r w:rsidRPr="009F236B">
              <w:rPr>
                <w:sz w:val="24"/>
                <w:lang w:val="ru-RU"/>
              </w:rPr>
              <w:t>збережено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Критичні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ранньої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використано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суттєвого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ядра,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та меж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підстав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відмови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перезапуску не </w:t>
            </w:r>
            <w:proofErr w:type="spellStart"/>
            <w:r w:rsidRPr="009F236B">
              <w:rPr>
                <w:sz w:val="24"/>
                <w:lang w:val="ru-RU"/>
              </w:rPr>
              <w:t>встановлено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54FF143" w14:textId="77777777" w:rsidTr="00D97BDE">
        <w:trPr>
          <w:jc w:val="center"/>
        </w:trPr>
        <w:tc>
          <w:tcPr>
            <w:tcW w:w="2381" w:type="dxa"/>
            <w:vAlign w:val="center"/>
          </w:tcPr>
          <w:p w14:paraId="3DC0CF77" w14:textId="77777777" w:rsidR="00EE4B87" w:rsidRPr="009F236B" w:rsidRDefault="00811DB6">
            <w:proofErr w:type="spellStart"/>
            <w:r w:rsidRPr="009F236B">
              <w:rPr>
                <w:sz w:val="24"/>
              </w:rPr>
              <w:t>Мета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28E3ED0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Сформулювати</w:t>
            </w:r>
            <w:proofErr w:type="spellEnd"/>
            <w:r w:rsidRPr="009F236B">
              <w:rPr>
                <w:sz w:val="24"/>
                <w:lang w:val="ru-RU"/>
              </w:rPr>
              <w:t xml:space="preserve"> мету конкретно як </w:t>
            </w:r>
            <w:proofErr w:type="spellStart"/>
            <w:r w:rsidRPr="009F236B">
              <w:rPr>
                <w:sz w:val="24"/>
                <w:lang w:val="ru-RU"/>
              </w:rPr>
              <w:t>безпечне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ефективне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економічно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обґрунтоване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життєвим</w:t>
            </w:r>
            <w:proofErr w:type="spellEnd"/>
            <w:r w:rsidRPr="009F236B">
              <w:rPr>
                <w:sz w:val="24"/>
                <w:lang w:val="ru-RU"/>
              </w:rPr>
              <w:t xml:space="preserve"> циклом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B084B54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83EBB0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99A738E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портфель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</w:t>
            </w:r>
            <w:proofErr w:type="spellEnd"/>
            <w:r w:rsidRPr="009F236B">
              <w:rPr>
                <w:sz w:val="24"/>
              </w:rPr>
              <w:t xml:space="preserve"> закупівель/HTA,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практики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5AADD1D" w14:textId="77777777" w:rsidTr="00D97BDE">
        <w:trPr>
          <w:jc w:val="center"/>
        </w:trPr>
        <w:tc>
          <w:tcPr>
            <w:tcW w:w="2381" w:type="dxa"/>
            <w:vAlign w:val="center"/>
          </w:tcPr>
          <w:p w14:paraId="16E7A003" w14:textId="77777777" w:rsidR="00EE4B87" w:rsidRPr="009F236B" w:rsidRDefault="00811DB6">
            <w:proofErr w:type="spellStart"/>
            <w:r w:rsidRPr="009F236B">
              <w:rPr>
                <w:sz w:val="24"/>
              </w:rPr>
              <w:t>Мета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4EF2528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з мети </w:t>
            </w:r>
            <w:proofErr w:type="spellStart"/>
            <w:r w:rsidRPr="009F236B">
              <w:rPr>
                <w:sz w:val="24"/>
                <w:lang w:val="ru-RU"/>
              </w:rPr>
              <w:t>цифрову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155E5A8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758303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D3F04E0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цифрової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підтримано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ці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частиною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безпечного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але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їх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відокремлені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суміжних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442D974B" w14:textId="77777777" w:rsidTr="00D97BDE">
        <w:trPr>
          <w:jc w:val="center"/>
        </w:trPr>
        <w:tc>
          <w:tcPr>
            <w:tcW w:w="2381" w:type="dxa"/>
            <w:vAlign w:val="center"/>
          </w:tcPr>
          <w:p w14:paraId="66F19645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5D1ED51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архітектуру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будівництво</w:t>
            </w:r>
            <w:proofErr w:type="spellEnd"/>
            <w:r w:rsidRPr="009F236B">
              <w:rPr>
                <w:sz w:val="24"/>
                <w:lang w:val="ru-RU"/>
              </w:rPr>
              <w:t xml:space="preserve"> з ядра стандарту.</w:t>
            </w:r>
          </w:p>
        </w:tc>
        <w:tc>
          <w:tcPr>
            <w:tcW w:w="2721" w:type="dxa"/>
            <w:vAlign w:val="center"/>
          </w:tcPr>
          <w:p w14:paraId="02E2CA00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16C1D44" w14:textId="37921A59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BABAD8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22D008C" w14:textId="77777777" w:rsidTr="00D97BDE">
        <w:trPr>
          <w:jc w:val="center"/>
        </w:trPr>
        <w:tc>
          <w:tcPr>
            <w:tcW w:w="2381" w:type="dxa"/>
            <w:vAlign w:val="center"/>
          </w:tcPr>
          <w:p w14:paraId="2412045F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Види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економічної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623E681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інжинірингові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технічно-консультаційні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сфери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F2CCB79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4869781" w14:textId="3BADA303" w:rsidR="00EE4B87" w:rsidRPr="009F236B" w:rsidRDefault="00EE07AB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A6F12B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Спір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КВЕД </w:t>
            </w:r>
            <w:proofErr w:type="spellStart"/>
            <w:r w:rsidRPr="009F236B">
              <w:rPr>
                <w:sz w:val="24"/>
                <w:lang w:val="ru-RU"/>
              </w:rPr>
              <w:t>усунуто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наскрізну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конкретний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КВЕД у </w:t>
            </w:r>
            <w:proofErr w:type="spellStart"/>
            <w:r w:rsidRPr="009F236B">
              <w:rPr>
                <w:sz w:val="24"/>
                <w:lang w:val="ru-RU"/>
              </w:rPr>
              <w:t>стандарті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використовується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Це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предмета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та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57683A7" w14:textId="77777777" w:rsidTr="00D97BDE">
        <w:trPr>
          <w:jc w:val="center"/>
        </w:trPr>
        <w:tc>
          <w:tcPr>
            <w:tcW w:w="2381" w:type="dxa"/>
            <w:vAlign w:val="center"/>
          </w:tcPr>
          <w:p w14:paraId="637AB23B" w14:textId="77777777" w:rsidR="00EE4B87" w:rsidRPr="009F236B" w:rsidRDefault="00811DB6">
            <w:proofErr w:type="spellStart"/>
            <w:r w:rsidRPr="009F236B">
              <w:rPr>
                <w:sz w:val="24"/>
              </w:rPr>
              <w:t>Рівні</w:t>
            </w:r>
            <w:proofErr w:type="spellEnd"/>
            <w:r w:rsidRPr="009F236B">
              <w:rPr>
                <w:sz w:val="24"/>
              </w:rPr>
              <w:t xml:space="preserve"> НРК</w:t>
            </w:r>
          </w:p>
        </w:tc>
        <w:tc>
          <w:tcPr>
            <w:tcW w:w="3628" w:type="dxa"/>
            <w:vAlign w:val="center"/>
          </w:tcPr>
          <w:p w14:paraId="7514643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Зберегти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на 6 </w:t>
            </w:r>
            <w:proofErr w:type="spellStart"/>
            <w:r w:rsidRPr="009F236B">
              <w:rPr>
                <w:sz w:val="24"/>
                <w:lang w:val="ru-RU"/>
              </w:rPr>
              <w:t>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винести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стратегічні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експертні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керівні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функції</w:t>
            </w:r>
            <w:proofErr w:type="spellEnd"/>
            <w:r w:rsidRPr="009F236B">
              <w:rPr>
                <w:sz w:val="24"/>
                <w:lang w:val="ru-RU"/>
              </w:rPr>
              <w:t xml:space="preserve"> на 7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2A546EB7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4281DE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20FDBF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Запропоновану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архітектуру</w:t>
            </w:r>
            <w:proofErr w:type="spellEnd"/>
            <w:r w:rsidRPr="009F236B">
              <w:rPr>
                <w:sz w:val="24"/>
                <w:lang w:val="ru-RU"/>
              </w:rPr>
              <w:t xml:space="preserve"> 6/7 </w:t>
            </w:r>
            <w:proofErr w:type="spellStart"/>
            <w:r w:rsidRPr="009F236B">
              <w:rPr>
                <w:sz w:val="24"/>
                <w:lang w:val="ru-RU"/>
              </w:rPr>
              <w:t>рівнів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модель </w:t>
            </w:r>
            <w:proofErr w:type="spellStart"/>
            <w:r w:rsidRPr="009F236B">
              <w:rPr>
                <w:sz w:val="24"/>
                <w:lang w:val="ru-RU"/>
              </w:rPr>
              <w:t>містить</w:t>
            </w:r>
            <w:proofErr w:type="spellEnd"/>
            <w:r w:rsidRPr="009F236B">
              <w:rPr>
                <w:sz w:val="24"/>
                <w:lang w:val="ru-RU"/>
              </w:rPr>
              <w:t xml:space="preserve"> одну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НРК; </w:t>
            </w:r>
            <w:proofErr w:type="spellStart"/>
            <w:r w:rsidRPr="009F236B">
              <w:rPr>
                <w:sz w:val="24"/>
                <w:lang w:val="ru-RU"/>
              </w:rPr>
              <w:t>керівні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не є автоматично </w:t>
            </w:r>
            <w:proofErr w:type="spellStart"/>
            <w:r w:rsidRPr="009F236B">
              <w:rPr>
                <w:sz w:val="24"/>
                <w:lang w:val="ru-RU"/>
              </w:rPr>
              <w:t>окремими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16B7214" w14:textId="77777777" w:rsidTr="00D97BDE">
        <w:trPr>
          <w:jc w:val="center"/>
        </w:trPr>
        <w:tc>
          <w:tcPr>
            <w:tcW w:w="2381" w:type="dxa"/>
            <w:vAlign w:val="center"/>
          </w:tcPr>
          <w:p w14:paraId="2EA546E1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Рівні</w:t>
            </w:r>
            <w:proofErr w:type="spellEnd"/>
            <w:r w:rsidRPr="009F236B">
              <w:rPr>
                <w:sz w:val="24"/>
              </w:rPr>
              <w:t xml:space="preserve"> НРК</w:t>
            </w:r>
          </w:p>
        </w:tc>
        <w:tc>
          <w:tcPr>
            <w:tcW w:w="3628" w:type="dxa"/>
            <w:vAlign w:val="center"/>
          </w:tcPr>
          <w:p w14:paraId="159CFBD5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Перенести всю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на 7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НРК.</w:t>
            </w:r>
          </w:p>
        </w:tc>
        <w:tc>
          <w:tcPr>
            <w:tcW w:w="2721" w:type="dxa"/>
            <w:vAlign w:val="center"/>
          </w:tcPr>
          <w:p w14:paraId="4275E8E7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074CD8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FE2F5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віднесено</w:t>
            </w:r>
            <w:proofErr w:type="spellEnd"/>
            <w:r w:rsidRPr="009F236B">
              <w:rPr>
                <w:sz w:val="24"/>
                <w:lang w:val="ru-RU"/>
              </w:rPr>
              <w:t xml:space="preserve"> до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 </w:t>
            </w:r>
            <w:proofErr w:type="spellStart"/>
            <w:r w:rsidRPr="009F236B">
              <w:rPr>
                <w:sz w:val="24"/>
                <w:lang w:val="ru-RU"/>
              </w:rPr>
              <w:t>після</w:t>
            </w:r>
            <w:proofErr w:type="spellEnd"/>
            <w:r w:rsidRPr="009F236B">
              <w:rPr>
                <w:sz w:val="24"/>
                <w:lang w:val="ru-RU"/>
              </w:rPr>
              <w:t xml:space="preserve"> повторного </w:t>
            </w:r>
            <w:proofErr w:type="spellStart"/>
            <w:r w:rsidRPr="009F236B">
              <w:rPr>
                <w:sz w:val="24"/>
                <w:lang w:val="ru-RU"/>
              </w:rPr>
              <w:t>експертного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зіставлення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результатів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Додатком</w:t>
            </w:r>
            <w:proofErr w:type="spellEnd"/>
            <w:r w:rsidRPr="009F236B">
              <w:rPr>
                <w:sz w:val="24"/>
                <w:lang w:val="ru-RU"/>
              </w:rPr>
              <w:t xml:space="preserve"> 5 до </w:t>
            </w:r>
            <w:proofErr w:type="spellStart"/>
            <w:r w:rsidRPr="009F236B">
              <w:rPr>
                <w:sz w:val="24"/>
                <w:lang w:val="ru-RU"/>
              </w:rPr>
              <w:t>Методичних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рекомендацій</w:t>
            </w:r>
            <w:proofErr w:type="spellEnd"/>
            <w:r w:rsidRPr="009F236B">
              <w:rPr>
                <w:sz w:val="24"/>
                <w:lang w:val="ru-RU"/>
              </w:rPr>
              <w:t xml:space="preserve"> НАК.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7 </w:t>
            </w:r>
            <w:proofErr w:type="spellStart"/>
            <w:r w:rsidRPr="009F236B">
              <w:rPr>
                <w:sz w:val="24"/>
                <w:lang w:val="ru-RU"/>
              </w:rPr>
              <w:t>обґрунтовано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складністю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автономією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інтеграцією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інноваційним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удосконаленням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практики та </w:t>
            </w:r>
            <w:proofErr w:type="spellStart"/>
            <w:r w:rsidRPr="009F236B">
              <w:rPr>
                <w:sz w:val="24"/>
                <w:lang w:val="ru-RU"/>
              </w:rPr>
              <w:t>управлінням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а не чужими </w:t>
            </w:r>
            <w:proofErr w:type="spellStart"/>
            <w:r w:rsidRPr="009F236B">
              <w:rPr>
                <w:sz w:val="24"/>
                <w:lang w:val="ru-RU"/>
              </w:rPr>
              <w:t>будівельними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повноваженнями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47A383D" w14:textId="77777777" w:rsidTr="00D97BDE">
        <w:trPr>
          <w:jc w:val="center"/>
        </w:trPr>
        <w:tc>
          <w:tcPr>
            <w:tcW w:w="2381" w:type="dxa"/>
            <w:vAlign w:val="center"/>
          </w:tcPr>
          <w:p w14:paraId="52042FB3" w14:textId="77777777" w:rsidR="00EE4B87" w:rsidRPr="009F236B" w:rsidRDefault="00811DB6">
            <w:proofErr w:type="spellStart"/>
            <w:r w:rsidRPr="009F236B">
              <w:rPr>
                <w:sz w:val="24"/>
              </w:rPr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05A6B5F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Відокремити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посаду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керівних</w:t>
            </w:r>
            <w:proofErr w:type="spellEnd"/>
            <w:r w:rsidRPr="009F236B">
              <w:rPr>
                <w:sz w:val="24"/>
                <w:lang w:val="ru-RU"/>
              </w:rPr>
              <w:t xml:space="preserve"> ролей та </w:t>
            </w:r>
            <w:proofErr w:type="spellStart"/>
            <w:r w:rsidRPr="009F236B">
              <w:rPr>
                <w:sz w:val="24"/>
                <w:lang w:val="ru-RU"/>
              </w:rPr>
              <w:t>перевірити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Класифікатором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7A00A64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1BB7E9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0F5102D" w14:textId="77777777" w:rsidR="00EE4B87" w:rsidRPr="009F236B" w:rsidRDefault="00811DB6"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відокремлено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категорій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керівних</w:t>
            </w:r>
            <w:proofErr w:type="spellEnd"/>
            <w:r w:rsidRPr="009F236B">
              <w:rPr>
                <w:sz w:val="24"/>
                <w:lang w:val="ru-RU"/>
              </w:rPr>
              <w:t xml:space="preserve"> ролей. </w:t>
            </w:r>
            <w:proofErr w:type="spellStart"/>
            <w:r w:rsidRPr="009F236B">
              <w:rPr>
                <w:sz w:val="24"/>
                <w:lang w:val="ru-RU"/>
              </w:rPr>
              <w:t>Остаточне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та коду </w:t>
            </w:r>
            <w:proofErr w:type="spellStart"/>
            <w:r w:rsidRPr="009F236B">
              <w:rPr>
                <w:sz w:val="24"/>
                <w:lang w:val="ru-RU"/>
              </w:rPr>
              <w:t>узгоджується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з ДК 003:2010 і </w:t>
            </w:r>
            <w:proofErr w:type="spellStart"/>
            <w:r w:rsidRPr="009F236B">
              <w:rPr>
                <w:sz w:val="24"/>
                <w:lang w:val="ru-RU"/>
              </w:rPr>
              <w:t>письмовою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позицією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Мінекономіки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якщо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відсутня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класифікаторі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0200E5C" w14:textId="77777777" w:rsidTr="00D97BDE">
        <w:trPr>
          <w:jc w:val="center"/>
        </w:trPr>
        <w:tc>
          <w:tcPr>
            <w:tcW w:w="2381" w:type="dxa"/>
            <w:vAlign w:val="center"/>
          </w:tcPr>
          <w:p w14:paraId="7FCC34E1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581588D5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інформацію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можливі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провідні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керівні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кар’єрні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ролі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рамки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D2F3F33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8986FF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B0CAB99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Пропозицію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розглянуто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суті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але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прийнято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оскільки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вона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звужує</w:t>
            </w:r>
            <w:proofErr w:type="spellEnd"/>
            <w:r w:rsidRPr="009F236B">
              <w:rPr>
                <w:sz w:val="24"/>
              </w:rPr>
              <w:t>/</w:t>
            </w:r>
            <w:proofErr w:type="spellStart"/>
            <w:r w:rsidRPr="009F236B">
              <w:rPr>
                <w:sz w:val="24"/>
              </w:rPr>
              <w:t>змінює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погоджене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фінальній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функціональній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моделі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відповідальності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прийняття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запропонованої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зміни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2785B1E" w14:textId="77777777" w:rsidTr="00D97BDE">
        <w:trPr>
          <w:jc w:val="center"/>
        </w:trPr>
        <w:tc>
          <w:tcPr>
            <w:tcW w:w="2381" w:type="dxa"/>
            <w:vAlign w:val="center"/>
          </w:tcPr>
          <w:p w14:paraId="58D3A9F9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Попередня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</w:p>
        </w:tc>
        <w:tc>
          <w:tcPr>
            <w:tcW w:w="3628" w:type="dxa"/>
            <w:vAlign w:val="center"/>
          </w:tcPr>
          <w:p w14:paraId="4B2CAB6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профільною</w:t>
            </w:r>
            <w:proofErr w:type="spellEnd"/>
            <w:r w:rsidRPr="009F236B">
              <w:rPr>
                <w:sz w:val="24"/>
                <w:lang w:val="ru-RU"/>
              </w:rPr>
              <w:t xml:space="preserve">; для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передбачити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конверсію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практику й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біомедичних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компетентностей.</w:t>
            </w:r>
          </w:p>
        </w:tc>
        <w:tc>
          <w:tcPr>
            <w:tcW w:w="2721" w:type="dxa"/>
            <w:vAlign w:val="center"/>
          </w:tcPr>
          <w:p w14:paraId="0BB817CA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075488C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E6CE420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lastRenderedPageBreak/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3469650" w14:textId="77777777" w:rsidTr="00D97BDE">
        <w:trPr>
          <w:jc w:val="center"/>
        </w:trPr>
        <w:tc>
          <w:tcPr>
            <w:tcW w:w="2381" w:type="dxa"/>
            <w:vAlign w:val="center"/>
          </w:tcPr>
          <w:p w14:paraId="6E4C7047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Попередня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</w:p>
        </w:tc>
        <w:tc>
          <w:tcPr>
            <w:tcW w:w="3628" w:type="dxa"/>
            <w:vAlign w:val="center"/>
          </w:tcPr>
          <w:p w14:paraId="057C409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Зробити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єдиною</w:t>
            </w:r>
            <w:proofErr w:type="spellEnd"/>
            <w:r w:rsidRPr="009F236B">
              <w:rPr>
                <w:sz w:val="24"/>
                <w:lang w:val="ru-RU"/>
              </w:rPr>
              <w:t xml:space="preserve"> допустимою </w:t>
            </w:r>
            <w:proofErr w:type="spellStart"/>
            <w:r w:rsidRPr="009F236B">
              <w:rPr>
                <w:sz w:val="24"/>
                <w:lang w:val="ru-RU"/>
              </w:rPr>
              <w:t>траєкторією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AC6B0CF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379A16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C31F310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1FD1BED7" w14:textId="77777777" w:rsidTr="00D97BDE">
        <w:trPr>
          <w:jc w:val="center"/>
        </w:trPr>
        <w:tc>
          <w:tcPr>
            <w:tcW w:w="2381" w:type="dxa"/>
            <w:vAlign w:val="center"/>
          </w:tcPr>
          <w:p w14:paraId="56014B4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галузей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» у </w:t>
            </w:r>
            <w:proofErr w:type="spellStart"/>
            <w:r w:rsidRPr="009F236B">
              <w:rPr>
                <w:sz w:val="24"/>
                <w:lang w:val="ru-RU"/>
              </w:rPr>
              <w:t>розділі</w:t>
            </w:r>
            <w:proofErr w:type="spellEnd"/>
            <w:r w:rsidRPr="009F236B">
              <w:rPr>
                <w:sz w:val="24"/>
                <w:lang w:val="ru-RU"/>
              </w:rPr>
              <w:t xml:space="preserve"> ІІІ</w:t>
            </w:r>
          </w:p>
        </w:tc>
        <w:tc>
          <w:tcPr>
            <w:tcW w:w="3628" w:type="dxa"/>
            <w:vAlign w:val="center"/>
          </w:tcPr>
          <w:p w14:paraId="0AB30426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Привести до чинного </w:t>
            </w:r>
            <w:proofErr w:type="spellStart"/>
            <w:r w:rsidRPr="009F236B">
              <w:rPr>
                <w:sz w:val="24"/>
                <w:lang w:val="ru-RU"/>
              </w:rPr>
              <w:t>Переліку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галузі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D</w:t>
            </w:r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Бізнес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адміністрування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право», </w:t>
            </w:r>
            <w:r w:rsidRPr="009F236B">
              <w:rPr>
                <w:sz w:val="24"/>
              </w:rPr>
              <w:t>F</w:t>
            </w:r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Інформаційні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»,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>«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виробництво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будівництво</w:t>
            </w:r>
            <w:proofErr w:type="spellEnd"/>
            <w:r w:rsidRPr="009F236B">
              <w:rPr>
                <w:sz w:val="24"/>
                <w:lang w:val="ru-RU"/>
              </w:rPr>
              <w:t xml:space="preserve">»; </w:t>
            </w:r>
            <w:proofErr w:type="spellStart"/>
            <w:r w:rsidRPr="009F236B">
              <w:rPr>
                <w:sz w:val="24"/>
                <w:lang w:val="ru-RU"/>
              </w:rPr>
              <w:t>спеціальності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вказувати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окремо</w:t>
            </w:r>
            <w:proofErr w:type="spellEnd"/>
            <w:r w:rsidRPr="009F236B">
              <w:rPr>
                <w:sz w:val="24"/>
                <w:lang w:val="ru-RU"/>
              </w:rPr>
              <w:t xml:space="preserve"> (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3,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19,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22, </w:t>
            </w:r>
            <w:r w:rsidRPr="009F236B">
              <w:rPr>
                <w:sz w:val="24"/>
              </w:rPr>
              <w:t>F</w:t>
            </w:r>
            <w:r w:rsidRPr="009F236B">
              <w:rPr>
                <w:sz w:val="24"/>
                <w:lang w:val="ru-RU"/>
              </w:rPr>
              <w:t>5–</w:t>
            </w:r>
            <w:r w:rsidRPr="009F236B">
              <w:rPr>
                <w:sz w:val="24"/>
              </w:rPr>
              <w:t>F</w:t>
            </w:r>
            <w:r w:rsidRPr="009F236B">
              <w:rPr>
                <w:sz w:val="24"/>
                <w:lang w:val="ru-RU"/>
              </w:rPr>
              <w:t xml:space="preserve">7 </w:t>
            </w:r>
            <w:proofErr w:type="spellStart"/>
            <w:r w:rsidRPr="009F236B">
              <w:rPr>
                <w:sz w:val="24"/>
                <w:lang w:val="ru-RU"/>
              </w:rPr>
              <w:t>тощо</w:t>
            </w:r>
            <w:proofErr w:type="spellEnd"/>
            <w:r w:rsidRPr="009F236B">
              <w:rPr>
                <w:sz w:val="24"/>
                <w:lang w:val="ru-RU"/>
              </w:rPr>
              <w:t>). «</w:t>
            </w:r>
            <w:proofErr w:type="spellStart"/>
            <w:r w:rsidRPr="009F236B">
              <w:rPr>
                <w:sz w:val="24"/>
                <w:lang w:val="ru-RU"/>
              </w:rPr>
              <w:t>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не є </w:t>
            </w:r>
            <w:proofErr w:type="spellStart"/>
            <w:r w:rsidRPr="009F236B">
              <w:rPr>
                <w:sz w:val="24"/>
                <w:lang w:val="ru-RU"/>
              </w:rPr>
              <w:t>чинними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галузями</w:t>
            </w:r>
            <w:proofErr w:type="spellEnd"/>
            <w:r w:rsidRPr="009F236B">
              <w:rPr>
                <w:sz w:val="24"/>
                <w:lang w:val="ru-RU"/>
              </w:rPr>
              <w:t>; «</w:t>
            </w:r>
            <w:proofErr w:type="spellStart"/>
            <w:r w:rsidRPr="009F236B">
              <w:rPr>
                <w:sz w:val="24"/>
                <w:lang w:val="ru-RU"/>
              </w:rPr>
              <w:t>Електрична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– </w:t>
            </w:r>
            <w:proofErr w:type="spellStart"/>
            <w:r w:rsidRPr="009F236B">
              <w:rPr>
                <w:sz w:val="24"/>
                <w:lang w:val="ru-RU"/>
              </w:rPr>
              <w:t>спеціальність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3; </w:t>
            </w:r>
            <w:proofErr w:type="spellStart"/>
            <w:r w:rsidRPr="009F236B">
              <w:rPr>
                <w:sz w:val="24"/>
                <w:lang w:val="ru-RU"/>
              </w:rPr>
              <w:t>використано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застарілі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0B2CF3E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6C5422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887E10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Неофіційні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подаються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чинні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>22 «</w:t>
            </w:r>
            <w:proofErr w:type="spellStart"/>
            <w:r w:rsidRPr="009F236B">
              <w:rPr>
                <w:sz w:val="24"/>
                <w:lang w:val="ru-RU"/>
              </w:rPr>
              <w:t>Біомедична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зазначається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профільна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траєкторія</w:t>
            </w:r>
            <w:proofErr w:type="spellEnd"/>
            <w:r w:rsidRPr="009F236B">
              <w:rPr>
                <w:sz w:val="24"/>
                <w:lang w:val="ru-RU"/>
              </w:rPr>
              <w:t>; «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r w:rsidRPr="009F236B">
              <w:rPr>
                <w:sz w:val="24"/>
              </w:rPr>
              <w:t>HTM</w:t>
            </w:r>
            <w:r w:rsidRPr="009F236B">
              <w:rPr>
                <w:sz w:val="24"/>
                <w:lang w:val="ru-RU"/>
              </w:rPr>
              <w:t>» та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професійні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освітні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напрями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програм</w:t>
            </w:r>
            <w:proofErr w:type="spellEnd"/>
            <w:r w:rsidRPr="009F236B">
              <w:rPr>
                <w:sz w:val="24"/>
                <w:lang w:val="ru-RU"/>
              </w:rPr>
              <w:t xml:space="preserve">, а не як </w:t>
            </w:r>
            <w:proofErr w:type="spellStart"/>
            <w:r w:rsidRPr="009F236B">
              <w:rPr>
                <w:sz w:val="24"/>
                <w:lang w:val="ru-RU"/>
              </w:rPr>
              <w:t>вигадані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585E4DF" w14:textId="77777777" w:rsidTr="00D97BDE">
        <w:trPr>
          <w:jc w:val="center"/>
        </w:trPr>
        <w:tc>
          <w:tcPr>
            <w:tcW w:w="2381" w:type="dxa"/>
            <w:vAlign w:val="center"/>
          </w:tcPr>
          <w:p w14:paraId="4C92EF0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ІІІ.2. </w:t>
            </w:r>
            <w:proofErr w:type="spellStart"/>
            <w:r w:rsidRPr="009F236B">
              <w:rPr>
                <w:sz w:val="24"/>
                <w:lang w:val="ru-RU"/>
              </w:rPr>
              <w:t>Перепідготовка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включенням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</w:t>
            </w:r>
          </w:p>
        </w:tc>
        <w:tc>
          <w:tcPr>
            <w:tcW w:w="3628" w:type="dxa"/>
            <w:vAlign w:val="center"/>
          </w:tcPr>
          <w:p w14:paraId="3BE8F73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визначати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напрямами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цифрової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– </w:t>
            </w:r>
            <w:proofErr w:type="spellStart"/>
            <w:r w:rsidRPr="009F236B">
              <w:rPr>
                <w:sz w:val="24"/>
                <w:lang w:val="ru-RU"/>
              </w:rPr>
              <w:t>залежно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>.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не є </w:t>
            </w:r>
            <w:proofErr w:type="spellStart"/>
            <w:r w:rsidRPr="009F236B">
              <w:rPr>
                <w:sz w:val="24"/>
                <w:lang w:val="ru-RU"/>
              </w:rPr>
              <w:t>універсальною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компенсує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відсутність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профільної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3602B94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B74B49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741E1F2" w14:textId="77777777" w:rsidR="00EE4B87" w:rsidRPr="009F236B" w:rsidRDefault="00811DB6">
            <w:proofErr w:type="spellStart"/>
            <w:r w:rsidRPr="009F236B">
              <w:rPr>
                <w:sz w:val="24"/>
              </w:rPr>
              <w:t>Фіксована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обов’язкова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перепідготовка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однією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програмою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встановлюється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Безперервний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визначено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реальними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трудовими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функціями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ризиками</w:t>
            </w:r>
            <w:proofErr w:type="spellEnd"/>
            <w:r w:rsidRPr="009F236B">
              <w:rPr>
                <w:sz w:val="24"/>
              </w:rPr>
              <w:t xml:space="preserve">: HTM,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метрологія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цифрова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, 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напрями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1DE49AF" w14:textId="77777777" w:rsidTr="00D97BDE">
        <w:trPr>
          <w:jc w:val="center"/>
        </w:trPr>
        <w:tc>
          <w:tcPr>
            <w:tcW w:w="2381" w:type="dxa"/>
            <w:vAlign w:val="center"/>
          </w:tcPr>
          <w:p w14:paraId="4CA9FE53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Керівництво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стратегія</w:t>
            </w:r>
            <w:proofErr w:type="spellEnd"/>
          </w:p>
        </w:tc>
        <w:tc>
          <w:tcPr>
            <w:tcW w:w="3628" w:type="dxa"/>
            <w:vAlign w:val="center"/>
          </w:tcPr>
          <w:p w14:paraId="308EA2A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Винести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стратегічний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HTM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бюджетування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керівництво</w:t>
            </w:r>
            <w:proofErr w:type="spellEnd"/>
            <w:r w:rsidRPr="009F236B">
              <w:rPr>
                <w:sz w:val="24"/>
                <w:lang w:val="ru-RU"/>
              </w:rPr>
              <w:t xml:space="preserve"> службою на 7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встановити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досвіду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B0294BE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D11201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5087E3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Стратегічний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HTM</w:t>
            </w:r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клініко-інженерними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сформульовано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НРК 7. </w:t>
            </w:r>
            <w:proofErr w:type="spellStart"/>
            <w:r w:rsidRPr="009F236B">
              <w:rPr>
                <w:sz w:val="24"/>
                <w:lang w:val="ru-RU"/>
              </w:rPr>
              <w:t>Водночас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персональне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керівництво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інженерною</w:t>
            </w:r>
            <w:proofErr w:type="spellEnd"/>
            <w:r w:rsidRPr="009F236B">
              <w:rPr>
                <w:sz w:val="24"/>
                <w:lang w:val="ru-RU"/>
              </w:rPr>
              <w:t xml:space="preserve"> службою не є </w:t>
            </w:r>
            <w:proofErr w:type="spellStart"/>
            <w:r w:rsidRPr="009F236B">
              <w:rPr>
                <w:sz w:val="24"/>
                <w:lang w:val="ru-RU"/>
              </w:rPr>
              <w:t>універсальним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обов’язком</w:t>
            </w:r>
            <w:proofErr w:type="spellEnd"/>
            <w:r w:rsidRPr="009F236B">
              <w:rPr>
                <w:sz w:val="24"/>
                <w:lang w:val="ru-RU"/>
              </w:rPr>
              <w:t xml:space="preserve"> кожного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залежить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посади та </w:t>
            </w:r>
            <w:proofErr w:type="spellStart"/>
            <w:r w:rsidRPr="009F236B">
              <w:rPr>
                <w:sz w:val="24"/>
                <w:lang w:val="ru-RU"/>
              </w:rPr>
              <w:t>делегованих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277E634" w14:textId="77777777" w:rsidTr="00D97BDE">
        <w:trPr>
          <w:jc w:val="center"/>
        </w:trPr>
        <w:tc>
          <w:tcPr>
            <w:tcW w:w="2381" w:type="dxa"/>
            <w:vAlign w:val="center"/>
          </w:tcPr>
          <w:p w14:paraId="27BDB2CA" w14:textId="77777777" w:rsidR="00EE4B87" w:rsidRPr="009F236B" w:rsidRDefault="00811DB6">
            <w:proofErr w:type="spellStart"/>
            <w:r w:rsidRPr="009F236B">
              <w:rPr>
                <w:sz w:val="24"/>
              </w:rPr>
              <w:t>Керівництво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стратегія</w:t>
            </w:r>
            <w:proofErr w:type="spellEnd"/>
          </w:p>
        </w:tc>
        <w:tc>
          <w:tcPr>
            <w:tcW w:w="3628" w:type="dxa"/>
            <w:vAlign w:val="center"/>
          </w:tcPr>
          <w:p w14:paraId="3380BEA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Обов’язково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оформити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служби</w:t>
            </w:r>
            <w:proofErr w:type="spellEnd"/>
            <w:r w:rsidRPr="009F236B">
              <w:rPr>
                <w:sz w:val="24"/>
                <w:lang w:val="ru-RU"/>
              </w:rPr>
              <w:t xml:space="preserve">» як </w:t>
            </w:r>
            <w:proofErr w:type="spellStart"/>
            <w:r w:rsidRPr="009F236B">
              <w:rPr>
                <w:sz w:val="24"/>
                <w:lang w:val="ru-RU"/>
              </w:rPr>
              <w:t>окрему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D1F139D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C404D0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9D8852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Назва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керівної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посади не </w:t>
            </w:r>
            <w:proofErr w:type="spellStart"/>
            <w:r w:rsidRPr="009F236B">
              <w:rPr>
                <w:sz w:val="24"/>
                <w:lang w:val="ru-RU"/>
              </w:rPr>
              <w:t>тотожна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. Стандарт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одну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НРК; </w:t>
            </w:r>
            <w:proofErr w:type="spellStart"/>
            <w:r w:rsidRPr="009F236B">
              <w:rPr>
                <w:sz w:val="24"/>
                <w:lang w:val="ru-RU"/>
              </w:rPr>
              <w:t>призначення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керівну</w:t>
            </w:r>
            <w:proofErr w:type="spellEnd"/>
            <w:r w:rsidRPr="009F236B">
              <w:rPr>
                <w:sz w:val="24"/>
                <w:lang w:val="ru-RU"/>
              </w:rPr>
              <w:t xml:space="preserve"> посаду </w:t>
            </w:r>
            <w:proofErr w:type="spellStart"/>
            <w:r w:rsidRPr="009F236B">
              <w:rPr>
                <w:sz w:val="24"/>
                <w:lang w:val="ru-RU"/>
              </w:rPr>
              <w:t>залежить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структури</w:t>
            </w:r>
            <w:proofErr w:type="spellEnd"/>
            <w:r w:rsidRPr="009F236B">
              <w:rPr>
                <w:sz w:val="24"/>
                <w:lang w:val="ru-RU"/>
              </w:rPr>
              <w:t xml:space="preserve"> ЗОЗ, </w:t>
            </w:r>
            <w:proofErr w:type="spellStart"/>
            <w:r w:rsidRPr="009F236B">
              <w:rPr>
                <w:sz w:val="24"/>
                <w:lang w:val="ru-RU"/>
              </w:rPr>
              <w:t>досвіду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посадових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вимог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роботодавця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A668837" w14:textId="77777777" w:rsidTr="00D97BDE">
        <w:trPr>
          <w:jc w:val="center"/>
        </w:trPr>
        <w:tc>
          <w:tcPr>
            <w:tcW w:w="2381" w:type="dxa"/>
            <w:vAlign w:val="center"/>
          </w:tcPr>
          <w:p w14:paraId="7CC740F6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Проєктування, </w:t>
            </w:r>
            <w:proofErr w:type="spellStart"/>
            <w:r w:rsidRPr="009F236B">
              <w:rPr>
                <w:sz w:val="24"/>
                <w:lang w:val="ru-RU"/>
              </w:rPr>
              <w:t>реконструкція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капітальний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ремонт</w:t>
            </w:r>
          </w:p>
        </w:tc>
        <w:tc>
          <w:tcPr>
            <w:tcW w:w="3628" w:type="dxa"/>
            <w:vAlign w:val="center"/>
          </w:tcPr>
          <w:p w14:paraId="0314291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будівельне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проєктування, </w:t>
            </w:r>
            <w:proofErr w:type="spellStart"/>
            <w:r w:rsidRPr="009F236B">
              <w:rPr>
                <w:sz w:val="24"/>
                <w:lang w:val="ru-RU"/>
              </w:rPr>
              <w:t>експертизу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організацію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будівництва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779E7DF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AC1218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E309F92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47D08BC" w14:textId="77777777" w:rsidTr="00D97BDE">
        <w:trPr>
          <w:jc w:val="center"/>
        </w:trPr>
        <w:tc>
          <w:tcPr>
            <w:tcW w:w="2381" w:type="dxa"/>
            <w:vAlign w:val="center"/>
          </w:tcPr>
          <w:p w14:paraId="7A84A08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Проєктування, </w:t>
            </w:r>
            <w:proofErr w:type="spellStart"/>
            <w:r w:rsidRPr="009F236B">
              <w:rPr>
                <w:sz w:val="24"/>
                <w:lang w:val="ru-RU"/>
              </w:rPr>
              <w:t>реконструкція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капітальний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ремонт</w:t>
            </w:r>
          </w:p>
        </w:tc>
        <w:tc>
          <w:tcPr>
            <w:tcW w:w="3628" w:type="dxa"/>
            <w:vAlign w:val="center"/>
          </w:tcPr>
          <w:p w14:paraId="4D10947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Звести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планування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визначення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точки </w:t>
            </w:r>
            <w:proofErr w:type="spellStart"/>
            <w:r w:rsidRPr="009F236B">
              <w:rPr>
                <w:sz w:val="24"/>
                <w:lang w:val="ru-RU"/>
              </w:rPr>
              <w:t>встановлення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конкретного </w:t>
            </w:r>
            <w:proofErr w:type="spellStart"/>
            <w:r w:rsidRPr="009F236B">
              <w:rPr>
                <w:sz w:val="24"/>
                <w:lang w:val="ru-RU"/>
              </w:rPr>
              <w:t>виробу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01BB50E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1FD932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804354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«точки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конкретних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готовність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, не </w:t>
            </w:r>
            <w:proofErr w:type="spellStart"/>
            <w:r w:rsidRPr="009F236B">
              <w:rPr>
                <w:sz w:val="24"/>
                <w:lang w:val="ru-RU"/>
              </w:rPr>
              <w:t>підміняючи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проєктувальників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фізика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8399ED2" w14:textId="77777777" w:rsidTr="00D97BDE">
        <w:trPr>
          <w:jc w:val="center"/>
        </w:trPr>
        <w:tc>
          <w:tcPr>
            <w:tcW w:w="2381" w:type="dxa"/>
            <w:vAlign w:val="center"/>
          </w:tcPr>
          <w:p w14:paraId="2BC4FE9F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інфраструктура</w:t>
            </w:r>
            <w:proofErr w:type="spellEnd"/>
            <w:r w:rsidRPr="009F236B">
              <w:rPr>
                <w:sz w:val="24"/>
              </w:rPr>
              <w:t xml:space="preserve"> ЗОЗ</w:t>
            </w:r>
          </w:p>
        </w:tc>
        <w:tc>
          <w:tcPr>
            <w:tcW w:w="3628" w:type="dxa"/>
            <w:vAlign w:val="center"/>
          </w:tcPr>
          <w:p w14:paraId="3F68E9E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будівлями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ліфтами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енергетикою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екологією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комунальними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системами.</w:t>
            </w:r>
          </w:p>
        </w:tc>
        <w:tc>
          <w:tcPr>
            <w:tcW w:w="2721" w:type="dxa"/>
            <w:vAlign w:val="center"/>
          </w:tcPr>
          <w:p w14:paraId="36E35D4D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4B7F26E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803E373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D1B6093" w14:textId="77777777" w:rsidTr="00D97BDE">
        <w:trPr>
          <w:jc w:val="center"/>
        </w:trPr>
        <w:tc>
          <w:tcPr>
            <w:tcW w:w="2381" w:type="dxa"/>
            <w:vAlign w:val="center"/>
          </w:tcPr>
          <w:p w14:paraId="558EDBA5" w14:textId="77777777" w:rsidR="00EE4B87" w:rsidRPr="009F236B" w:rsidRDefault="00811DB6"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інфраструктура</w:t>
            </w:r>
            <w:proofErr w:type="spellEnd"/>
            <w:r w:rsidRPr="009F236B">
              <w:rPr>
                <w:sz w:val="24"/>
              </w:rPr>
              <w:t xml:space="preserve"> ЗОЗ</w:t>
            </w:r>
          </w:p>
        </w:tc>
        <w:tc>
          <w:tcPr>
            <w:tcW w:w="3628" w:type="dxa"/>
            <w:vAlign w:val="center"/>
          </w:tcPr>
          <w:p w14:paraId="648D1E6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впливу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на </w:t>
            </w:r>
            <w:proofErr w:type="spellStart"/>
            <w:r w:rsidRPr="009F236B">
              <w:rPr>
                <w:sz w:val="24"/>
                <w:lang w:val="ru-RU"/>
              </w:rPr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їх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інфраструктурну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4D56BD5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A96863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A8FDBF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«точки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конкретних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готовність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, не </w:t>
            </w:r>
            <w:proofErr w:type="spellStart"/>
            <w:r w:rsidRPr="009F236B">
              <w:rPr>
                <w:sz w:val="24"/>
                <w:lang w:val="ru-RU"/>
              </w:rPr>
              <w:t>підміняючи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проєктувальників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фізика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FA83C83" w14:textId="77777777" w:rsidTr="00D97BDE">
        <w:trPr>
          <w:jc w:val="center"/>
        </w:trPr>
        <w:tc>
          <w:tcPr>
            <w:tcW w:w="2381" w:type="dxa"/>
            <w:vAlign w:val="center"/>
          </w:tcPr>
          <w:p w14:paraId="1E54DF9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>Е. «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3628" w:type="dxa"/>
            <w:vAlign w:val="center"/>
          </w:tcPr>
          <w:p w14:paraId="391264D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посилання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Зазначити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відповідно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регламентів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застосовних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безпеки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експлуатаційного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контролю. </w:t>
            </w: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стосується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виробництва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лікарських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засобів</w:t>
            </w:r>
            <w:proofErr w:type="spellEnd"/>
            <w:r w:rsidRPr="009F236B">
              <w:rPr>
                <w:sz w:val="24"/>
                <w:lang w:val="ru-RU"/>
              </w:rPr>
              <w:t xml:space="preserve"> і не є </w:t>
            </w:r>
            <w:proofErr w:type="spellStart"/>
            <w:r w:rsidRPr="009F236B">
              <w:rPr>
                <w:sz w:val="24"/>
                <w:lang w:val="ru-RU"/>
              </w:rPr>
              <w:t>загальним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стандартом монтажу,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лікарні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1B29246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AA253E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07ABCC3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</w:rPr>
              <w:t>GMP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універсальну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норму монтажу/</w:t>
            </w:r>
            <w:proofErr w:type="spellStart"/>
            <w:r w:rsidRPr="009F236B">
              <w:rPr>
                <w:sz w:val="24"/>
                <w:lang w:val="ru-RU"/>
              </w:rPr>
              <w:t>експлуатації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. Для </w:t>
            </w:r>
            <w:proofErr w:type="spellStart"/>
            <w:r w:rsidRPr="009F236B">
              <w:rPr>
                <w:sz w:val="24"/>
                <w:lang w:val="ru-RU"/>
              </w:rPr>
              <w:t>чистих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приміщень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конкретні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застосовні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стандарти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r w:rsidRPr="009F236B">
              <w:rPr>
                <w:sz w:val="24"/>
              </w:rPr>
              <w:t>GEP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слугувати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загальною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орієнтацією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замінює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нормативні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джерела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BA160CE" w14:textId="77777777" w:rsidTr="00D97BDE">
        <w:trPr>
          <w:jc w:val="center"/>
        </w:trPr>
        <w:tc>
          <w:tcPr>
            <w:tcW w:w="2381" w:type="dxa"/>
            <w:vAlign w:val="center"/>
          </w:tcPr>
          <w:p w14:paraId="042645DC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</w:t>
            </w:r>
          </w:p>
        </w:tc>
        <w:tc>
          <w:tcPr>
            <w:tcW w:w="3628" w:type="dxa"/>
            <w:vAlign w:val="center"/>
          </w:tcPr>
          <w:p w14:paraId="4B52BB59" w14:textId="77777777" w:rsidR="00EE4B87" w:rsidRPr="009F236B" w:rsidRDefault="00811DB6">
            <w:proofErr w:type="spellStart"/>
            <w:r w:rsidRPr="009F236B">
              <w:rPr>
                <w:sz w:val="24"/>
              </w:rPr>
              <w:t>Переформулювати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принципів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якості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ризик-менеджменту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підтвердження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відповідності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3FEA288A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521FC7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3E036C1" w14:textId="77777777" w:rsidR="00EE4B87" w:rsidRPr="009F236B" w:rsidRDefault="00811DB6">
            <w:proofErr w:type="spellStart"/>
            <w:r w:rsidRPr="009F236B">
              <w:rPr>
                <w:sz w:val="24"/>
              </w:rPr>
              <w:t>Посилання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принципів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якості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ризик-менеджменту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підтверджує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замість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виробника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уповноваженого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органу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C2B6474" w14:textId="77777777" w:rsidTr="00D97BDE">
        <w:trPr>
          <w:jc w:val="center"/>
        </w:trPr>
        <w:tc>
          <w:tcPr>
            <w:tcW w:w="2381" w:type="dxa"/>
            <w:vAlign w:val="center"/>
          </w:tcPr>
          <w:p w14:paraId="590B9EBE" w14:textId="77777777" w:rsidR="00EE4B87" w:rsidRPr="009F236B" w:rsidRDefault="00811DB6">
            <w:r w:rsidRPr="009F236B">
              <w:rPr>
                <w:sz w:val="24"/>
              </w:rPr>
              <w:t xml:space="preserve">ISO 13485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ISO 14971</w:t>
            </w:r>
          </w:p>
        </w:tc>
        <w:tc>
          <w:tcPr>
            <w:tcW w:w="3628" w:type="dxa"/>
            <w:vAlign w:val="center"/>
          </w:tcPr>
          <w:p w14:paraId="2DD5CC0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стандартів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E01A6D9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206ABF68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A3DB3E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13485/</w:t>
            </w:r>
            <w:r w:rsidRPr="009F236B">
              <w:rPr>
                <w:sz w:val="24"/>
              </w:rPr>
              <w:t>ISO</w:t>
            </w:r>
            <w:r w:rsidRPr="009F236B">
              <w:rPr>
                <w:sz w:val="24"/>
                <w:lang w:val="ru-RU"/>
              </w:rPr>
              <w:t xml:space="preserve"> 14971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Вони </w:t>
            </w:r>
            <w:proofErr w:type="spellStart"/>
            <w:r w:rsidRPr="009F236B">
              <w:rPr>
                <w:sz w:val="24"/>
                <w:lang w:val="ru-RU"/>
              </w:rPr>
              <w:t>використовуються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релевантній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частині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джерела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принципів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якості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ризиками</w:t>
            </w:r>
            <w:proofErr w:type="spellEnd"/>
            <w:r w:rsidRPr="009F236B">
              <w:rPr>
                <w:sz w:val="24"/>
                <w:lang w:val="ru-RU"/>
              </w:rPr>
              <w:t xml:space="preserve"> без </w:t>
            </w:r>
            <w:proofErr w:type="spellStart"/>
            <w:r w:rsidRPr="009F236B">
              <w:rPr>
                <w:sz w:val="24"/>
                <w:lang w:val="ru-RU"/>
              </w:rPr>
              <w:t>надання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органу </w:t>
            </w:r>
            <w:proofErr w:type="spellStart"/>
            <w:r w:rsidRPr="009F236B">
              <w:rPr>
                <w:sz w:val="24"/>
                <w:lang w:val="ru-RU"/>
              </w:rPr>
              <w:t>оцінки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відповідності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4B0A4A37" w14:textId="77777777" w:rsidTr="00D97BDE">
        <w:trPr>
          <w:jc w:val="center"/>
        </w:trPr>
        <w:tc>
          <w:tcPr>
            <w:tcW w:w="2381" w:type="dxa"/>
            <w:vAlign w:val="center"/>
          </w:tcPr>
          <w:p w14:paraId="57B9B78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Л.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самостійне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усунення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несправностей</w:t>
            </w:r>
            <w:proofErr w:type="spellEnd"/>
          </w:p>
        </w:tc>
        <w:tc>
          <w:tcPr>
            <w:tcW w:w="3628" w:type="dxa"/>
            <w:vAlign w:val="center"/>
          </w:tcPr>
          <w:p w14:paraId="0AC31DA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документацією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компетентністю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персоналу, </w:t>
            </w:r>
            <w:proofErr w:type="spellStart"/>
            <w:r w:rsidRPr="009F236B">
              <w:rPr>
                <w:sz w:val="24"/>
                <w:lang w:val="ru-RU"/>
              </w:rPr>
              <w:t>наявністю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дозволених</w:t>
            </w:r>
            <w:proofErr w:type="spellEnd"/>
            <w:r w:rsidRPr="009F236B">
              <w:rPr>
                <w:sz w:val="24"/>
                <w:lang w:val="ru-RU"/>
              </w:rPr>
              <w:t xml:space="preserve"> процедур, </w:t>
            </w:r>
            <w:proofErr w:type="spellStart"/>
            <w:r w:rsidRPr="009F236B">
              <w:rPr>
                <w:sz w:val="24"/>
                <w:lang w:val="ru-RU"/>
              </w:rPr>
              <w:t>засобів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вимірювання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договорів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із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виробником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авторизованим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сервісом</w:t>
            </w:r>
            <w:proofErr w:type="spellEnd"/>
            <w:r w:rsidRPr="009F236B">
              <w:rPr>
                <w:sz w:val="24"/>
                <w:lang w:val="ru-RU"/>
              </w:rPr>
              <w:t xml:space="preserve">. Не </w:t>
            </w:r>
            <w:proofErr w:type="spellStart"/>
            <w:r w:rsidRPr="009F236B">
              <w:rPr>
                <w:sz w:val="24"/>
                <w:lang w:val="ru-RU"/>
              </w:rPr>
              <w:t>всі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можуть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ремонтуватися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калібруватися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штатним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працівником</w:t>
            </w:r>
            <w:proofErr w:type="spellEnd"/>
            <w:r w:rsidRPr="009F236B">
              <w:rPr>
                <w:sz w:val="24"/>
                <w:lang w:val="ru-RU"/>
              </w:rPr>
              <w:t xml:space="preserve"> ЗОЗ. </w:t>
            </w:r>
            <w:proofErr w:type="spellStart"/>
            <w:r w:rsidRPr="009F236B">
              <w:rPr>
                <w:sz w:val="24"/>
                <w:lang w:val="ru-RU"/>
              </w:rPr>
              <w:t>Узагальнене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пацієнта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порушення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гарантійних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регуляторних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A552E16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0D5F87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BA95AB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первинну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електробезпеку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акредитації</w:t>
            </w:r>
            <w:proofErr w:type="spellEnd"/>
            <w:r w:rsidRPr="009F236B">
              <w:rPr>
                <w:sz w:val="24"/>
                <w:lang w:val="ru-RU"/>
              </w:rPr>
              <w:t xml:space="preserve">, простежуваності та </w:t>
            </w:r>
            <w:proofErr w:type="spellStart"/>
            <w:r w:rsidRPr="009F236B">
              <w:rPr>
                <w:sz w:val="24"/>
                <w:lang w:val="ru-RU"/>
              </w:rPr>
              <w:t>післясервісного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3C15112" w14:textId="77777777" w:rsidTr="00D97BDE">
        <w:trPr>
          <w:jc w:val="center"/>
        </w:trPr>
        <w:tc>
          <w:tcPr>
            <w:tcW w:w="2381" w:type="dxa"/>
            <w:vAlign w:val="center"/>
          </w:tcPr>
          <w:p w14:paraId="64CE061B" w14:textId="77777777" w:rsidR="00EE4B87" w:rsidRPr="009F236B" w:rsidRDefault="00811DB6">
            <w:r w:rsidRPr="009F236B">
              <w:rPr>
                <w:sz w:val="24"/>
              </w:rPr>
              <w:lastRenderedPageBreak/>
              <w:t>ІТ-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</w:p>
        </w:tc>
        <w:tc>
          <w:tcPr>
            <w:tcW w:w="3628" w:type="dxa"/>
            <w:vAlign w:val="center"/>
          </w:tcPr>
          <w:p w14:paraId="4ECD29C0" w14:textId="77777777" w:rsidR="00EE4B87" w:rsidRPr="009F236B" w:rsidRDefault="00811DB6"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пристроїв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адміністрування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мереж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серверів</w:t>
            </w:r>
            <w:proofErr w:type="spellEnd"/>
            <w:r w:rsidRPr="009F236B">
              <w:rPr>
                <w:sz w:val="24"/>
              </w:rPr>
              <w:t xml:space="preserve"> і кібербезпеки.</w:t>
            </w:r>
          </w:p>
        </w:tc>
        <w:tc>
          <w:tcPr>
            <w:tcW w:w="2721" w:type="dxa"/>
            <w:vAlign w:val="center"/>
          </w:tcPr>
          <w:p w14:paraId="2FC792D4" w14:textId="77777777" w:rsidR="00EE4B87" w:rsidRPr="009F236B" w:rsidRDefault="00811DB6">
            <w:proofErr w:type="spellStart"/>
            <w:r w:rsidRPr="009F236B">
              <w:rPr>
                <w:sz w:val="24"/>
              </w:rPr>
              <w:t>Олександр</w:t>
            </w:r>
            <w:proofErr w:type="spellEnd"/>
            <w:r w:rsidRPr="009F236B">
              <w:rPr>
                <w:sz w:val="24"/>
              </w:rPr>
              <w:t xml:space="preserve"> Бесараб,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трансляційної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біоінженерії</w:t>
            </w:r>
            <w:proofErr w:type="spellEnd"/>
            <w:r w:rsidRPr="009F236B">
              <w:rPr>
                <w:sz w:val="24"/>
              </w:rPr>
              <w:t xml:space="preserve"> КПІ </w:t>
            </w:r>
            <w:proofErr w:type="spellStart"/>
            <w:r w:rsidRPr="009F236B">
              <w:rPr>
                <w:sz w:val="24"/>
              </w:rPr>
              <w:t>ім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6588DF5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E4AB9A8" w14:textId="77777777" w:rsidR="00EE4B87" w:rsidRPr="009F236B" w:rsidRDefault="00811DB6">
            <w:proofErr w:type="spellStart"/>
            <w:r w:rsidRPr="009F236B">
              <w:rPr>
                <w:sz w:val="24"/>
              </w:rPr>
              <w:t>Цифрову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компетентність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обмежено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пристроями</w:t>
            </w:r>
            <w:proofErr w:type="spellEnd"/>
            <w:r w:rsidRPr="009F236B">
              <w:rPr>
                <w:sz w:val="24"/>
              </w:rPr>
              <w:t xml:space="preserve">: DICOM/HL7/FHIR/ISO/IEEE 11073, валідація </w:t>
            </w:r>
            <w:proofErr w:type="spellStart"/>
            <w:r w:rsidRPr="009F236B">
              <w:rPr>
                <w:sz w:val="24"/>
              </w:rPr>
              <w:t>інтерфейсів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 IoMT </w:t>
            </w:r>
            <w:proofErr w:type="spellStart"/>
            <w:r w:rsidRPr="009F236B">
              <w:rPr>
                <w:sz w:val="24"/>
              </w:rPr>
              <w:t>виконуються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взаємодії</w:t>
            </w:r>
            <w:proofErr w:type="spellEnd"/>
            <w:r w:rsidRPr="009F236B">
              <w:rPr>
                <w:sz w:val="24"/>
              </w:rPr>
              <w:t xml:space="preserve"> з ІТ і </w:t>
            </w:r>
            <w:proofErr w:type="spellStart"/>
            <w:r w:rsidRPr="009F236B">
              <w:rPr>
                <w:sz w:val="24"/>
              </w:rPr>
              <w:t>кібербезпекою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FC36B2E" w14:textId="77777777" w:rsidTr="00D97BDE">
        <w:trPr>
          <w:jc w:val="center"/>
        </w:trPr>
        <w:tc>
          <w:tcPr>
            <w:tcW w:w="2381" w:type="dxa"/>
            <w:vAlign w:val="center"/>
          </w:tcPr>
          <w:p w14:paraId="5A502715" w14:textId="77777777" w:rsidR="00EE4B87" w:rsidRPr="009F236B" w:rsidRDefault="00811DB6">
            <w:r w:rsidRPr="009F236B">
              <w:rPr>
                <w:sz w:val="24"/>
              </w:rPr>
              <w:t>ІТ-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</w:p>
        </w:tc>
        <w:tc>
          <w:tcPr>
            <w:tcW w:w="3628" w:type="dxa"/>
            <w:vAlign w:val="center"/>
          </w:tcPr>
          <w:p w14:paraId="4FF8411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Обов’язково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винести</w:t>
            </w:r>
            <w:proofErr w:type="spellEnd"/>
            <w:r w:rsidRPr="009F236B">
              <w:rPr>
                <w:sz w:val="24"/>
                <w:lang w:val="ru-RU"/>
              </w:rPr>
              <w:t xml:space="preserve"> всю </w:t>
            </w:r>
            <w:proofErr w:type="spellStart"/>
            <w:r w:rsidRPr="009F236B">
              <w:rPr>
                <w:sz w:val="24"/>
                <w:lang w:val="ru-RU"/>
              </w:rPr>
              <w:t>цифрову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окрему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та </w:t>
            </w: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базових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компетентностей.</w:t>
            </w:r>
          </w:p>
        </w:tc>
        <w:tc>
          <w:tcPr>
            <w:tcW w:w="2721" w:type="dxa"/>
            <w:vAlign w:val="center"/>
          </w:tcPr>
          <w:p w14:paraId="01E62837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75A1681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C226D2E" w14:textId="77777777" w:rsidR="00EE4B87" w:rsidRPr="009F236B" w:rsidRDefault="00811DB6">
            <w:proofErr w:type="spellStart"/>
            <w:r w:rsidRPr="009F236B">
              <w:rPr>
                <w:sz w:val="24"/>
              </w:rPr>
              <w:t>Цифрову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пристроїв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вилучено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оскільки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інтероперабельність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кіберризик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частиною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сучасних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Водночас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адміністрування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систем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загальну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кібербезпекову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політику</w:t>
            </w:r>
            <w:proofErr w:type="spellEnd"/>
            <w:r w:rsidRPr="009F236B">
              <w:rPr>
                <w:sz w:val="24"/>
              </w:rPr>
              <w:t xml:space="preserve"> ЗОЗ.</w:t>
            </w:r>
          </w:p>
        </w:tc>
      </w:tr>
      <w:tr w:rsidR="00EE4B87" w:rsidRPr="009F236B" w14:paraId="0C89AD5B" w14:textId="77777777" w:rsidTr="00D97BDE">
        <w:trPr>
          <w:jc w:val="center"/>
        </w:trPr>
        <w:tc>
          <w:tcPr>
            <w:tcW w:w="2381" w:type="dxa"/>
            <w:vAlign w:val="center"/>
          </w:tcPr>
          <w:p w14:paraId="66F3AC02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М.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</w:p>
        </w:tc>
        <w:tc>
          <w:tcPr>
            <w:tcW w:w="3628" w:type="dxa"/>
            <w:vAlign w:val="center"/>
          </w:tcPr>
          <w:p w14:paraId="2D1AC2F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на «участь у </w:t>
            </w:r>
            <w:proofErr w:type="spellStart"/>
            <w:r w:rsidRPr="009F236B">
              <w:rPr>
                <w:sz w:val="24"/>
                <w:lang w:val="ru-RU"/>
              </w:rPr>
              <w:t>госпітальній</w:t>
            </w:r>
            <w:proofErr w:type="spellEnd"/>
            <w:r w:rsidRPr="009F236B">
              <w:rPr>
                <w:sz w:val="24"/>
                <w:lang w:val="ru-RU"/>
              </w:rPr>
              <w:t xml:space="preserve"> ОМТ та </w:t>
            </w:r>
            <w:proofErr w:type="spellStart"/>
            <w:r w:rsidRPr="009F236B">
              <w:rPr>
                <w:sz w:val="24"/>
                <w:lang w:val="ru-RU"/>
              </w:rPr>
              <w:t>закупівлях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частині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 xml:space="preserve">». </w:t>
            </w:r>
            <w:r w:rsidRPr="009F236B">
              <w:rPr>
                <w:sz w:val="24"/>
              </w:rPr>
              <w:t>HTA</w:t>
            </w:r>
            <w:r w:rsidRPr="009F236B">
              <w:rPr>
                <w:sz w:val="24"/>
                <w:lang w:val="ru-RU"/>
              </w:rPr>
              <w:t xml:space="preserve"> є </w:t>
            </w:r>
            <w:proofErr w:type="spellStart"/>
            <w:r w:rsidRPr="009F236B">
              <w:rPr>
                <w:sz w:val="24"/>
                <w:lang w:val="ru-RU"/>
              </w:rPr>
              <w:t>міждисциплінарним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процесом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висновок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дорівнює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оцінці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ефективності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економічної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загальної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цінності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6B52E7A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FC4EE7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0FE081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мультидисциплінарної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команди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Він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життєво-цикловий</w:t>
            </w:r>
            <w:proofErr w:type="spellEnd"/>
            <w:r w:rsidRPr="009F236B">
              <w:rPr>
                <w:sz w:val="24"/>
                <w:lang w:val="ru-RU"/>
              </w:rPr>
              <w:t xml:space="preserve"> компонент </w:t>
            </w:r>
            <w:r w:rsidRPr="009F236B">
              <w:rPr>
                <w:sz w:val="24"/>
              </w:rPr>
              <w:t>Hospital</w:t>
            </w:r>
            <w:r w:rsidRPr="009F236B">
              <w:rPr>
                <w:sz w:val="24"/>
                <w:lang w:val="ru-RU"/>
              </w:rPr>
              <w:t>-</w:t>
            </w:r>
            <w:r w:rsidRPr="009F236B">
              <w:rPr>
                <w:sz w:val="24"/>
              </w:rPr>
              <w:t>Based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HTA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одноосібно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ефективність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загальну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переможця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31F6C4A6" w14:textId="77777777" w:rsidTr="00D97BDE">
        <w:trPr>
          <w:jc w:val="center"/>
        </w:trPr>
        <w:tc>
          <w:tcPr>
            <w:tcW w:w="2381" w:type="dxa"/>
            <w:vAlign w:val="center"/>
          </w:tcPr>
          <w:p w14:paraId="18CC42B8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П.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 xml:space="preserve"> та «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що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впливають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вибір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постачальника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3628" w:type="dxa"/>
            <w:vAlign w:val="center"/>
          </w:tcPr>
          <w:p w14:paraId="6F284B5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неупереджених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функціональних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технічною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експертизою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пропозицій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складі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комісії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змішування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експертизи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повноваженнями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уповноважених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закупівельних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комісій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потребує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антикорупційних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запобіжників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Роботи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електроустановками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аварійними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системами </w:t>
            </w:r>
            <w:proofErr w:type="spellStart"/>
            <w:r w:rsidRPr="009F236B">
              <w:rPr>
                <w:sz w:val="24"/>
                <w:lang w:val="ru-RU"/>
              </w:rPr>
              <w:t>потребують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допусків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розподілу</w:t>
            </w:r>
            <w:proofErr w:type="spellEnd"/>
            <w:r w:rsidRPr="009F236B">
              <w:rPr>
                <w:sz w:val="24"/>
                <w:lang w:val="ru-RU"/>
              </w:rPr>
              <w:t xml:space="preserve"> ролей і </w:t>
            </w:r>
            <w:proofErr w:type="spellStart"/>
            <w:r w:rsidRPr="009F236B">
              <w:rPr>
                <w:sz w:val="24"/>
                <w:lang w:val="ru-RU"/>
              </w:rPr>
              <w:t>командної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взаємодії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7DEE872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3D886542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4A17AF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мультидисциплінарної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команди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Він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життєво-цикловий</w:t>
            </w:r>
            <w:proofErr w:type="spellEnd"/>
            <w:r w:rsidRPr="009F236B">
              <w:rPr>
                <w:sz w:val="24"/>
                <w:lang w:val="ru-RU"/>
              </w:rPr>
              <w:t xml:space="preserve"> компонент </w:t>
            </w:r>
            <w:r w:rsidRPr="009F236B">
              <w:rPr>
                <w:sz w:val="24"/>
              </w:rPr>
              <w:t>Hospital</w:t>
            </w:r>
            <w:r w:rsidRPr="009F236B">
              <w:rPr>
                <w:sz w:val="24"/>
                <w:lang w:val="ru-RU"/>
              </w:rPr>
              <w:t>-</w:t>
            </w:r>
            <w:r w:rsidRPr="009F236B">
              <w:rPr>
                <w:sz w:val="24"/>
              </w:rPr>
              <w:t>Based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HTA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одноосібно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ефективність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загальну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переможця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DCC3117" w14:textId="77777777" w:rsidTr="00D97BDE">
        <w:trPr>
          <w:jc w:val="center"/>
        </w:trPr>
        <w:tc>
          <w:tcPr>
            <w:tcW w:w="2381" w:type="dxa"/>
            <w:vAlign w:val="center"/>
          </w:tcPr>
          <w:p w14:paraId="62E2DE4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 xml:space="preserve">С. </w:t>
            </w:r>
            <w:proofErr w:type="spellStart"/>
            <w:r w:rsidRPr="009F236B">
              <w:rPr>
                <w:sz w:val="24"/>
                <w:lang w:val="ru-RU"/>
              </w:rPr>
              <w:t>Надзвичайні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ситуації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перемикання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живлення</w:t>
            </w:r>
            <w:proofErr w:type="spellEnd"/>
            <w:r w:rsidRPr="009F236B">
              <w:rPr>
                <w:sz w:val="24"/>
                <w:lang w:val="ru-RU"/>
              </w:rPr>
              <w:t>, «</w:t>
            </w:r>
            <w:proofErr w:type="spellStart"/>
            <w:r w:rsidRPr="009F236B">
              <w:rPr>
                <w:sz w:val="24"/>
                <w:lang w:val="ru-RU"/>
              </w:rPr>
              <w:t>повна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відповідальність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3628" w:type="dxa"/>
            <w:vAlign w:val="center"/>
          </w:tcPr>
          <w:p w14:paraId="34756E8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Залишити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аварійних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протоколів</w:t>
            </w:r>
            <w:proofErr w:type="spellEnd"/>
            <w:r w:rsidRPr="009F236B">
              <w:rPr>
                <w:sz w:val="24"/>
                <w:lang w:val="ru-RU"/>
              </w:rPr>
              <w:t xml:space="preserve"> і участь у </w:t>
            </w:r>
            <w:proofErr w:type="spellStart"/>
            <w:r w:rsidRPr="009F236B">
              <w:rPr>
                <w:sz w:val="24"/>
                <w:lang w:val="ru-RU"/>
              </w:rPr>
              <w:t>реагуванні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посадових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</w:t>
            </w:r>
            <w:proofErr w:type="spellStart"/>
            <w:r w:rsidRPr="009F236B">
              <w:rPr>
                <w:sz w:val="24"/>
                <w:lang w:val="ru-RU"/>
              </w:rPr>
              <w:t>перемикати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електроживлення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життєво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важливі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системи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Роботи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електроустановками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аварійними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системами </w:t>
            </w:r>
            <w:proofErr w:type="spellStart"/>
            <w:r w:rsidRPr="009F236B">
              <w:rPr>
                <w:sz w:val="24"/>
                <w:lang w:val="ru-RU"/>
              </w:rPr>
              <w:t>потребують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допусків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розподілу</w:t>
            </w:r>
            <w:proofErr w:type="spellEnd"/>
            <w:r w:rsidRPr="009F236B">
              <w:rPr>
                <w:sz w:val="24"/>
                <w:lang w:val="ru-RU"/>
              </w:rPr>
              <w:t xml:space="preserve"> ролей і </w:t>
            </w:r>
            <w:proofErr w:type="spellStart"/>
            <w:r w:rsidRPr="009F236B">
              <w:rPr>
                <w:sz w:val="24"/>
                <w:lang w:val="ru-RU"/>
              </w:rPr>
              <w:t>командної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взаємодії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81E281B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57F55F5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B5743A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76B47CA7" w14:textId="77777777" w:rsidTr="00D97BDE">
        <w:trPr>
          <w:jc w:val="center"/>
        </w:trPr>
        <w:tc>
          <w:tcPr>
            <w:tcW w:w="2381" w:type="dxa"/>
            <w:vAlign w:val="center"/>
          </w:tcPr>
          <w:p w14:paraId="7D84394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мати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</w:t>
            </w:r>
            <w:proofErr w:type="spellStart"/>
            <w:r w:rsidRPr="009F236B">
              <w:rPr>
                <w:sz w:val="24"/>
                <w:lang w:val="ru-RU"/>
              </w:rPr>
              <w:t>затверджувати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зупиняти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скасовувати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приймати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3628" w:type="dxa"/>
            <w:vAlign w:val="center"/>
          </w:tcPr>
          <w:p w14:paraId="5495AD7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на «</w:t>
            </w:r>
            <w:proofErr w:type="spellStart"/>
            <w:r w:rsidRPr="009F236B">
              <w:rPr>
                <w:sz w:val="24"/>
                <w:lang w:val="ru-RU"/>
              </w:rPr>
              <w:t>готувати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висновки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брати</w:t>
            </w:r>
            <w:proofErr w:type="spellEnd"/>
            <w:r w:rsidRPr="009F236B">
              <w:rPr>
                <w:sz w:val="24"/>
                <w:lang w:val="ru-RU"/>
              </w:rPr>
              <w:t xml:space="preserve"> участь», «</w:t>
            </w:r>
            <w:proofErr w:type="spellStart"/>
            <w:r w:rsidRPr="009F236B">
              <w:rPr>
                <w:sz w:val="24"/>
                <w:lang w:val="ru-RU"/>
              </w:rPr>
              <w:t>ініціювати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повідомляти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уповноважену</w:t>
            </w:r>
            <w:proofErr w:type="spellEnd"/>
            <w:r w:rsidRPr="009F236B">
              <w:rPr>
                <w:sz w:val="24"/>
                <w:lang w:val="ru-RU"/>
              </w:rPr>
              <w:t xml:space="preserve"> особу», «</w:t>
            </w:r>
            <w:proofErr w:type="spellStart"/>
            <w:r w:rsidRPr="009F236B">
              <w:rPr>
                <w:sz w:val="24"/>
                <w:lang w:val="ru-RU"/>
              </w:rPr>
              <w:t>діяти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наданих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».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не </w:t>
            </w:r>
            <w:proofErr w:type="spellStart"/>
            <w:r w:rsidRPr="009F236B">
              <w:rPr>
                <w:sz w:val="24"/>
                <w:lang w:val="ru-RU"/>
              </w:rPr>
              <w:t>створює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владних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дозвільних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і не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підміняти</w:t>
            </w:r>
            <w:proofErr w:type="spellEnd"/>
            <w:r w:rsidRPr="009F236B">
              <w:rPr>
                <w:sz w:val="24"/>
                <w:lang w:val="ru-RU"/>
              </w:rPr>
              <w:t xml:space="preserve"> закон, статут, </w:t>
            </w:r>
            <w:proofErr w:type="spellStart"/>
            <w:r w:rsidRPr="009F236B">
              <w:rPr>
                <w:sz w:val="24"/>
                <w:lang w:val="ru-RU"/>
              </w:rPr>
              <w:t>посадову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інструкцію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керівника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D2D487D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1D42A01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004E43B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316971B0" w14:textId="77777777" w:rsidTr="00D97BDE">
        <w:trPr>
          <w:jc w:val="center"/>
        </w:trPr>
        <w:tc>
          <w:tcPr>
            <w:tcW w:w="2381" w:type="dxa"/>
            <w:vAlign w:val="center"/>
          </w:tcPr>
          <w:p w14:paraId="051F0EFA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Формулювання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повністю</w:t>
            </w:r>
            <w:proofErr w:type="spellEnd"/>
            <w:r w:rsidRPr="009F236B">
              <w:rPr>
                <w:sz w:val="24"/>
              </w:rPr>
              <w:t>/</w:t>
            </w:r>
            <w:proofErr w:type="spellStart"/>
            <w:r w:rsidRPr="009F236B">
              <w:rPr>
                <w:sz w:val="24"/>
              </w:rPr>
              <w:t>повна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відповідальність</w:t>
            </w:r>
            <w:proofErr w:type="spellEnd"/>
            <w:r w:rsidRPr="009F236B">
              <w:rPr>
                <w:sz w:val="24"/>
              </w:rPr>
              <w:t>»</w:t>
            </w:r>
          </w:p>
        </w:tc>
        <w:tc>
          <w:tcPr>
            <w:tcW w:w="3628" w:type="dxa"/>
            <w:vAlign w:val="center"/>
          </w:tcPr>
          <w:p w14:paraId="138E4D7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конкретизувати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власні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дії</w:t>
            </w:r>
            <w:proofErr w:type="spellEnd"/>
            <w:r w:rsidRPr="009F236B">
              <w:rPr>
                <w:sz w:val="24"/>
                <w:lang w:val="ru-RU"/>
              </w:rPr>
              <w:t xml:space="preserve"> в межах </w:t>
            </w:r>
            <w:proofErr w:type="spellStart"/>
            <w:r w:rsidRPr="009F236B">
              <w:rPr>
                <w:sz w:val="24"/>
                <w:lang w:val="ru-RU"/>
              </w:rPr>
              <w:t>компетенції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наданих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Безпека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системою </w:t>
            </w:r>
            <w:proofErr w:type="spellStart"/>
            <w:r w:rsidRPr="009F236B">
              <w:rPr>
                <w:sz w:val="24"/>
                <w:lang w:val="ru-RU"/>
              </w:rPr>
              <w:t>розподіленої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Покладення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всієї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на одного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є </w:t>
            </w:r>
            <w:proofErr w:type="spellStart"/>
            <w:r w:rsidRPr="009F236B">
              <w:rPr>
                <w:sz w:val="24"/>
                <w:lang w:val="ru-RU"/>
              </w:rPr>
              <w:t>юридично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організаційно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некоректним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53F5E85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7B19F14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D4B00C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D70FF16" w14:textId="77777777" w:rsidTr="00D97BDE">
        <w:trPr>
          <w:jc w:val="center"/>
        </w:trPr>
        <w:tc>
          <w:tcPr>
            <w:tcW w:w="2381" w:type="dxa"/>
            <w:vAlign w:val="center"/>
          </w:tcPr>
          <w:p w14:paraId="353B4AE6" w14:textId="77777777" w:rsidR="00EE4B87" w:rsidRPr="009F236B" w:rsidRDefault="00811DB6"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</w:p>
        </w:tc>
        <w:tc>
          <w:tcPr>
            <w:tcW w:w="3628" w:type="dxa"/>
            <w:vAlign w:val="center"/>
          </w:tcPr>
          <w:p w14:paraId="3EB52AD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Переписати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конкретні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спостережувані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ідентифікувати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вимірювати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документувати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аналізувати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планувати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виконувати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за процедурою </w:t>
            </w:r>
            <w:proofErr w:type="spellStart"/>
            <w:r w:rsidRPr="009F236B">
              <w:rPr>
                <w:sz w:val="24"/>
                <w:lang w:val="ru-RU"/>
              </w:rPr>
              <w:t>тощо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Вислови</w:t>
            </w:r>
            <w:proofErr w:type="spellEnd"/>
            <w:r w:rsidRPr="009F236B">
              <w:rPr>
                <w:sz w:val="24"/>
                <w:lang w:val="ru-RU"/>
              </w:rPr>
              <w:t xml:space="preserve"> «професійно </w:t>
            </w:r>
            <w:proofErr w:type="spellStart"/>
            <w:r w:rsidRPr="009F236B">
              <w:rPr>
                <w:sz w:val="24"/>
                <w:lang w:val="ru-RU"/>
              </w:rPr>
              <w:t>розуміти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синергетична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сутність</w:t>
            </w:r>
            <w:proofErr w:type="spellEnd"/>
            <w:r w:rsidRPr="009F236B">
              <w:rPr>
                <w:sz w:val="24"/>
                <w:lang w:val="ru-RU"/>
              </w:rPr>
              <w:t>», «системно-</w:t>
            </w:r>
            <w:proofErr w:type="spellStart"/>
            <w:r w:rsidRPr="009F236B">
              <w:rPr>
                <w:sz w:val="24"/>
                <w:lang w:val="ru-RU"/>
              </w:rPr>
              <w:t>синергетичний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підхід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європейський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досвід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дають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критеріїв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4739CA1B" w14:textId="77777777" w:rsidR="00EE4B87" w:rsidRPr="009F236B" w:rsidRDefault="00811DB6">
            <w:r w:rsidRPr="009F236B">
              <w:rPr>
                <w:sz w:val="24"/>
                <w:lang w:val="ru-RU"/>
              </w:rPr>
              <w:lastRenderedPageBreak/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F0B50A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0216D75" w14:textId="77777777" w:rsidR="00EE4B87" w:rsidRPr="009F236B" w:rsidRDefault="00811DB6"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очищено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абстрактних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формулювань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конкретні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дії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комунікацію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автономію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6D89B90" w14:textId="77777777" w:rsidTr="00D97BDE">
        <w:trPr>
          <w:jc w:val="center"/>
        </w:trPr>
        <w:tc>
          <w:tcPr>
            <w:tcW w:w="2381" w:type="dxa"/>
            <w:vAlign w:val="center"/>
          </w:tcPr>
          <w:p w14:paraId="52F6EA2C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Дублювання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помилки</w:t>
            </w:r>
            <w:proofErr w:type="spellEnd"/>
          </w:p>
        </w:tc>
        <w:tc>
          <w:tcPr>
            <w:tcW w:w="3628" w:type="dxa"/>
            <w:vAlign w:val="center"/>
          </w:tcPr>
          <w:p w14:paraId="65828B8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</w:rPr>
              <w:t>Провести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редакторське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методичне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доопрацювання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після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зміни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концепції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усунути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кодів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нумерації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Наявні</w:t>
            </w:r>
            <w:proofErr w:type="spellEnd"/>
            <w:r w:rsidRPr="009F236B">
              <w:rPr>
                <w:sz w:val="24"/>
                <w:lang w:val="ru-RU"/>
              </w:rPr>
              <w:t xml:space="preserve"> повтори А6/Д/У, К/Р, Ж/Л/О, Б/П; </w:t>
            </w:r>
            <w:proofErr w:type="spellStart"/>
            <w:r w:rsidRPr="009F236B">
              <w:rPr>
                <w:sz w:val="24"/>
                <w:lang w:val="ru-RU"/>
              </w:rPr>
              <w:t>помилки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B</w:t>
            </w:r>
            <w:r w:rsidRPr="009F236B">
              <w:rPr>
                <w:sz w:val="24"/>
                <w:lang w:val="ru-RU"/>
              </w:rPr>
              <w:t xml:space="preserve">1.33 у </w:t>
            </w:r>
            <w:proofErr w:type="spellStart"/>
            <w:r w:rsidRPr="009F236B">
              <w:rPr>
                <w:sz w:val="24"/>
                <w:lang w:val="ru-RU"/>
              </w:rPr>
              <w:t>блоці</w:t>
            </w:r>
            <w:proofErr w:type="spellEnd"/>
            <w:r w:rsidRPr="009F236B">
              <w:rPr>
                <w:sz w:val="24"/>
                <w:lang w:val="ru-RU"/>
              </w:rPr>
              <w:t xml:space="preserve"> Л, </w:t>
            </w:r>
            <w:r w:rsidRPr="009F236B">
              <w:rPr>
                <w:sz w:val="24"/>
              </w:rPr>
              <w:t>J</w:t>
            </w:r>
            <w:r w:rsidRPr="009F236B">
              <w:rPr>
                <w:sz w:val="24"/>
                <w:lang w:val="ru-RU"/>
              </w:rPr>
              <w:t xml:space="preserve">1.32 у </w:t>
            </w:r>
            <w:proofErr w:type="spellStart"/>
            <w:r w:rsidRPr="009F236B">
              <w:rPr>
                <w:sz w:val="24"/>
                <w:lang w:val="ru-RU"/>
              </w:rPr>
              <w:t>блоці</w:t>
            </w:r>
            <w:proofErr w:type="spellEnd"/>
            <w:r w:rsidRPr="009F236B">
              <w:rPr>
                <w:sz w:val="24"/>
                <w:lang w:val="ru-RU"/>
              </w:rPr>
              <w:t xml:space="preserve"> У, </w:t>
            </w:r>
            <w:proofErr w:type="spellStart"/>
            <w:r w:rsidRPr="009F236B">
              <w:rPr>
                <w:sz w:val="24"/>
                <w:lang w:val="ru-RU"/>
              </w:rPr>
              <w:t>подвійне</w:t>
            </w:r>
            <w:proofErr w:type="spellEnd"/>
            <w:r w:rsidRPr="009F236B">
              <w:rPr>
                <w:sz w:val="24"/>
                <w:lang w:val="ru-RU"/>
              </w:rPr>
              <w:t xml:space="preserve"> С1.32, «Г.В2», а також </w:t>
            </w:r>
            <w:proofErr w:type="spellStart"/>
            <w:r w:rsidRPr="009F236B">
              <w:rPr>
                <w:sz w:val="24"/>
                <w:lang w:val="ru-RU"/>
              </w:rPr>
              <w:t>численні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мовні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граматичні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помилки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C2E8E75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Олександр Бесараб,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трансляційної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КПІ </w:t>
            </w:r>
            <w:proofErr w:type="spellStart"/>
            <w:r w:rsidRPr="009F236B">
              <w:rPr>
                <w:sz w:val="24"/>
                <w:lang w:val="ru-RU"/>
              </w:rPr>
              <w:t>ім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Ігоря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Сікорського</w:t>
            </w:r>
            <w:proofErr w:type="spellEnd"/>
          </w:p>
        </w:tc>
        <w:tc>
          <w:tcPr>
            <w:tcW w:w="1757" w:type="dxa"/>
            <w:vAlign w:val="center"/>
          </w:tcPr>
          <w:p w14:paraId="011BF9F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95256CC" w14:textId="77777777" w:rsidR="00EE4B87" w:rsidRPr="009F236B" w:rsidRDefault="00811DB6"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компетентності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очищено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дублювань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абстрактних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формулювань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результати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описано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конкретні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дії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комунікацію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автономію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6C0A5C6" w14:textId="77777777" w:rsidTr="00D97BDE">
        <w:trPr>
          <w:jc w:val="center"/>
        </w:trPr>
        <w:tc>
          <w:tcPr>
            <w:tcW w:w="2381" w:type="dxa"/>
            <w:vAlign w:val="center"/>
          </w:tcPr>
          <w:p w14:paraId="4ED4C548" w14:textId="77777777" w:rsidR="00EE4B87" w:rsidRPr="009F236B" w:rsidRDefault="00811DB6">
            <w:proofErr w:type="spellStart"/>
            <w:r w:rsidRPr="009F236B">
              <w:rPr>
                <w:sz w:val="24"/>
              </w:rPr>
              <w:t>Назва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</w:p>
        </w:tc>
        <w:tc>
          <w:tcPr>
            <w:tcW w:w="3628" w:type="dxa"/>
            <w:vAlign w:val="center"/>
          </w:tcPr>
          <w:p w14:paraId="53A134C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Змінити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на «</w:t>
            </w:r>
            <w:proofErr w:type="spellStart"/>
            <w:r w:rsidRPr="009F236B">
              <w:rPr>
                <w:sz w:val="24"/>
                <w:lang w:val="ru-RU"/>
              </w:rPr>
              <w:t>Інженер-будівельник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споруд</w:t>
            </w:r>
            <w:proofErr w:type="spellEnd"/>
            <w:r w:rsidRPr="009F236B">
              <w:rPr>
                <w:sz w:val="24"/>
                <w:lang w:val="ru-RU"/>
              </w:rPr>
              <w:t>».</w:t>
            </w:r>
          </w:p>
        </w:tc>
        <w:tc>
          <w:tcPr>
            <w:tcW w:w="2721" w:type="dxa"/>
            <w:vAlign w:val="center"/>
          </w:tcPr>
          <w:p w14:paraId="6A724CB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Худецький</w:t>
            </w:r>
            <w:proofErr w:type="spellEnd"/>
            <w:r w:rsidRPr="009F236B">
              <w:rPr>
                <w:sz w:val="24"/>
                <w:lang w:val="ru-RU"/>
              </w:rPr>
              <w:t xml:space="preserve">, голова </w:t>
            </w:r>
            <w:proofErr w:type="spellStart"/>
            <w:r w:rsidRPr="009F236B">
              <w:rPr>
                <w:sz w:val="24"/>
                <w:lang w:val="ru-RU"/>
              </w:rPr>
              <w:t>Науково-експертної</w:t>
            </w:r>
            <w:proofErr w:type="spellEnd"/>
            <w:r w:rsidRPr="009F236B">
              <w:rPr>
                <w:sz w:val="24"/>
                <w:lang w:val="ru-RU"/>
              </w:rPr>
              <w:t xml:space="preserve"> ради ГО «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Біомедицини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3DF52E6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2028BF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Назву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і сам проєкт </w:t>
            </w:r>
            <w:proofErr w:type="spellStart"/>
            <w:r w:rsidRPr="009F236B">
              <w:rPr>
                <w:sz w:val="24"/>
                <w:lang w:val="ru-RU"/>
              </w:rPr>
              <w:t>збережено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Критичні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ранньої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редакції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використано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суттєвого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ядра,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та меж </w:t>
            </w:r>
            <w:proofErr w:type="spellStart"/>
            <w:r w:rsidRPr="009F236B">
              <w:rPr>
                <w:sz w:val="24"/>
                <w:lang w:val="ru-RU"/>
              </w:rPr>
              <w:t>відповідальності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; </w:t>
            </w:r>
            <w:proofErr w:type="spellStart"/>
            <w:r w:rsidRPr="009F236B">
              <w:rPr>
                <w:sz w:val="24"/>
                <w:lang w:val="ru-RU"/>
              </w:rPr>
              <w:t>підстав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відмови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перезапуску не </w:t>
            </w:r>
            <w:proofErr w:type="spellStart"/>
            <w:r w:rsidRPr="009F236B">
              <w:rPr>
                <w:sz w:val="24"/>
                <w:lang w:val="ru-RU"/>
              </w:rPr>
              <w:t>встановлено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CC32F8F" w14:textId="77777777" w:rsidTr="00D97BDE">
        <w:trPr>
          <w:jc w:val="center"/>
        </w:trPr>
        <w:tc>
          <w:tcPr>
            <w:tcW w:w="2381" w:type="dxa"/>
            <w:vAlign w:val="center"/>
          </w:tcPr>
          <w:p w14:paraId="17A4805D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</w:p>
        </w:tc>
        <w:tc>
          <w:tcPr>
            <w:tcW w:w="3628" w:type="dxa"/>
            <w:vAlign w:val="center"/>
          </w:tcPr>
          <w:p w14:paraId="1CDD3BB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Зосередити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життєвому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циклі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E47A8D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Худецький</w:t>
            </w:r>
            <w:proofErr w:type="spellEnd"/>
            <w:r w:rsidRPr="009F236B">
              <w:rPr>
                <w:sz w:val="24"/>
                <w:lang w:val="ru-RU"/>
              </w:rPr>
              <w:t xml:space="preserve">, голова </w:t>
            </w:r>
            <w:proofErr w:type="spellStart"/>
            <w:r w:rsidRPr="009F236B">
              <w:rPr>
                <w:sz w:val="24"/>
                <w:lang w:val="ru-RU"/>
              </w:rPr>
              <w:t>Науково-експертної</w:t>
            </w:r>
            <w:proofErr w:type="spellEnd"/>
            <w:r w:rsidRPr="009F236B">
              <w:rPr>
                <w:sz w:val="24"/>
                <w:lang w:val="ru-RU"/>
              </w:rPr>
              <w:t xml:space="preserve"> ради ГО «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Біомедицини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4E258BD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1726617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портфель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</w:t>
            </w:r>
            <w:proofErr w:type="spellEnd"/>
            <w:r w:rsidRPr="009F236B">
              <w:rPr>
                <w:sz w:val="24"/>
              </w:rPr>
              <w:t xml:space="preserve"> закупівель/HTA,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практики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DAE167C" w14:textId="77777777" w:rsidTr="00D97BDE">
        <w:trPr>
          <w:jc w:val="center"/>
        </w:trPr>
        <w:tc>
          <w:tcPr>
            <w:tcW w:w="2381" w:type="dxa"/>
            <w:vAlign w:val="center"/>
          </w:tcPr>
          <w:p w14:paraId="17046B6D" w14:textId="77777777" w:rsidR="00EE4B87" w:rsidRPr="009F236B" w:rsidRDefault="00811DB6"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1F99EC6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Відмежувати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самостійного</w:t>
            </w:r>
            <w:proofErr w:type="spellEnd"/>
            <w:r w:rsidRPr="009F236B">
              <w:rPr>
                <w:sz w:val="24"/>
                <w:lang w:val="ru-RU"/>
              </w:rPr>
              <w:t xml:space="preserve"> конструктивного й </w:t>
            </w:r>
            <w:proofErr w:type="spellStart"/>
            <w:r w:rsidRPr="009F236B">
              <w:rPr>
                <w:sz w:val="24"/>
                <w:lang w:val="ru-RU"/>
              </w:rPr>
              <w:t>будівельного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проєктування.</w:t>
            </w:r>
          </w:p>
        </w:tc>
        <w:tc>
          <w:tcPr>
            <w:tcW w:w="2721" w:type="dxa"/>
            <w:vAlign w:val="center"/>
          </w:tcPr>
          <w:p w14:paraId="6F0FAB1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Худецький</w:t>
            </w:r>
            <w:proofErr w:type="spellEnd"/>
            <w:r w:rsidRPr="009F236B">
              <w:rPr>
                <w:sz w:val="24"/>
                <w:lang w:val="ru-RU"/>
              </w:rPr>
              <w:t xml:space="preserve">, голова </w:t>
            </w:r>
            <w:proofErr w:type="spellStart"/>
            <w:r w:rsidRPr="009F236B">
              <w:rPr>
                <w:sz w:val="24"/>
                <w:lang w:val="ru-RU"/>
              </w:rPr>
              <w:t>Науково-експертної</w:t>
            </w:r>
            <w:proofErr w:type="spellEnd"/>
            <w:r w:rsidRPr="009F236B">
              <w:rPr>
                <w:sz w:val="24"/>
                <w:lang w:val="ru-RU"/>
              </w:rPr>
              <w:t xml:space="preserve"> ради ГО «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Біомедицини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4722C873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C70C7CF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lastRenderedPageBreak/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77075AFB" w14:textId="77777777" w:rsidTr="00D97BDE">
        <w:trPr>
          <w:jc w:val="center"/>
        </w:trPr>
        <w:tc>
          <w:tcPr>
            <w:tcW w:w="2381" w:type="dxa"/>
            <w:vAlign w:val="center"/>
          </w:tcPr>
          <w:p w14:paraId="0AA15510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Аналітична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довідка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джерела</w:t>
            </w:r>
            <w:proofErr w:type="spellEnd"/>
          </w:p>
        </w:tc>
        <w:tc>
          <w:tcPr>
            <w:tcW w:w="3628" w:type="dxa"/>
            <w:vAlign w:val="center"/>
          </w:tcPr>
          <w:p w14:paraId="6A48FB4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вигаданий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поданні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перелік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доказом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непридатності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проєкту.</w:t>
            </w:r>
          </w:p>
        </w:tc>
        <w:tc>
          <w:tcPr>
            <w:tcW w:w="2721" w:type="dxa"/>
            <w:vAlign w:val="center"/>
          </w:tcPr>
          <w:p w14:paraId="0CDC18E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Ігор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Худецький</w:t>
            </w:r>
            <w:proofErr w:type="spellEnd"/>
            <w:r w:rsidRPr="009F236B">
              <w:rPr>
                <w:sz w:val="24"/>
                <w:lang w:val="ru-RU"/>
              </w:rPr>
              <w:t xml:space="preserve">, голова </w:t>
            </w:r>
            <w:proofErr w:type="spellStart"/>
            <w:r w:rsidRPr="009F236B">
              <w:rPr>
                <w:sz w:val="24"/>
                <w:lang w:val="ru-RU"/>
              </w:rPr>
              <w:t>Науково-експертної</w:t>
            </w:r>
            <w:proofErr w:type="spellEnd"/>
            <w:r w:rsidRPr="009F236B">
              <w:rPr>
                <w:sz w:val="24"/>
                <w:lang w:val="ru-RU"/>
              </w:rPr>
              <w:t xml:space="preserve"> ради ГО «</w:t>
            </w:r>
            <w:proofErr w:type="spellStart"/>
            <w:r w:rsidRPr="009F236B">
              <w:rPr>
                <w:sz w:val="24"/>
                <w:lang w:val="ru-RU"/>
              </w:rPr>
              <w:t>Асоціація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Біомедицини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Біоінженерії</w:t>
            </w:r>
            <w:proofErr w:type="spellEnd"/>
            <w:r w:rsidRPr="009F236B">
              <w:rPr>
                <w:sz w:val="24"/>
                <w:lang w:val="ru-RU"/>
              </w:rPr>
              <w:t>»</w:t>
            </w:r>
          </w:p>
        </w:tc>
        <w:tc>
          <w:tcPr>
            <w:tcW w:w="1757" w:type="dxa"/>
            <w:vAlign w:val="center"/>
          </w:tcPr>
          <w:p w14:paraId="72B3138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0201AE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Пропозицію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розглянуто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суті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але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прийнято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оскільки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вона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звужує</w:t>
            </w:r>
            <w:proofErr w:type="spellEnd"/>
            <w:r w:rsidRPr="009F236B">
              <w:rPr>
                <w:sz w:val="24"/>
              </w:rPr>
              <w:t>/</w:t>
            </w:r>
            <w:proofErr w:type="spellStart"/>
            <w:r w:rsidRPr="009F236B">
              <w:rPr>
                <w:sz w:val="24"/>
              </w:rPr>
              <w:t>змінює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погоджене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фінальній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функціональній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моделі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відповідальності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прийняття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запропонованої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зміни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812C6A0" w14:textId="77777777" w:rsidTr="00D97BDE">
        <w:trPr>
          <w:jc w:val="center"/>
        </w:trPr>
        <w:tc>
          <w:tcPr>
            <w:tcW w:w="2381" w:type="dxa"/>
            <w:vAlign w:val="center"/>
          </w:tcPr>
          <w:p w14:paraId="703A492A" w14:textId="77777777" w:rsidR="00EE4B87" w:rsidRPr="009F236B" w:rsidRDefault="00811DB6">
            <w:proofErr w:type="spellStart"/>
            <w:r w:rsidRPr="009F236B">
              <w:rPr>
                <w:sz w:val="24"/>
              </w:rPr>
              <w:t>Кваліфікаційна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архітектура</w:t>
            </w:r>
            <w:proofErr w:type="spellEnd"/>
          </w:p>
        </w:tc>
        <w:tc>
          <w:tcPr>
            <w:tcW w:w="3628" w:type="dxa"/>
            <w:vAlign w:val="center"/>
          </w:tcPr>
          <w:p w14:paraId="0715C560" w14:textId="77777777" w:rsidR="00EE4B87" w:rsidRPr="009F236B" w:rsidRDefault="00811DB6">
            <w:proofErr w:type="spellStart"/>
            <w:r w:rsidRPr="009F236B">
              <w:rPr>
                <w:sz w:val="24"/>
              </w:rPr>
              <w:t>Розділити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різні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базову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поглиблені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відповідальності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6941A3C1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1633FF94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3E089C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частині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обов’язкового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поділу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Межі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всередині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НРК; </w:t>
            </w:r>
            <w:proofErr w:type="spellStart"/>
            <w:r w:rsidRPr="009F236B">
              <w:rPr>
                <w:sz w:val="24"/>
                <w:lang w:val="ru-RU"/>
              </w:rPr>
              <w:t>загальне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facilities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lastRenderedPageBreak/>
              <w:t>management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самостійне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будівельне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проєктування, 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загальне</w:t>
            </w:r>
            <w:proofErr w:type="spellEnd"/>
            <w:r w:rsidRPr="009F236B">
              <w:rPr>
                <w:sz w:val="24"/>
                <w:lang w:val="ru-RU"/>
              </w:rPr>
              <w:t xml:space="preserve"> ІТ-</w:t>
            </w:r>
            <w:proofErr w:type="spellStart"/>
            <w:r w:rsidRPr="009F236B">
              <w:rPr>
                <w:sz w:val="24"/>
                <w:lang w:val="ru-RU"/>
              </w:rPr>
              <w:t>адміністрування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регульована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метрологічна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діяльність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відмежовані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3B224CE" w14:textId="77777777" w:rsidTr="00D97BDE">
        <w:trPr>
          <w:jc w:val="center"/>
        </w:trPr>
        <w:tc>
          <w:tcPr>
            <w:tcW w:w="2381" w:type="dxa"/>
            <w:vAlign w:val="center"/>
          </w:tcPr>
          <w:p w14:paraId="435AC376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Кваліфікаційна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архітектура</w:t>
            </w:r>
            <w:proofErr w:type="spellEnd"/>
          </w:p>
        </w:tc>
        <w:tc>
          <w:tcPr>
            <w:tcW w:w="3628" w:type="dxa"/>
            <w:vAlign w:val="center"/>
          </w:tcPr>
          <w:p w14:paraId="0C096FD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Розпочати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повторний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функціональний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аналіз</w:t>
            </w:r>
            <w:proofErr w:type="spellEnd"/>
            <w:r w:rsidRPr="009F236B">
              <w:rPr>
                <w:sz w:val="24"/>
                <w:lang w:val="ru-RU"/>
              </w:rPr>
              <w:t xml:space="preserve"> з нуля як </w:t>
            </w:r>
            <w:proofErr w:type="spellStart"/>
            <w:r w:rsidRPr="009F236B">
              <w:rPr>
                <w:sz w:val="24"/>
                <w:lang w:val="ru-RU"/>
              </w:rPr>
              <w:t>передумову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продовження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проєкту.</w:t>
            </w:r>
          </w:p>
        </w:tc>
        <w:tc>
          <w:tcPr>
            <w:tcW w:w="2721" w:type="dxa"/>
            <w:vAlign w:val="center"/>
          </w:tcPr>
          <w:p w14:paraId="6113789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4307417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867DDB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Вимогу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розпочати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розроблення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з нуля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Виявлені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недоліки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усуваються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документоване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функціональної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моделі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валідацію, </w:t>
            </w:r>
            <w:proofErr w:type="spellStart"/>
            <w:r w:rsidRPr="009F236B">
              <w:rPr>
                <w:sz w:val="24"/>
                <w:lang w:val="ru-RU"/>
              </w:rPr>
              <w:t>повторне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зіставлення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фінальних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результатів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з НРК та </w:t>
            </w:r>
            <w:proofErr w:type="spellStart"/>
            <w:r w:rsidRPr="009F236B">
              <w:rPr>
                <w:sz w:val="24"/>
                <w:lang w:val="ru-RU"/>
              </w:rPr>
              <w:t>постатейне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зауважень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; проведена </w:t>
            </w:r>
            <w:proofErr w:type="spellStart"/>
            <w:r w:rsidRPr="009F236B">
              <w:rPr>
                <w:sz w:val="24"/>
                <w:lang w:val="ru-RU"/>
              </w:rPr>
              <w:t>раніше</w:t>
            </w:r>
            <w:proofErr w:type="spellEnd"/>
            <w:r w:rsidRPr="009F236B">
              <w:rPr>
                <w:sz w:val="24"/>
                <w:lang w:val="ru-RU"/>
              </w:rPr>
              <w:t xml:space="preserve"> робота і </w:t>
            </w:r>
            <w:proofErr w:type="spellStart"/>
            <w:r w:rsidRPr="009F236B">
              <w:rPr>
                <w:sz w:val="24"/>
                <w:lang w:val="ru-RU"/>
              </w:rPr>
              <w:t>матеріали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громадського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обговорення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зберігаються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враховуються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4EC1B65" w14:textId="77777777" w:rsidTr="00D97BDE">
        <w:trPr>
          <w:jc w:val="center"/>
        </w:trPr>
        <w:tc>
          <w:tcPr>
            <w:tcW w:w="2381" w:type="dxa"/>
            <w:vAlign w:val="center"/>
          </w:tcPr>
          <w:p w14:paraId="343AAC75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49F6D22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 </w:t>
            </w:r>
            <w:proofErr w:type="spellStart"/>
            <w:r w:rsidRPr="009F236B">
              <w:rPr>
                <w:sz w:val="24"/>
                <w:lang w:val="ru-RU"/>
              </w:rPr>
              <w:t>профільною</w:t>
            </w:r>
            <w:proofErr w:type="spellEnd"/>
            <w:r w:rsidRPr="009F236B">
              <w:rPr>
                <w:sz w:val="24"/>
                <w:lang w:val="ru-RU"/>
              </w:rPr>
              <w:t xml:space="preserve">; для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встановити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додаткове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практику; не </w:t>
            </w:r>
            <w:proofErr w:type="spellStart"/>
            <w:r w:rsidRPr="009F236B">
              <w:rPr>
                <w:sz w:val="24"/>
                <w:lang w:val="ru-RU"/>
              </w:rPr>
              <w:t>допускати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управлінську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освіту</w:t>
            </w:r>
            <w:proofErr w:type="spellEnd"/>
            <w:r w:rsidRPr="009F236B">
              <w:rPr>
                <w:sz w:val="24"/>
                <w:lang w:val="ru-RU"/>
              </w:rPr>
              <w:t xml:space="preserve"> без </w:t>
            </w:r>
            <w:proofErr w:type="spellStart"/>
            <w:r w:rsidRPr="009F236B">
              <w:rPr>
                <w:sz w:val="24"/>
                <w:lang w:val="ru-RU"/>
              </w:rPr>
              <w:t>інженерної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основи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CE81CB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0FA2ABC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EA54244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695A233" w14:textId="77777777" w:rsidTr="00D97BDE">
        <w:trPr>
          <w:jc w:val="center"/>
        </w:trPr>
        <w:tc>
          <w:tcPr>
            <w:tcW w:w="2381" w:type="dxa"/>
            <w:vAlign w:val="center"/>
          </w:tcPr>
          <w:p w14:paraId="00E3D2BA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3F17E5AA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Закріпити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виключно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однією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освітньою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академічним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середовищем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2D2782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2F58943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439C05D" w14:textId="77777777" w:rsidR="00EE4B87" w:rsidRPr="009F236B" w:rsidRDefault="00811DB6">
            <w:proofErr w:type="spellStart"/>
            <w:r w:rsidRPr="009F236B">
              <w:rPr>
                <w:sz w:val="24"/>
              </w:rPr>
              <w:t>Запропоноване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звуження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освітнього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входу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підтримано</w:t>
            </w:r>
            <w:proofErr w:type="spellEnd"/>
            <w:r w:rsidRPr="009F236B">
              <w:rPr>
                <w:sz w:val="24"/>
              </w:rPr>
              <w:t xml:space="preserve">; </w:t>
            </w:r>
            <w:proofErr w:type="spellStart"/>
            <w:r w:rsidRPr="009F236B">
              <w:rPr>
                <w:sz w:val="24"/>
              </w:rPr>
              <w:t>визначальною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демонстрація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повної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 xml:space="preserve"> НРК </w:t>
            </w:r>
            <w:proofErr w:type="spellStart"/>
            <w:r w:rsidRPr="009F236B">
              <w:rPr>
                <w:sz w:val="24"/>
              </w:rPr>
              <w:t>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2B5BEE71" w14:textId="77777777" w:rsidTr="00D97BDE">
        <w:trPr>
          <w:jc w:val="center"/>
        </w:trPr>
        <w:tc>
          <w:tcPr>
            <w:tcW w:w="2381" w:type="dxa"/>
            <w:vAlign w:val="center"/>
          </w:tcPr>
          <w:p w14:paraId="157C6675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Рівні</w:t>
            </w:r>
            <w:proofErr w:type="spellEnd"/>
            <w:r w:rsidRPr="009F236B">
              <w:rPr>
                <w:sz w:val="24"/>
              </w:rPr>
              <w:t xml:space="preserve"> НРК</w:t>
            </w:r>
          </w:p>
        </w:tc>
        <w:tc>
          <w:tcPr>
            <w:tcW w:w="3628" w:type="dxa"/>
            <w:vAlign w:val="center"/>
          </w:tcPr>
          <w:p w14:paraId="60734781" w14:textId="77777777" w:rsidR="00EE4B87" w:rsidRPr="009F236B" w:rsidRDefault="00811DB6">
            <w:proofErr w:type="spellStart"/>
            <w:r w:rsidRPr="009F236B">
              <w:rPr>
                <w:sz w:val="24"/>
              </w:rPr>
              <w:t>Відокремити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кваліфікацію</w:t>
            </w:r>
            <w:proofErr w:type="spellEnd"/>
            <w:r w:rsidRPr="009F236B">
              <w:rPr>
                <w:sz w:val="24"/>
              </w:rPr>
              <w:t xml:space="preserve"> 6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стратегічних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експертних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керівних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функцій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18B1820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10294B8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B446ED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запропонований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поділ</w:t>
            </w:r>
            <w:proofErr w:type="spellEnd"/>
            <w:r w:rsidRPr="009F236B">
              <w:rPr>
                <w:sz w:val="24"/>
                <w:lang w:val="ru-RU"/>
              </w:rPr>
              <w:t xml:space="preserve"> 6/7. </w:t>
            </w:r>
            <w:proofErr w:type="spellStart"/>
            <w:r w:rsidRPr="009F236B">
              <w:rPr>
                <w:sz w:val="24"/>
                <w:lang w:val="ru-RU"/>
              </w:rPr>
              <w:t>Після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доопрацювання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одну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»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НРК. </w:t>
            </w:r>
            <w:proofErr w:type="spellStart"/>
            <w:r w:rsidRPr="009F236B">
              <w:rPr>
                <w:sz w:val="24"/>
                <w:lang w:val="ru-RU"/>
              </w:rPr>
              <w:t>Рівень</w:t>
            </w:r>
            <w:proofErr w:type="spellEnd"/>
            <w:r w:rsidRPr="009F236B">
              <w:rPr>
                <w:sz w:val="24"/>
                <w:lang w:val="ru-RU"/>
              </w:rPr>
              <w:t xml:space="preserve"> 7 </w:t>
            </w:r>
            <w:proofErr w:type="spellStart"/>
            <w:r w:rsidRPr="009F236B">
              <w:rPr>
                <w:sz w:val="24"/>
                <w:lang w:val="ru-RU"/>
              </w:rPr>
              <w:t>обґрунтовується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фінальними</w:t>
            </w:r>
            <w:proofErr w:type="spellEnd"/>
            <w:r w:rsidRPr="009F236B">
              <w:rPr>
                <w:sz w:val="24"/>
                <w:lang w:val="ru-RU"/>
              </w:rPr>
              <w:t xml:space="preserve"> результатами </w:t>
            </w:r>
            <w:proofErr w:type="spellStart"/>
            <w:r w:rsidRPr="009F236B">
              <w:rPr>
                <w:sz w:val="24"/>
                <w:lang w:val="ru-RU"/>
              </w:rPr>
              <w:t>навчання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щодо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у широких </w:t>
            </w:r>
            <w:proofErr w:type="spellStart"/>
            <w:r w:rsidRPr="009F236B">
              <w:rPr>
                <w:sz w:val="24"/>
                <w:lang w:val="ru-RU"/>
              </w:rPr>
              <w:t>мультидисциплінарних</w:t>
            </w:r>
            <w:proofErr w:type="spellEnd"/>
            <w:r w:rsidRPr="009F236B">
              <w:rPr>
                <w:sz w:val="24"/>
                <w:lang w:val="ru-RU"/>
              </w:rPr>
              <w:t xml:space="preserve"> контекстах, </w:t>
            </w:r>
            <w:proofErr w:type="spellStart"/>
            <w:r w:rsidRPr="009F236B">
              <w:rPr>
                <w:sz w:val="24"/>
                <w:lang w:val="ru-RU"/>
              </w:rPr>
              <w:t>розв’язання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нових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незнайомих</w:t>
            </w:r>
            <w:proofErr w:type="spellEnd"/>
            <w:r w:rsidRPr="009F236B">
              <w:rPr>
                <w:sz w:val="24"/>
                <w:lang w:val="ru-RU"/>
              </w:rPr>
              <w:t xml:space="preserve"> задач,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непередбачуваними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клініко-інженерними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внеску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практики; при </w:t>
            </w:r>
            <w:proofErr w:type="spellStart"/>
            <w:r w:rsidRPr="009F236B">
              <w:rPr>
                <w:sz w:val="24"/>
                <w:lang w:val="ru-RU"/>
              </w:rPr>
              <w:t>цьому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чужі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включаються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FA4B3DC" w14:textId="77777777" w:rsidTr="00D97BDE">
        <w:trPr>
          <w:jc w:val="center"/>
        </w:trPr>
        <w:tc>
          <w:tcPr>
            <w:tcW w:w="2381" w:type="dxa"/>
            <w:vAlign w:val="center"/>
          </w:tcPr>
          <w:p w14:paraId="00D72678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відповідальності</w:t>
            </w:r>
            <w:proofErr w:type="spellEnd"/>
          </w:p>
        </w:tc>
        <w:tc>
          <w:tcPr>
            <w:tcW w:w="3628" w:type="dxa"/>
            <w:vAlign w:val="center"/>
          </w:tcPr>
          <w:p w14:paraId="58EB6CA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підміняти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архітектора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проєктувальника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експлуатаційні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служби</w:t>
            </w:r>
            <w:proofErr w:type="spellEnd"/>
            <w:r w:rsidRPr="009F236B">
              <w:rPr>
                <w:sz w:val="24"/>
                <w:lang w:val="ru-RU"/>
              </w:rPr>
              <w:t xml:space="preserve">, ІТ,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метрологію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5AB46988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56417F6A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9C1ECC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Владні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безмежні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вилучено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Автономія</w:t>
            </w:r>
            <w:proofErr w:type="spellEnd"/>
            <w:r w:rsidRPr="009F236B">
              <w:rPr>
                <w:sz w:val="24"/>
                <w:lang w:val="ru-RU"/>
              </w:rPr>
              <w:t xml:space="preserve"> НРК 7 </w:t>
            </w:r>
            <w:proofErr w:type="spellStart"/>
            <w:r w:rsidRPr="009F236B">
              <w:rPr>
                <w:sz w:val="24"/>
                <w:lang w:val="ru-RU"/>
              </w:rPr>
              <w:t>означає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високий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ступінь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самостійності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власному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домені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складними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процесами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обґрунтовані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своєчасну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ескалацію</w:t>
            </w:r>
            <w:proofErr w:type="spellEnd"/>
            <w:r w:rsidRPr="009F236B">
              <w:rPr>
                <w:sz w:val="24"/>
                <w:lang w:val="ru-RU"/>
              </w:rPr>
              <w:t xml:space="preserve"> — без </w:t>
            </w:r>
            <w:proofErr w:type="spellStart"/>
            <w:r w:rsidRPr="009F236B">
              <w:rPr>
                <w:sz w:val="24"/>
                <w:lang w:val="ru-RU"/>
              </w:rPr>
              <w:t>перебрання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регульованих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осіб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439DFF2" w14:textId="77777777" w:rsidTr="00D97BDE">
        <w:trPr>
          <w:jc w:val="center"/>
        </w:trPr>
        <w:tc>
          <w:tcPr>
            <w:tcW w:w="2381" w:type="dxa"/>
            <w:vAlign w:val="center"/>
          </w:tcPr>
          <w:p w14:paraId="3C94A92F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</w:p>
        </w:tc>
        <w:tc>
          <w:tcPr>
            <w:tcW w:w="3628" w:type="dxa"/>
            <w:vAlign w:val="center"/>
          </w:tcPr>
          <w:p w14:paraId="2E2B34A3" w14:textId="77777777" w:rsidR="00EE4B87" w:rsidRPr="009F236B" w:rsidRDefault="00811DB6">
            <w:proofErr w:type="spellStart"/>
            <w:r w:rsidRPr="009F236B">
              <w:rPr>
                <w:sz w:val="24"/>
              </w:rPr>
              <w:t>Усунути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ризик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що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кожна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програма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повинна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охоплювати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інфраструктурні</w:t>
            </w:r>
            <w:proofErr w:type="spellEnd"/>
            <w:r w:rsidRPr="009F236B">
              <w:rPr>
                <w:sz w:val="24"/>
              </w:rPr>
              <w:t xml:space="preserve">, ІТ-, проєктні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керівні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напрями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4A8F0C68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6CDBDEA6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49F98396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lastRenderedPageBreak/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F86FC39" w14:textId="77777777" w:rsidTr="00D97BDE">
        <w:trPr>
          <w:jc w:val="center"/>
        </w:trPr>
        <w:tc>
          <w:tcPr>
            <w:tcW w:w="2381" w:type="dxa"/>
            <w:vAlign w:val="center"/>
          </w:tcPr>
          <w:p w14:paraId="3B510135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Освітнє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</w:p>
        </w:tc>
        <w:tc>
          <w:tcPr>
            <w:tcW w:w="3628" w:type="dxa"/>
            <w:vAlign w:val="center"/>
          </w:tcPr>
          <w:p w14:paraId="2DA8343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зазначений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підставою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зупинення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стандарту.</w:t>
            </w:r>
          </w:p>
        </w:tc>
        <w:tc>
          <w:tcPr>
            <w:tcW w:w="2721" w:type="dxa"/>
            <w:vAlign w:val="center"/>
          </w:tcPr>
          <w:p w14:paraId="28E89D71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7EECC20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BDB84EA" w14:textId="77777777" w:rsidR="00EE4B87" w:rsidRPr="009F236B" w:rsidRDefault="00811DB6">
            <w:proofErr w:type="spellStart"/>
            <w:r w:rsidRPr="009F236B">
              <w:rPr>
                <w:sz w:val="24"/>
              </w:rPr>
              <w:t>Уточнення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освітньої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усуває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зазначений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ризик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підставою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зупинення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стандарту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F9257FB" w14:textId="77777777" w:rsidTr="00D97BDE">
        <w:trPr>
          <w:jc w:val="center"/>
        </w:trPr>
        <w:tc>
          <w:tcPr>
            <w:tcW w:w="2381" w:type="dxa"/>
            <w:vAlign w:val="center"/>
          </w:tcPr>
          <w:p w14:paraId="4886C9CF" w14:textId="77777777" w:rsidR="00EE4B87" w:rsidRPr="009F236B" w:rsidRDefault="00811DB6">
            <w:proofErr w:type="spellStart"/>
            <w:r w:rsidRPr="009F236B">
              <w:rPr>
                <w:sz w:val="24"/>
              </w:rPr>
              <w:t>Сфера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загальна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мета</w:t>
            </w:r>
            <w:proofErr w:type="spellEnd"/>
          </w:p>
        </w:tc>
        <w:tc>
          <w:tcPr>
            <w:tcW w:w="3628" w:type="dxa"/>
            <w:vAlign w:val="center"/>
          </w:tcPr>
          <w:p w14:paraId="75F8DF64" w14:textId="77777777" w:rsidR="00EE4B87" w:rsidRPr="009F236B" w:rsidRDefault="00811DB6">
            <w:proofErr w:type="spellStart"/>
            <w:r w:rsidRPr="009F236B">
              <w:rPr>
                <w:sz w:val="24"/>
              </w:rPr>
              <w:t>Обмежити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базову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кваліфікацію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управлінням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життєвим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циклом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безпекою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сервісом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навчанням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ризиками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679EED52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57035581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5F4133A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Професійне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ядро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життєвий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цикл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портфель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</w:t>
            </w:r>
            <w:proofErr w:type="spellEnd"/>
            <w:r w:rsidRPr="009F236B">
              <w:rPr>
                <w:sz w:val="24"/>
              </w:rPr>
              <w:t xml:space="preserve"> закупівель/HTA,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практики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DAEC290" w14:textId="77777777" w:rsidTr="00D97BDE">
        <w:trPr>
          <w:jc w:val="center"/>
        </w:trPr>
        <w:tc>
          <w:tcPr>
            <w:tcW w:w="2381" w:type="dxa"/>
            <w:vAlign w:val="center"/>
          </w:tcPr>
          <w:p w14:paraId="5C463610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Сфера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загальна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мета</w:t>
            </w:r>
            <w:proofErr w:type="spellEnd"/>
          </w:p>
        </w:tc>
        <w:tc>
          <w:tcPr>
            <w:tcW w:w="3628" w:type="dxa"/>
            <w:vAlign w:val="center"/>
          </w:tcPr>
          <w:p w14:paraId="0C94E3A6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Вилучити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планування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цифрову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рамки.</w:t>
            </w:r>
          </w:p>
        </w:tc>
        <w:tc>
          <w:tcPr>
            <w:tcW w:w="2721" w:type="dxa"/>
            <w:vAlign w:val="center"/>
          </w:tcPr>
          <w:p w14:paraId="46EE16FE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36F4F74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EBE1815" w14:textId="77777777" w:rsidR="00EE4B87" w:rsidRPr="009F236B" w:rsidRDefault="00811DB6"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вилучення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цифрової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інфраструктурної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підтримано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ці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функції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частиною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безпечного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технологій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але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їх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межі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чітко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відокремлені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суміжних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8B1CCBB" w14:textId="77777777" w:rsidTr="00D97BDE">
        <w:trPr>
          <w:jc w:val="center"/>
        </w:trPr>
        <w:tc>
          <w:tcPr>
            <w:tcW w:w="2381" w:type="dxa"/>
            <w:vAlign w:val="center"/>
          </w:tcPr>
          <w:p w14:paraId="046AB534" w14:textId="77777777" w:rsidR="00EE4B87" w:rsidRPr="009F236B" w:rsidRDefault="00811DB6">
            <w:proofErr w:type="spellStart"/>
            <w:r w:rsidRPr="009F236B">
              <w:rPr>
                <w:sz w:val="24"/>
              </w:rPr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</w:p>
        </w:tc>
        <w:tc>
          <w:tcPr>
            <w:tcW w:w="3628" w:type="dxa"/>
            <w:vAlign w:val="center"/>
          </w:tcPr>
          <w:p w14:paraId="0CB649C9" w14:textId="77777777" w:rsidR="00EE4B87" w:rsidRPr="009F236B" w:rsidRDefault="00811DB6">
            <w:proofErr w:type="spellStart"/>
            <w:r w:rsidRPr="009F236B">
              <w:rPr>
                <w:sz w:val="24"/>
              </w:rPr>
              <w:t>Відмежувати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</w:t>
            </w:r>
            <w:proofErr w:type="spellEnd"/>
            <w:r w:rsidRPr="009F236B">
              <w:rPr>
                <w:sz w:val="24"/>
              </w:rPr>
              <w:t xml:space="preserve"> R&amp;D, </w:t>
            </w:r>
            <w:proofErr w:type="spellStart"/>
            <w:r w:rsidRPr="009F236B">
              <w:rPr>
                <w:sz w:val="24"/>
              </w:rPr>
              <w:t>біоматеріалів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протезування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розробки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сигналів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зображень</w:t>
            </w:r>
            <w:proofErr w:type="spellEnd"/>
            <w:r w:rsidRPr="009F236B">
              <w:rPr>
                <w:sz w:val="24"/>
              </w:rPr>
              <w:t xml:space="preserve"> і ПЗ.</w:t>
            </w:r>
          </w:p>
        </w:tc>
        <w:tc>
          <w:tcPr>
            <w:tcW w:w="2721" w:type="dxa"/>
            <w:vAlign w:val="center"/>
          </w:tcPr>
          <w:p w14:paraId="483958D8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5B12327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427749E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Зауваження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Фінальний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 </w:t>
            </w:r>
            <w:proofErr w:type="spellStart"/>
            <w:r w:rsidRPr="009F236B">
              <w:rPr>
                <w:sz w:val="24"/>
                <w:lang w:val="ru-RU"/>
              </w:rPr>
              <w:t>зосереджено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застосуванні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життєвим</w:t>
            </w:r>
            <w:proofErr w:type="spellEnd"/>
            <w:r w:rsidRPr="009F236B">
              <w:rPr>
                <w:sz w:val="24"/>
                <w:lang w:val="ru-RU"/>
              </w:rPr>
              <w:t xml:space="preserve"> циклом, </w:t>
            </w:r>
            <w:proofErr w:type="spellStart"/>
            <w:r w:rsidRPr="009F236B">
              <w:rPr>
                <w:sz w:val="24"/>
                <w:lang w:val="ru-RU"/>
              </w:rPr>
              <w:t>безпеці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готових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у </w:t>
            </w:r>
            <w:proofErr w:type="spellStart"/>
            <w:r w:rsidRPr="009F236B">
              <w:rPr>
                <w:sz w:val="24"/>
                <w:lang w:val="ru-RU"/>
              </w:rPr>
              <w:t>клінічному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середовищі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r w:rsidRPr="009F236B">
              <w:rPr>
                <w:sz w:val="24"/>
              </w:rPr>
              <w:t>R</w:t>
            </w:r>
            <w:r w:rsidRPr="009F236B">
              <w:rPr>
                <w:sz w:val="24"/>
                <w:lang w:val="ru-RU"/>
              </w:rPr>
              <w:t>&amp;</w:t>
            </w:r>
            <w:r w:rsidRPr="009F236B">
              <w:rPr>
                <w:sz w:val="24"/>
              </w:rPr>
              <w:t>D</w:t>
            </w:r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біоматеріали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протезування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розробка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алгоритмів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обробки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сигналів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зображень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програмного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визначаються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універсальним</w:t>
            </w:r>
            <w:proofErr w:type="spellEnd"/>
            <w:r w:rsidRPr="009F236B">
              <w:rPr>
                <w:sz w:val="24"/>
                <w:lang w:val="ru-RU"/>
              </w:rPr>
              <w:t xml:space="preserve"> ядром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2C3AD63F" w14:textId="77777777" w:rsidTr="00D97BDE">
        <w:trPr>
          <w:jc w:val="center"/>
        </w:trPr>
        <w:tc>
          <w:tcPr>
            <w:tcW w:w="2381" w:type="dxa"/>
            <w:vAlign w:val="center"/>
          </w:tcPr>
          <w:p w14:paraId="3807FB06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</w:p>
        </w:tc>
        <w:tc>
          <w:tcPr>
            <w:tcW w:w="3628" w:type="dxa"/>
            <w:vAlign w:val="center"/>
          </w:tcPr>
          <w:p w14:paraId="2535EDE6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Визначити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клінічну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організаційно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підпорядкованою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виключно</w:t>
            </w:r>
            <w:proofErr w:type="spellEnd"/>
            <w:r w:rsidRPr="009F236B">
              <w:rPr>
                <w:sz w:val="24"/>
              </w:rPr>
              <w:t xml:space="preserve"> G22.</w:t>
            </w:r>
          </w:p>
        </w:tc>
        <w:tc>
          <w:tcPr>
            <w:tcW w:w="2721" w:type="dxa"/>
            <w:vAlign w:val="center"/>
          </w:tcPr>
          <w:p w14:paraId="20F4466E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563EB47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E9D1BA8" w14:textId="77777777" w:rsidR="00EE4B87" w:rsidRPr="009F236B" w:rsidRDefault="00811DB6">
            <w:proofErr w:type="spellStart"/>
            <w:r w:rsidRPr="009F236B">
              <w:rPr>
                <w:sz w:val="24"/>
              </w:rPr>
              <w:t>Монополію</w:t>
            </w:r>
            <w:proofErr w:type="spellEnd"/>
            <w:r w:rsidRPr="009F236B">
              <w:rPr>
                <w:sz w:val="24"/>
              </w:rPr>
              <w:t xml:space="preserve"> G22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встановлено</w:t>
            </w:r>
            <w:proofErr w:type="spellEnd"/>
            <w:r w:rsidRPr="009F236B">
              <w:rPr>
                <w:sz w:val="24"/>
              </w:rPr>
              <w:t xml:space="preserve">. G22 є </w:t>
            </w:r>
            <w:proofErr w:type="spellStart"/>
            <w:r w:rsidRPr="009F236B">
              <w:rPr>
                <w:sz w:val="24"/>
              </w:rPr>
              <w:t>профільною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траєкторією</w:t>
            </w:r>
            <w:proofErr w:type="spellEnd"/>
            <w:r w:rsidRPr="009F236B">
              <w:rPr>
                <w:sz w:val="24"/>
              </w:rPr>
              <w:t xml:space="preserve">, а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допускаються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через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структуровану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клініко-інженерну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практику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результатів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навчання</w:t>
            </w:r>
            <w:proofErr w:type="spellEnd"/>
            <w:r w:rsidRPr="009F236B">
              <w:rPr>
                <w:sz w:val="24"/>
              </w:rPr>
              <w:t xml:space="preserve"> 7 </w:t>
            </w:r>
            <w:proofErr w:type="spellStart"/>
            <w:r w:rsidRPr="009F236B">
              <w:rPr>
                <w:sz w:val="24"/>
              </w:rPr>
              <w:t>рівня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399DBCD" w14:textId="77777777" w:rsidTr="00D97BDE">
        <w:trPr>
          <w:jc w:val="center"/>
        </w:trPr>
        <w:tc>
          <w:tcPr>
            <w:tcW w:w="2381" w:type="dxa"/>
            <w:vAlign w:val="center"/>
          </w:tcPr>
          <w:p w14:paraId="6839FD09" w14:textId="77777777" w:rsidR="00EE4B87" w:rsidRPr="009F236B" w:rsidRDefault="00811DB6">
            <w:proofErr w:type="spellStart"/>
            <w:r w:rsidRPr="009F236B">
              <w:rPr>
                <w:sz w:val="24"/>
              </w:rPr>
              <w:t>Кваліфікації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13AD2D6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Розділити</w:t>
            </w:r>
            <w:proofErr w:type="spellEnd"/>
            <w:r w:rsidRPr="009F236B">
              <w:rPr>
                <w:sz w:val="24"/>
                <w:lang w:val="ru-RU"/>
              </w:rPr>
              <w:t xml:space="preserve"> 6 і 7 </w:t>
            </w:r>
            <w:proofErr w:type="spellStart"/>
            <w:r w:rsidRPr="009F236B">
              <w:rPr>
                <w:sz w:val="24"/>
                <w:lang w:val="ru-RU"/>
              </w:rPr>
              <w:t>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встановити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провідних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керівних</w:t>
            </w:r>
            <w:proofErr w:type="spellEnd"/>
            <w:r w:rsidRPr="009F236B">
              <w:rPr>
                <w:sz w:val="24"/>
                <w:lang w:val="ru-RU"/>
              </w:rPr>
              <w:t xml:space="preserve"> ролей.</w:t>
            </w:r>
          </w:p>
        </w:tc>
        <w:tc>
          <w:tcPr>
            <w:tcW w:w="2721" w:type="dxa"/>
            <w:vAlign w:val="center"/>
          </w:tcPr>
          <w:p w14:paraId="75B431F7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1CEDD79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B7506F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Запропонований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поділ</w:t>
            </w:r>
            <w:proofErr w:type="spellEnd"/>
            <w:r w:rsidRPr="009F236B">
              <w:rPr>
                <w:sz w:val="24"/>
                <w:lang w:val="ru-RU"/>
              </w:rPr>
              <w:t xml:space="preserve"> на </w:t>
            </w:r>
            <w:proofErr w:type="spellStart"/>
            <w:r w:rsidRPr="009F236B">
              <w:rPr>
                <w:sz w:val="24"/>
                <w:lang w:val="ru-RU"/>
              </w:rPr>
              <w:t>базову</w:t>
            </w:r>
            <w:proofErr w:type="spellEnd"/>
            <w:r w:rsidRPr="009F236B">
              <w:rPr>
                <w:sz w:val="24"/>
                <w:lang w:val="ru-RU"/>
              </w:rPr>
              <w:t xml:space="preserve"> 6 і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прийнято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Фінальна</w:t>
            </w:r>
            <w:proofErr w:type="spellEnd"/>
            <w:r w:rsidRPr="009F236B">
              <w:rPr>
                <w:sz w:val="24"/>
                <w:lang w:val="ru-RU"/>
              </w:rPr>
              <w:t xml:space="preserve"> модель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одну </w:t>
            </w:r>
            <w:proofErr w:type="spellStart"/>
            <w:r w:rsidRPr="009F236B">
              <w:rPr>
                <w:sz w:val="24"/>
                <w:lang w:val="ru-RU"/>
              </w:rPr>
              <w:t>повну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кваліфікацію</w:t>
            </w:r>
            <w:proofErr w:type="spellEnd"/>
            <w:r w:rsidRPr="009F236B">
              <w:rPr>
                <w:sz w:val="24"/>
                <w:lang w:val="ru-RU"/>
              </w:rPr>
              <w:t xml:space="preserve"> 7 </w:t>
            </w:r>
            <w:proofErr w:type="spellStart"/>
            <w:r w:rsidRPr="009F236B">
              <w:rPr>
                <w:sz w:val="24"/>
                <w:lang w:val="ru-RU"/>
              </w:rPr>
              <w:t>рівня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  <w:lang w:val="ru-RU"/>
              </w:rPr>
              <w:lastRenderedPageBreak/>
              <w:t xml:space="preserve">НРК.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провідний</w:t>
            </w:r>
            <w:proofErr w:type="spellEnd"/>
            <w:r w:rsidRPr="009F236B">
              <w:rPr>
                <w:sz w:val="24"/>
                <w:lang w:val="ru-RU"/>
              </w:rPr>
              <w:t>» і «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служби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залишаються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кар’єрними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організаційними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ролями та не </w:t>
            </w:r>
            <w:proofErr w:type="spellStart"/>
            <w:r w:rsidRPr="009F236B">
              <w:rPr>
                <w:sz w:val="24"/>
                <w:lang w:val="ru-RU"/>
              </w:rPr>
              <w:t>створюються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автоматично як </w:t>
            </w:r>
            <w:proofErr w:type="spellStart"/>
            <w:r w:rsidRPr="009F236B">
              <w:rPr>
                <w:sz w:val="24"/>
                <w:lang w:val="ru-RU"/>
              </w:rPr>
              <w:t>окремі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часткові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5143C8D" w14:textId="77777777" w:rsidTr="00D97BDE">
        <w:trPr>
          <w:jc w:val="center"/>
        </w:trPr>
        <w:tc>
          <w:tcPr>
            <w:tcW w:w="2381" w:type="dxa"/>
            <w:vAlign w:val="center"/>
          </w:tcPr>
          <w:p w14:paraId="4091EA77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Кваліфікації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типові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посади</w:t>
            </w:r>
            <w:proofErr w:type="spellEnd"/>
          </w:p>
        </w:tc>
        <w:tc>
          <w:tcPr>
            <w:tcW w:w="3628" w:type="dxa"/>
            <w:vAlign w:val="center"/>
          </w:tcPr>
          <w:p w14:paraId="38DCAA6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Визначити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провідний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>» і «</w:t>
            </w:r>
            <w:proofErr w:type="spellStart"/>
            <w:r w:rsidRPr="009F236B">
              <w:rPr>
                <w:sz w:val="24"/>
                <w:lang w:val="ru-RU"/>
              </w:rPr>
              <w:t>керівник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служби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самостійними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частковими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кваліфікаціями</w:t>
            </w:r>
            <w:proofErr w:type="spellEnd"/>
            <w:r w:rsidRPr="009F236B">
              <w:rPr>
                <w:sz w:val="24"/>
                <w:lang w:val="ru-RU"/>
              </w:rPr>
              <w:t xml:space="preserve"> автоматично.</w:t>
            </w:r>
          </w:p>
        </w:tc>
        <w:tc>
          <w:tcPr>
            <w:tcW w:w="2721" w:type="dxa"/>
            <w:vAlign w:val="center"/>
          </w:tcPr>
          <w:p w14:paraId="0481FCB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09C90DB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120DEE9" w14:textId="77777777" w:rsidR="00EE4B87" w:rsidRPr="009F236B" w:rsidRDefault="00811DB6">
            <w:r w:rsidRPr="009F236B">
              <w:rPr>
                <w:sz w:val="24"/>
                <w:lang w:val="ru-RU"/>
              </w:rPr>
              <w:t xml:space="preserve">Не </w:t>
            </w:r>
            <w:proofErr w:type="spellStart"/>
            <w:r w:rsidRPr="009F236B">
              <w:rPr>
                <w:sz w:val="24"/>
                <w:lang w:val="ru-RU"/>
              </w:rPr>
              <w:t>враховано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Посадові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категорії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керівні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ролі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перетворюються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автоматично на </w:t>
            </w:r>
            <w:proofErr w:type="spellStart"/>
            <w:r w:rsidRPr="009F236B">
              <w:rPr>
                <w:sz w:val="24"/>
                <w:lang w:val="ru-RU"/>
              </w:rPr>
              <w:t>часткові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кваліфікації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Їх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застосування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визначається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класифікаційними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локальними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документами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роботодавця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135A701" w14:textId="77777777" w:rsidTr="00D97BDE">
        <w:trPr>
          <w:jc w:val="center"/>
        </w:trPr>
        <w:tc>
          <w:tcPr>
            <w:tcW w:w="2381" w:type="dxa"/>
            <w:vAlign w:val="center"/>
          </w:tcPr>
          <w:p w14:paraId="5463D7FF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</w:p>
        </w:tc>
        <w:tc>
          <w:tcPr>
            <w:tcW w:w="3628" w:type="dxa"/>
            <w:vAlign w:val="center"/>
          </w:tcPr>
          <w:p w14:paraId="156230B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Прямо </w:t>
            </w:r>
            <w:proofErr w:type="spellStart"/>
            <w:r w:rsidRPr="009F236B">
              <w:rPr>
                <w:sz w:val="24"/>
                <w:lang w:val="ru-RU"/>
              </w:rPr>
              <w:t>зазначити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G</w:t>
            </w:r>
            <w:r w:rsidRPr="009F236B">
              <w:rPr>
                <w:sz w:val="24"/>
                <w:lang w:val="ru-RU"/>
              </w:rPr>
              <w:t xml:space="preserve">22, </w:t>
            </w:r>
            <w:proofErr w:type="spellStart"/>
            <w:r w:rsidRPr="009F236B">
              <w:rPr>
                <w:sz w:val="24"/>
                <w:lang w:val="ru-RU"/>
              </w:rPr>
              <w:t>передбачити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конверсію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практику для </w:t>
            </w:r>
            <w:proofErr w:type="spellStart"/>
            <w:r w:rsidRPr="009F236B">
              <w:rPr>
                <w:sz w:val="24"/>
                <w:lang w:val="ru-RU"/>
              </w:rPr>
              <w:t>інших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інженерів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виключити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управлінську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освіту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єдину</w:t>
            </w:r>
            <w:proofErr w:type="spellEnd"/>
            <w:r w:rsidRPr="009F236B">
              <w:rPr>
                <w:sz w:val="24"/>
                <w:lang w:val="ru-RU"/>
              </w:rPr>
              <w:t xml:space="preserve"> основу.</w:t>
            </w:r>
          </w:p>
        </w:tc>
        <w:tc>
          <w:tcPr>
            <w:tcW w:w="2721" w:type="dxa"/>
            <w:vAlign w:val="center"/>
          </w:tcPr>
          <w:p w14:paraId="72F3EFF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1348B603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77B5340" w14:textId="77777777" w:rsidR="00EE4B87" w:rsidRPr="009F236B" w:rsidRDefault="00811DB6">
            <w:proofErr w:type="spellStart"/>
            <w:r w:rsidRPr="009F236B">
              <w:rPr>
                <w:sz w:val="24"/>
              </w:rPr>
              <w:t>Освітні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передумови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уточнено</w:t>
            </w:r>
            <w:proofErr w:type="spellEnd"/>
            <w:r w:rsidRPr="009F236B">
              <w:rPr>
                <w:sz w:val="24"/>
              </w:rPr>
              <w:t xml:space="preserve">: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прямої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траєкторії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магістерська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профільно</w:t>
            </w:r>
            <w:proofErr w:type="spellEnd"/>
            <w:r w:rsidRPr="009F236B">
              <w:rPr>
                <w:sz w:val="24"/>
              </w:rPr>
              <w:t xml:space="preserve"> G22; </w:t>
            </w:r>
            <w:proofErr w:type="spellStart"/>
            <w:r w:rsidRPr="009F236B">
              <w:rPr>
                <w:sz w:val="24"/>
              </w:rPr>
              <w:t>для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інженерів</w:t>
            </w:r>
            <w:proofErr w:type="spellEnd"/>
            <w:r w:rsidRPr="009F236B">
              <w:rPr>
                <w:sz w:val="24"/>
              </w:rPr>
              <w:t xml:space="preserve"> — </w:t>
            </w:r>
            <w:proofErr w:type="spellStart"/>
            <w:r w:rsidRPr="009F236B">
              <w:rPr>
                <w:sz w:val="24"/>
              </w:rPr>
              <w:t>клініко-інженерна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конверсія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практика</w:t>
            </w:r>
            <w:proofErr w:type="spellEnd"/>
            <w:r w:rsidRPr="009F236B">
              <w:rPr>
                <w:sz w:val="24"/>
              </w:rPr>
              <w:t xml:space="preserve"> у ЗОЗ і </w:t>
            </w:r>
            <w:proofErr w:type="spellStart"/>
            <w:r w:rsidRPr="009F236B">
              <w:rPr>
                <w:sz w:val="24"/>
              </w:rPr>
              <w:t>повне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оцінювання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Управлінська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без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основи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недостатня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0DAA40DE" w14:textId="77777777" w:rsidTr="00D97BDE">
        <w:trPr>
          <w:jc w:val="center"/>
        </w:trPr>
        <w:tc>
          <w:tcPr>
            <w:tcW w:w="2381" w:type="dxa"/>
            <w:vAlign w:val="center"/>
          </w:tcPr>
          <w:p w14:paraId="0254824C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Назви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освітніх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напрямів</w:t>
            </w:r>
            <w:proofErr w:type="spellEnd"/>
          </w:p>
        </w:tc>
        <w:tc>
          <w:tcPr>
            <w:tcW w:w="3628" w:type="dxa"/>
            <w:vAlign w:val="center"/>
          </w:tcPr>
          <w:p w14:paraId="7F17422C" w14:textId="77777777" w:rsidR="00EE4B87" w:rsidRPr="009F236B" w:rsidRDefault="00811DB6">
            <w:r w:rsidRPr="009F236B">
              <w:rPr>
                <w:sz w:val="24"/>
              </w:rPr>
              <w:t xml:space="preserve">У проєкті </w:t>
            </w:r>
            <w:proofErr w:type="spellStart"/>
            <w:r w:rsidRPr="009F236B">
              <w:rPr>
                <w:sz w:val="24"/>
              </w:rPr>
              <w:t>назви</w:t>
            </w:r>
            <w:proofErr w:type="spellEnd"/>
            <w:r w:rsidRPr="009F236B">
              <w:rPr>
                <w:sz w:val="24"/>
              </w:rPr>
              <w:t xml:space="preserve"> «</w:t>
            </w:r>
            <w:proofErr w:type="spellStart"/>
            <w:r w:rsidRPr="009F236B">
              <w:rPr>
                <w:sz w:val="24"/>
              </w:rPr>
              <w:t>Медична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>», «</w:t>
            </w:r>
            <w:proofErr w:type="spellStart"/>
            <w:r w:rsidRPr="009F236B">
              <w:rPr>
                <w:sz w:val="24"/>
              </w:rPr>
              <w:t>Клінічна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інженерія</w:t>
            </w:r>
            <w:proofErr w:type="spellEnd"/>
            <w:r w:rsidRPr="009F236B">
              <w:rPr>
                <w:sz w:val="24"/>
              </w:rPr>
              <w:t>», «</w:t>
            </w:r>
            <w:proofErr w:type="spellStart"/>
            <w:r w:rsidRPr="009F236B">
              <w:rPr>
                <w:sz w:val="24"/>
              </w:rPr>
              <w:t>Інженерний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менеджмент</w:t>
            </w:r>
            <w:proofErr w:type="spellEnd"/>
            <w:r w:rsidRPr="009F236B">
              <w:rPr>
                <w:sz w:val="24"/>
              </w:rPr>
              <w:t xml:space="preserve">» </w:t>
            </w:r>
            <w:proofErr w:type="spellStart"/>
            <w:r w:rsidRPr="009F236B">
              <w:rPr>
                <w:sz w:val="24"/>
              </w:rPr>
              <w:t>подані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так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ніби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вони</w:t>
            </w:r>
            <w:proofErr w:type="spellEnd"/>
            <w:r w:rsidRPr="009F236B">
              <w:rPr>
                <w:sz w:val="24"/>
              </w:rPr>
              <w:t xml:space="preserve"> є </w:t>
            </w:r>
            <w:proofErr w:type="spellStart"/>
            <w:r w:rsidRPr="009F236B">
              <w:rPr>
                <w:sz w:val="24"/>
              </w:rPr>
              <w:t>чинними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спеціальностями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галузями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знань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Узгодити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назви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чинним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переліком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галузей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знань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спеціальностей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потреби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визначати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ці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поняття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як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назви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освітніх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програм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спеціалізацій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мікрокваліфікацій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або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програм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післядипломної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освіти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із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зазначенням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базової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спеціальності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3A528FE6" w14:textId="77777777" w:rsidR="00EE4B87" w:rsidRPr="009F236B" w:rsidRDefault="00811DB6">
            <w:r w:rsidRPr="009F236B">
              <w:rPr>
                <w:sz w:val="24"/>
              </w:rPr>
              <w:lastRenderedPageBreak/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0C674A1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1921E8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передумови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подаються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через </w:t>
            </w:r>
            <w:proofErr w:type="spellStart"/>
            <w:r w:rsidRPr="009F236B">
              <w:rPr>
                <w:sz w:val="24"/>
                <w:lang w:val="ru-RU"/>
              </w:rPr>
              <w:t>чинні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назви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галузей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знань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спеціальностей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Терміни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клінічна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>», «</w:t>
            </w:r>
            <w:r w:rsidRPr="009F236B">
              <w:rPr>
                <w:sz w:val="24"/>
              </w:rPr>
              <w:t>HTM</w:t>
            </w:r>
            <w:r w:rsidRPr="009F236B">
              <w:rPr>
                <w:sz w:val="24"/>
                <w:lang w:val="ru-RU"/>
              </w:rPr>
              <w:t>», «</w:t>
            </w:r>
            <w:proofErr w:type="spellStart"/>
            <w:r w:rsidRPr="009F236B">
              <w:rPr>
                <w:sz w:val="24"/>
                <w:lang w:val="ru-RU"/>
              </w:rPr>
              <w:t>медична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інженерія</w:t>
            </w:r>
            <w:proofErr w:type="spellEnd"/>
            <w:r w:rsidRPr="009F236B">
              <w:rPr>
                <w:sz w:val="24"/>
                <w:lang w:val="ru-RU"/>
              </w:rPr>
              <w:t xml:space="preserve">»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«</w:t>
            </w:r>
            <w:proofErr w:type="spellStart"/>
            <w:r w:rsidRPr="009F236B">
              <w:rPr>
                <w:sz w:val="24"/>
                <w:lang w:val="ru-RU"/>
              </w:rPr>
              <w:t>інженерний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менеджмент» </w:t>
            </w:r>
            <w:proofErr w:type="spellStart"/>
            <w:r w:rsidRPr="009F236B">
              <w:rPr>
                <w:sz w:val="24"/>
                <w:lang w:val="ru-RU"/>
              </w:rPr>
              <w:t>можуть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позначати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зміст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професійних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сертифікатних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освітніх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програм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подаються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офіційні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спеціальності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якщо</w:t>
            </w:r>
            <w:proofErr w:type="spellEnd"/>
            <w:r w:rsidRPr="009F236B">
              <w:rPr>
                <w:sz w:val="24"/>
                <w:lang w:val="ru-RU"/>
              </w:rPr>
              <w:t xml:space="preserve"> такого статусу не </w:t>
            </w:r>
            <w:proofErr w:type="spellStart"/>
            <w:r w:rsidRPr="009F236B">
              <w:rPr>
                <w:sz w:val="24"/>
                <w:lang w:val="ru-RU"/>
              </w:rPr>
              <w:t>мають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10FE560" w14:textId="77777777" w:rsidTr="00D97BDE">
        <w:trPr>
          <w:jc w:val="center"/>
        </w:trPr>
        <w:tc>
          <w:tcPr>
            <w:tcW w:w="2381" w:type="dxa"/>
            <w:vAlign w:val="center"/>
          </w:tcPr>
          <w:p w14:paraId="5787490F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Професійний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</w:p>
        </w:tc>
        <w:tc>
          <w:tcPr>
            <w:tcW w:w="3628" w:type="dxa"/>
            <w:vAlign w:val="center"/>
          </w:tcPr>
          <w:p w14:paraId="7C0A981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Обов'язкова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перепідготовка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саме</w:t>
            </w:r>
            <w:proofErr w:type="spellEnd"/>
            <w:r w:rsidRPr="009F236B">
              <w:rPr>
                <w:sz w:val="24"/>
                <w:lang w:val="ru-RU"/>
              </w:rPr>
              <w:t xml:space="preserve"> з «</w:t>
            </w:r>
            <w:proofErr w:type="spellStart"/>
            <w:r w:rsidRPr="009F236B">
              <w:rPr>
                <w:sz w:val="24"/>
                <w:lang w:val="ru-RU"/>
              </w:rPr>
              <w:t>Інженерного</w:t>
            </w:r>
            <w:proofErr w:type="spellEnd"/>
            <w:r w:rsidRPr="009F236B">
              <w:rPr>
                <w:sz w:val="24"/>
                <w:lang w:val="ru-RU"/>
              </w:rPr>
              <w:t xml:space="preserve"> менеджменту» </w:t>
            </w:r>
            <w:proofErr w:type="spellStart"/>
            <w:r w:rsidRPr="009F236B">
              <w:rPr>
                <w:sz w:val="24"/>
                <w:lang w:val="ru-RU"/>
              </w:rPr>
              <w:t>кожні</w:t>
            </w:r>
            <w:proofErr w:type="spellEnd"/>
            <w:r w:rsidRPr="009F236B">
              <w:rPr>
                <w:sz w:val="24"/>
                <w:lang w:val="ru-RU"/>
              </w:rPr>
              <w:t xml:space="preserve"> три роки не </w:t>
            </w:r>
            <w:proofErr w:type="spellStart"/>
            <w:r w:rsidRPr="009F236B">
              <w:rPr>
                <w:sz w:val="24"/>
                <w:lang w:val="ru-RU"/>
              </w:rPr>
              <w:t>обґрунтована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трудовими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функціями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ризиками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Передбачити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безперервний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розвиток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тематичними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напрямами</w:t>
            </w:r>
            <w:proofErr w:type="spellEnd"/>
            <w:r w:rsidRPr="009F236B">
              <w:rPr>
                <w:sz w:val="24"/>
                <w:lang w:val="ru-RU"/>
              </w:rPr>
              <w:t xml:space="preserve">: </w:t>
            </w:r>
            <w:proofErr w:type="spellStart"/>
            <w:r w:rsidRPr="009F236B">
              <w:rPr>
                <w:sz w:val="24"/>
                <w:lang w:val="ru-RU"/>
              </w:rPr>
              <w:t>електробезпека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забезпечення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ризиками</w:t>
            </w:r>
            <w:proofErr w:type="spellEnd"/>
            <w:r w:rsidRPr="009F236B">
              <w:rPr>
                <w:sz w:val="24"/>
                <w:lang w:val="ru-RU"/>
              </w:rPr>
              <w:t xml:space="preserve">, кібербезпека, </w:t>
            </w:r>
            <w:proofErr w:type="spellStart"/>
            <w:r w:rsidRPr="009F236B">
              <w:rPr>
                <w:sz w:val="24"/>
                <w:lang w:val="ru-RU"/>
              </w:rPr>
              <w:t>клінічні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процеси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управління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життєвим</w:t>
            </w:r>
            <w:proofErr w:type="spellEnd"/>
            <w:r w:rsidRPr="009F236B">
              <w:rPr>
                <w:sz w:val="24"/>
                <w:lang w:val="ru-RU"/>
              </w:rPr>
              <w:t xml:space="preserve"> циклом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3D78B94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5B692220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B4F0216" w14:textId="77777777" w:rsidR="00EE4B87" w:rsidRPr="009F236B" w:rsidRDefault="00811DB6">
            <w:proofErr w:type="spellStart"/>
            <w:r w:rsidRPr="009F236B">
              <w:rPr>
                <w:sz w:val="24"/>
              </w:rPr>
              <w:t>Фіксована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обов’язкова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перепідготовка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однією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програмою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встановлюється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Безперервний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професійний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розвиток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визначено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за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реальними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трудовими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функціями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ризиками</w:t>
            </w:r>
            <w:proofErr w:type="spellEnd"/>
            <w:r w:rsidRPr="009F236B">
              <w:rPr>
                <w:sz w:val="24"/>
              </w:rPr>
              <w:t xml:space="preserve">: HTM, </w:t>
            </w:r>
            <w:proofErr w:type="spellStart"/>
            <w:r w:rsidRPr="009F236B">
              <w:rPr>
                <w:sz w:val="24"/>
              </w:rPr>
              <w:t>безпека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метрологія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цифрова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інтеграція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планування</w:t>
            </w:r>
            <w:proofErr w:type="spellEnd"/>
            <w:r w:rsidRPr="009F236B">
              <w:rPr>
                <w:sz w:val="24"/>
              </w:rPr>
              <w:t xml:space="preserve">, HTA, </w:t>
            </w:r>
            <w:proofErr w:type="spellStart"/>
            <w:r w:rsidRPr="009F236B">
              <w:rPr>
                <w:sz w:val="24"/>
              </w:rPr>
              <w:t>якість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інші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релевантні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напрями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5E4BC275" w14:textId="77777777" w:rsidTr="00D97BDE">
        <w:trPr>
          <w:jc w:val="center"/>
        </w:trPr>
        <w:tc>
          <w:tcPr>
            <w:tcW w:w="2381" w:type="dxa"/>
            <w:vAlign w:val="center"/>
          </w:tcPr>
          <w:p w14:paraId="69DF768E" w14:textId="77777777" w:rsidR="00EE4B87" w:rsidRPr="009F236B" w:rsidRDefault="00811DB6">
            <w:r w:rsidRPr="009F236B">
              <w:rPr>
                <w:sz w:val="24"/>
              </w:rPr>
              <w:t xml:space="preserve">Проєктування і </w:t>
            </w:r>
            <w:proofErr w:type="spellStart"/>
            <w:r w:rsidRPr="009F236B">
              <w:rPr>
                <w:sz w:val="24"/>
              </w:rPr>
              <w:t>реконструкція</w:t>
            </w:r>
            <w:proofErr w:type="spellEnd"/>
          </w:p>
        </w:tc>
        <w:tc>
          <w:tcPr>
            <w:tcW w:w="3628" w:type="dxa"/>
            <w:vAlign w:val="center"/>
          </w:tcPr>
          <w:p w14:paraId="3CD407E4" w14:textId="77777777" w:rsidR="00EE4B87" w:rsidRPr="009F236B" w:rsidRDefault="00811DB6">
            <w:proofErr w:type="spellStart"/>
            <w:r w:rsidRPr="009F236B">
              <w:rPr>
                <w:sz w:val="24"/>
              </w:rPr>
              <w:t>Вилучити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будівельну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документацію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загальну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</w:t>
            </w:r>
            <w:proofErr w:type="spellEnd"/>
            <w:r w:rsidRPr="009F236B">
              <w:rPr>
                <w:sz w:val="24"/>
              </w:rPr>
              <w:t>.</w:t>
            </w:r>
          </w:p>
        </w:tc>
        <w:tc>
          <w:tcPr>
            <w:tcW w:w="2721" w:type="dxa"/>
            <w:vAlign w:val="center"/>
          </w:tcPr>
          <w:p w14:paraId="2D3F9BA8" w14:textId="77777777" w:rsidR="00EE4B87" w:rsidRPr="009F236B" w:rsidRDefault="00811DB6">
            <w:r w:rsidRPr="009F236B">
              <w:rPr>
                <w:sz w:val="24"/>
              </w:rPr>
              <w:lastRenderedPageBreak/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lastRenderedPageBreak/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7C43501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3D64C7A4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lastRenderedPageBreak/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67828F64" w14:textId="77777777" w:rsidTr="00D97BDE">
        <w:trPr>
          <w:jc w:val="center"/>
        </w:trPr>
        <w:tc>
          <w:tcPr>
            <w:tcW w:w="2381" w:type="dxa"/>
            <w:vAlign w:val="center"/>
          </w:tcPr>
          <w:p w14:paraId="1B6FE137" w14:textId="77777777" w:rsidR="00EE4B87" w:rsidRPr="009F236B" w:rsidRDefault="00811DB6">
            <w:r w:rsidRPr="009F236B">
              <w:rPr>
                <w:sz w:val="24"/>
              </w:rPr>
              <w:lastRenderedPageBreak/>
              <w:t xml:space="preserve">Проєктування і </w:t>
            </w:r>
            <w:proofErr w:type="spellStart"/>
            <w:r w:rsidRPr="009F236B">
              <w:rPr>
                <w:sz w:val="24"/>
              </w:rPr>
              <w:t>реконструкція</w:t>
            </w:r>
            <w:proofErr w:type="spellEnd"/>
          </w:p>
        </w:tc>
        <w:tc>
          <w:tcPr>
            <w:tcW w:w="3628" w:type="dxa"/>
            <w:vAlign w:val="center"/>
          </w:tcPr>
          <w:p w14:paraId="2E1FC53C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Обмежити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планування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лише</w:t>
            </w:r>
            <w:proofErr w:type="spellEnd"/>
            <w:r w:rsidRPr="009F236B">
              <w:rPr>
                <w:sz w:val="24"/>
                <w:lang w:val="ru-RU"/>
              </w:rPr>
              <w:t xml:space="preserve"> точкою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одиничного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обладнання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13DE68DD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5669A67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2E25498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«точки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конкретних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готовність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, не </w:t>
            </w:r>
            <w:proofErr w:type="spellStart"/>
            <w:r w:rsidRPr="009F236B">
              <w:rPr>
                <w:sz w:val="24"/>
                <w:lang w:val="ru-RU"/>
              </w:rPr>
              <w:t>підміняючи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проєктувальників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фізика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1FAC99D8" w14:textId="77777777" w:rsidTr="00D97BDE">
        <w:trPr>
          <w:jc w:val="center"/>
        </w:trPr>
        <w:tc>
          <w:tcPr>
            <w:tcW w:w="2381" w:type="dxa"/>
            <w:vAlign w:val="center"/>
          </w:tcPr>
          <w:p w14:paraId="16C3D6E2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гази та </w:t>
            </w:r>
            <w:proofErr w:type="spellStart"/>
            <w:r w:rsidRPr="009F236B">
              <w:rPr>
                <w:sz w:val="24"/>
                <w:lang w:val="ru-RU"/>
              </w:rPr>
              <w:t>інженерні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мережі</w:t>
            </w:r>
            <w:proofErr w:type="spellEnd"/>
          </w:p>
        </w:tc>
        <w:tc>
          <w:tcPr>
            <w:tcW w:w="3628" w:type="dxa"/>
            <w:vAlign w:val="center"/>
          </w:tcPr>
          <w:p w14:paraId="721750A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впливу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на </w:t>
            </w:r>
            <w:proofErr w:type="spellStart"/>
            <w:r w:rsidRPr="009F236B">
              <w:rPr>
                <w:sz w:val="24"/>
                <w:lang w:val="ru-RU"/>
              </w:rPr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професійну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за проєктування, монтаж і </w:t>
            </w:r>
            <w:proofErr w:type="spellStart"/>
            <w:r w:rsidRPr="009F236B">
              <w:rPr>
                <w:sz w:val="24"/>
                <w:lang w:val="ru-RU"/>
              </w:rPr>
              <w:t>експлуатацію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систем.</w:t>
            </w:r>
          </w:p>
        </w:tc>
        <w:tc>
          <w:tcPr>
            <w:tcW w:w="2721" w:type="dxa"/>
            <w:vAlign w:val="center"/>
          </w:tcPr>
          <w:p w14:paraId="037CF0A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6B28168B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7BF5CC54" w14:textId="77777777" w:rsidR="00EE4B87" w:rsidRPr="009F236B" w:rsidRDefault="00811DB6">
            <w:proofErr w:type="spellStart"/>
            <w:r w:rsidRPr="009F236B">
              <w:rPr>
                <w:sz w:val="24"/>
              </w:rPr>
              <w:t>Самостійне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будівельне</w:t>
            </w:r>
            <w:proofErr w:type="spellEnd"/>
            <w:r w:rsidRPr="009F236B">
              <w:rPr>
                <w:sz w:val="24"/>
              </w:rPr>
              <w:t xml:space="preserve"> проєктування, </w:t>
            </w:r>
            <w:proofErr w:type="spellStart"/>
            <w:r w:rsidRPr="009F236B">
              <w:rPr>
                <w:sz w:val="24"/>
              </w:rPr>
              <w:t>експертизу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технічний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нагляд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загальне</w:t>
            </w:r>
            <w:proofErr w:type="spellEnd"/>
            <w:r w:rsidRPr="009F236B">
              <w:rPr>
                <w:sz w:val="24"/>
              </w:rPr>
              <w:t xml:space="preserve"> facilities management, </w:t>
            </w:r>
            <w:proofErr w:type="spellStart"/>
            <w:r w:rsidRPr="009F236B">
              <w:rPr>
                <w:sz w:val="24"/>
              </w:rPr>
              <w:t>енергоменеджмент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експлуатацію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всієї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будівлі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відмежовано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Збережено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формування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інтеграцію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медико-технологічних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</w:t>
            </w:r>
            <w:proofErr w:type="spellEnd"/>
            <w:r w:rsidRPr="009F236B">
              <w:rPr>
                <w:sz w:val="24"/>
              </w:rPr>
              <w:t xml:space="preserve">, readiness і commissioning у </w:t>
            </w:r>
            <w:proofErr w:type="spellStart"/>
            <w:r w:rsidRPr="009F236B">
              <w:rPr>
                <w:sz w:val="24"/>
              </w:rPr>
              <w:t>технічному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домені</w:t>
            </w:r>
            <w:proofErr w:type="spellEnd"/>
            <w:r w:rsidRPr="009F236B">
              <w:rPr>
                <w:sz w:val="24"/>
              </w:rPr>
              <w:t>.</w:t>
            </w:r>
          </w:p>
        </w:tc>
      </w:tr>
      <w:tr w:rsidR="00EE4B87" w:rsidRPr="009F236B" w14:paraId="37FB0BD8" w14:textId="77777777" w:rsidTr="00D97BDE">
        <w:trPr>
          <w:jc w:val="center"/>
        </w:trPr>
        <w:tc>
          <w:tcPr>
            <w:tcW w:w="2381" w:type="dxa"/>
            <w:vAlign w:val="center"/>
          </w:tcPr>
          <w:p w14:paraId="3B96B98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Медичні</w:t>
            </w:r>
            <w:proofErr w:type="spellEnd"/>
            <w:r w:rsidRPr="009F236B">
              <w:rPr>
                <w:sz w:val="24"/>
                <w:lang w:val="ru-RU"/>
              </w:rPr>
              <w:t xml:space="preserve"> гази та </w:t>
            </w:r>
            <w:proofErr w:type="spellStart"/>
            <w:r w:rsidRPr="009F236B">
              <w:rPr>
                <w:sz w:val="24"/>
                <w:lang w:val="ru-RU"/>
              </w:rPr>
              <w:t>інженерні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мережі</w:t>
            </w:r>
            <w:proofErr w:type="spellEnd"/>
          </w:p>
        </w:tc>
        <w:tc>
          <w:tcPr>
            <w:tcW w:w="3628" w:type="dxa"/>
            <w:vAlign w:val="center"/>
          </w:tcPr>
          <w:p w14:paraId="2058438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Повністю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координацію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 з </w:t>
            </w:r>
            <w:proofErr w:type="spellStart"/>
            <w:r w:rsidRPr="009F236B">
              <w:rPr>
                <w:sz w:val="24"/>
                <w:lang w:val="ru-RU"/>
              </w:rPr>
              <w:t>професії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522DFC3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55EF409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68E9BC7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Повне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медико-</w:t>
            </w:r>
            <w:proofErr w:type="spellStart"/>
            <w:r w:rsidRPr="009F236B">
              <w:rPr>
                <w:sz w:val="24"/>
                <w:lang w:val="ru-RU"/>
              </w:rPr>
              <w:t>технологічної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інфраструктурної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«точки </w:t>
            </w:r>
            <w:proofErr w:type="spellStart"/>
            <w:r w:rsidRPr="009F236B">
              <w:rPr>
                <w:sz w:val="24"/>
                <w:lang w:val="ru-RU"/>
              </w:rPr>
              <w:t>підключення</w:t>
            </w:r>
            <w:proofErr w:type="spellEnd"/>
            <w:r w:rsidRPr="009F236B">
              <w:rPr>
                <w:sz w:val="24"/>
                <w:lang w:val="ru-RU"/>
              </w:rPr>
              <w:t xml:space="preserve">» не </w:t>
            </w:r>
            <w:proofErr w:type="spellStart"/>
            <w:r w:rsidRPr="009F236B">
              <w:rPr>
                <w:sz w:val="24"/>
                <w:lang w:val="ru-RU"/>
              </w:rPr>
              <w:t>підтримано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конкретних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готовність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середовища</w:t>
            </w:r>
            <w:proofErr w:type="spellEnd"/>
            <w:r w:rsidRPr="009F236B">
              <w:rPr>
                <w:sz w:val="24"/>
                <w:lang w:val="ru-RU"/>
              </w:rPr>
              <w:t xml:space="preserve">, не </w:t>
            </w:r>
            <w:proofErr w:type="spellStart"/>
            <w:r w:rsidRPr="009F236B">
              <w:rPr>
                <w:sz w:val="24"/>
                <w:lang w:val="ru-RU"/>
              </w:rPr>
              <w:t>підміняючи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проєктувальників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експертів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фізика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чи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нагляд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572450C0" w14:textId="77777777" w:rsidTr="00D97BDE">
        <w:trPr>
          <w:jc w:val="center"/>
        </w:trPr>
        <w:tc>
          <w:tcPr>
            <w:tcW w:w="2381" w:type="dxa"/>
            <w:vAlign w:val="center"/>
          </w:tcPr>
          <w:p w14:paraId="35021C2F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>ІТ-</w:t>
            </w:r>
            <w:proofErr w:type="spellStart"/>
            <w:r w:rsidRPr="009F236B">
              <w:rPr>
                <w:sz w:val="24"/>
                <w:lang w:val="ru-RU"/>
              </w:rPr>
              <w:t>інтеграція</w:t>
            </w:r>
            <w:proofErr w:type="spellEnd"/>
            <w:r w:rsidRPr="009F236B">
              <w:rPr>
                <w:sz w:val="24"/>
                <w:lang w:val="ru-RU"/>
              </w:rPr>
              <w:t>, Н</w:t>
            </w:r>
            <w:r w:rsidRPr="009F236B">
              <w:rPr>
                <w:sz w:val="24"/>
              </w:rPr>
              <w:t>L</w:t>
            </w:r>
            <w:r w:rsidRPr="009F236B">
              <w:rPr>
                <w:sz w:val="24"/>
                <w:lang w:val="ru-RU"/>
              </w:rPr>
              <w:t>7/</w:t>
            </w:r>
            <w:r w:rsidRPr="009F236B">
              <w:rPr>
                <w:sz w:val="24"/>
              </w:rPr>
              <w:t>DICOM</w:t>
            </w:r>
            <w:r w:rsidRPr="009F236B">
              <w:rPr>
                <w:sz w:val="24"/>
                <w:lang w:val="ru-RU"/>
              </w:rPr>
              <w:t xml:space="preserve"> НІ</w:t>
            </w:r>
            <w:r w:rsidRPr="009F236B">
              <w:rPr>
                <w:sz w:val="24"/>
              </w:rPr>
              <w:t>S</w:t>
            </w:r>
            <w:r w:rsidRPr="009F236B">
              <w:rPr>
                <w:sz w:val="24"/>
                <w:lang w:val="ru-RU"/>
              </w:rPr>
              <w:t>/Р</w:t>
            </w:r>
            <w:r w:rsidRPr="009F236B">
              <w:rPr>
                <w:sz w:val="24"/>
              </w:rPr>
              <w:t>ACS</w:t>
            </w:r>
            <w:r w:rsidRPr="009F236B">
              <w:rPr>
                <w:sz w:val="24"/>
                <w:lang w:val="ru-RU"/>
              </w:rPr>
              <w:t>/</w:t>
            </w:r>
            <w:r w:rsidRPr="009F236B">
              <w:rPr>
                <w:sz w:val="24"/>
              </w:rPr>
              <w:t>LIS</w:t>
            </w:r>
            <w:r w:rsidRPr="009F236B">
              <w:rPr>
                <w:sz w:val="24"/>
                <w:lang w:val="ru-RU"/>
              </w:rPr>
              <w:t>,</w:t>
            </w:r>
          </w:p>
        </w:tc>
        <w:tc>
          <w:tcPr>
            <w:tcW w:w="3628" w:type="dxa"/>
            <w:vAlign w:val="center"/>
          </w:tcPr>
          <w:p w14:paraId="2D001230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Технічна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інтеграція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пристроїв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тотожна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повному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адмініструванню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лікарняних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інформаційних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систем, мереж, кібербезпеки й баз </w:t>
            </w:r>
            <w:proofErr w:type="spellStart"/>
            <w:r w:rsidRPr="009F236B">
              <w:rPr>
                <w:sz w:val="24"/>
                <w:lang w:val="ru-RU"/>
              </w:rPr>
              <w:t>даних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Залишити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тестування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сумісності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пристроїв</w:t>
            </w:r>
            <w:proofErr w:type="spellEnd"/>
            <w:r w:rsidRPr="009F236B">
              <w:rPr>
                <w:sz w:val="24"/>
                <w:lang w:val="ru-RU"/>
              </w:rPr>
              <w:t xml:space="preserve"> і участь у валідації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інтерфейсів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Адміністрування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систем і мереж </w:t>
            </w:r>
            <w:proofErr w:type="spellStart"/>
            <w:r w:rsidRPr="009F236B">
              <w:rPr>
                <w:sz w:val="24"/>
                <w:lang w:val="ru-RU"/>
              </w:rPr>
              <w:t>здійснювати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спільно</w:t>
            </w:r>
            <w:proofErr w:type="spellEnd"/>
            <w:r w:rsidRPr="009F236B">
              <w:rPr>
                <w:sz w:val="24"/>
                <w:lang w:val="ru-RU"/>
              </w:rPr>
              <w:t xml:space="preserve"> з ІТ-</w:t>
            </w:r>
            <w:proofErr w:type="spellStart"/>
            <w:r w:rsidRPr="009F236B">
              <w:rPr>
                <w:sz w:val="24"/>
                <w:lang w:val="ru-RU"/>
              </w:rPr>
              <w:t>підрозділом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окремою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підтвердженою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кваліфікацією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76C6907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3AA19EBE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553B3C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</w:rPr>
              <w:t>Пропозицію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враховано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Клінічний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формує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вимоги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інтероперабельності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медичних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пристроїв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бере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участь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тестуванні</w:t>
            </w:r>
            <w:proofErr w:type="spellEnd"/>
            <w:r w:rsidRPr="009F236B">
              <w:rPr>
                <w:sz w:val="24"/>
              </w:rPr>
              <w:t xml:space="preserve"> DICOM/HL7/FHIR/ISO/IEEE 11073 </w:t>
            </w:r>
            <w:proofErr w:type="spellStart"/>
            <w:r w:rsidRPr="009F236B">
              <w:rPr>
                <w:sz w:val="24"/>
              </w:rPr>
              <w:t>інтерфейсів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документує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конфігурацію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технічні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кіберризики</w:t>
            </w:r>
            <w:proofErr w:type="spellEnd"/>
            <w:r w:rsidRPr="009F236B">
              <w:rPr>
                <w:sz w:val="24"/>
              </w:rPr>
              <w:t xml:space="preserve"> у </w:t>
            </w:r>
            <w:proofErr w:type="spellStart"/>
            <w:r w:rsidRPr="009F236B">
              <w:rPr>
                <w:sz w:val="24"/>
              </w:rPr>
              <w:t>взаємодії</w:t>
            </w:r>
            <w:proofErr w:type="spellEnd"/>
            <w:r w:rsidRPr="009F236B">
              <w:rPr>
                <w:sz w:val="24"/>
              </w:rPr>
              <w:t xml:space="preserve"> з ІТ і </w:t>
            </w:r>
            <w:proofErr w:type="spellStart"/>
            <w:r w:rsidRPr="009F236B">
              <w:rPr>
                <w:sz w:val="24"/>
              </w:rPr>
              <w:t>кібербезпекою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Адміністрування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мереж, </w:t>
            </w:r>
            <w:proofErr w:type="spellStart"/>
            <w:r w:rsidRPr="009F236B">
              <w:rPr>
                <w:sz w:val="24"/>
                <w:lang w:val="ru-RU"/>
              </w:rPr>
              <w:t>серверів</w:t>
            </w:r>
            <w:proofErr w:type="spellEnd"/>
            <w:r w:rsidRPr="009F236B">
              <w:rPr>
                <w:sz w:val="24"/>
                <w:lang w:val="ru-RU"/>
              </w:rPr>
              <w:t xml:space="preserve">, баз </w:t>
            </w:r>
            <w:proofErr w:type="spellStart"/>
            <w:r w:rsidRPr="009F236B">
              <w:rPr>
                <w:sz w:val="24"/>
                <w:lang w:val="ru-RU"/>
              </w:rPr>
              <w:t>даних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загальної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політики</w:t>
            </w:r>
            <w:proofErr w:type="spellEnd"/>
            <w:r w:rsidRPr="009F236B">
              <w:rPr>
                <w:sz w:val="24"/>
                <w:lang w:val="ru-RU"/>
              </w:rPr>
              <w:t xml:space="preserve"> кібербезпеки ЗОЗ не </w:t>
            </w:r>
            <w:proofErr w:type="spellStart"/>
            <w:r w:rsidRPr="009F236B">
              <w:rPr>
                <w:sz w:val="24"/>
                <w:lang w:val="ru-RU"/>
              </w:rPr>
              <w:t>належить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його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універсальних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повноважень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3309BC3" w14:textId="77777777" w:rsidTr="00D97BDE">
        <w:trPr>
          <w:jc w:val="center"/>
        </w:trPr>
        <w:tc>
          <w:tcPr>
            <w:tcW w:w="2381" w:type="dxa"/>
            <w:vAlign w:val="center"/>
          </w:tcPr>
          <w:p w14:paraId="273ABAD5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технологій</w:t>
            </w:r>
            <w:proofErr w:type="spellEnd"/>
          </w:p>
        </w:tc>
        <w:tc>
          <w:tcPr>
            <w:tcW w:w="3628" w:type="dxa"/>
            <w:vAlign w:val="center"/>
          </w:tcPr>
          <w:p w14:paraId="131E3222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Проєкт </w:t>
            </w:r>
            <w:proofErr w:type="spellStart"/>
            <w:r w:rsidRPr="009F236B">
              <w:rPr>
                <w:sz w:val="24"/>
                <w:lang w:val="ru-RU"/>
              </w:rPr>
              <w:t>допускає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надмірну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концентрацію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економічних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клінічних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юридичних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рішень</w:t>
            </w:r>
            <w:proofErr w:type="spellEnd"/>
            <w:r w:rsidRPr="009F236B">
              <w:rPr>
                <w:sz w:val="24"/>
                <w:lang w:val="ru-RU"/>
              </w:rPr>
              <w:t xml:space="preserve"> в </w:t>
            </w:r>
            <w:proofErr w:type="spellStart"/>
            <w:r w:rsidRPr="009F236B">
              <w:rPr>
                <w:sz w:val="24"/>
                <w:lang w:val="ru-RU"/>
              </w:rPr>
              <w:t>однієї</w:t>
            </w:r>
            <w:proofErr w:type="spellEnd"/>
            <w:r w:rsidRPr="009F236B">
              <w:rPr>
                <w:sz w:val="24"/>
                <w:lang w:val="ru-RU"/>
              </w:rPr>
              <w:t xml:space="preserve"> особи. </w:t>
            </w:r>
            <w:proofErr w:type="spellStart"/>
            <w:r w:rsidRPr="009F236B">
              <w:rPr>
                <w:sz w:val="24"/>
                <w:lang w:val="ru-RU"/>
              </w:rPr>
              <w:t>Визначити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експертом</w:t>
            </w:r>
            <w:proofErr w:type="spellEnd"/>
            <w:r w:rsidRPr="009F236B">
              <w:rPr>
                <w:sz w:val="24"/>
                <w:lang w:val="ru-RU"/>
              </w:rPr>
              <w:t xml:space="preserve"> і членом </w:t>
            </w:r>
            <w:proofErr w:type="spellStart"/>
            <w:r w:rsidRPr="009F236B">
              <w:rPr>
                <w:sz w:val="24"/>
                <w:lang w:val="ru-RU"/>
              </w:rPr>
              <w:t>мультидисциплінарної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команди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Розмежувати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оцінювання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НТА, </w:t>
            </w:r>
            <w:proofErr w:type="spellStart"/>
            <w:r w:rsidRPr="009F236B">
              <w:rPr>
                <w:sz w:val="24"/>
                <w:lang w:val="ru-RU"/>
              </w:rPr>
              <w:t>економічний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аналіз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медичну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процедури</w:t>
            </w:r>
            <w:proofErr w:type="spellEnd"/>
            <w:r w:rsidRPr="009F236B">
              <w:rPr>
                <w:sz w:val="24"/>
                <w:lang w:val="ru-RU"/>
              </w:rPr>
              <w:t xml:space="preserve"> закупівель і </w:t>
            </w:r>
            <w:proofErr w:type="spellStart"/>
            <w:r w:rsidRPr="009F236B">
              <w:rPr>
                <w:sz w:val="24"/>
                <w:lang w:val="ru-RU"/>
              </w:rPr>
              <w:t>юридичну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відповідальність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0875F109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</w:t>
            </w:r>
            <w:r w:rsidRPr="009F236B">
              <w:rPr>
                <w:sz w:val="24"/>
                <w:lang w:val="ru-RU"/>
              </w:rPr>
              <w:lastRenderedPageBreak/>
              <w:t xml:space="preserve">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2FAC9FF7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0C819B54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Клінічного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технічним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експертом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мультидисциплінарної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команди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Він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формує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й </w:t>
            </w:r>
            <w:proofErr w:type="spellStart"/>
            <w:r w:rsidRPr="009F236B">
              <w:rPr>
                <w:sz w:val="24"/>
                <w:lang w:val="ru-RU"/>
              </w:rPr>
              <w:t>технічний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життєво-цикловий</w:t>
            </w:r>
            <w:proofErr w:type="spellEnd"/>
            <w:r w:rsidRPr="009F236B">
              <w:rPr>
                <w:sz w:val="24"/>
                <w:lang w:val="ru-RU"/>
              </w:rPr>
              <w:t xml:space="preserve"> компонент </w:t>
            </w:r>
            <w:r w:rsidRPr="009F236B">
              <w:rPr>
                <w:sz w:val="24"/>
              </w:rPr>
              <w:t>Hospital</w:t>
            </w:r>
            <w:r w:rsidRPr="009F236B">
              <w:rPr>
                <w:sz w:val="24"/>
                <w:lang w:val="ru-RU"/>
              </w:rPr>
              <w:t>-</w:t>
            </w:r>
            <w:r w:rsidRPr="009F236B">
              <w:rPr>
                <w:sz w:val="24"/>
              </w:rPr>
              <w:t>Based</w:t>
            </w:r>
            <w:r w:rsidRPr="009F236B">
              <w:rPr>
                <w:sz w:val="24"/>
                <w:lang w:val="ru-RU"/>
              </w:rPr>
              <w:t xml:space="preserve"> </w:t>
            </w:r>
            <w:r w:rsidRPr="009F236B">
              <w:rPr>
                <w:sz w:val="24"/>
              </w:rPr>
              <w:t>HTA</w:t>
            </w:r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але</w:t>
            </w:r>
            <w:proofErr w:type="spellEnd"/>
            <w:r w:rsidRPr="009F236B">
              <w:rPr>
                <w:sz w:val="24"/>
                <w:lang w:val="ru-RU"/>
              </w:rPr>
              <w:t xml:space="preserve"> не </w:t>
            </w:r>
            <w:proofErr w:type="spellStart"/>
            <w:r w:rsidRPr="009F236B">
              <w:rPr>
                <w:sz w:val="24"/>
                <w:lang w:val="ru-RU"/>
              </w:rPr>
              <w:t>визначає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одноосібно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клінічну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ефективність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загальну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економічну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доцільність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переможця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закупівлі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05D61EC5" w14:textId="77777777" w:rsidTr="00D97BDE">
        <w:trPr>
          <w:jc w:val="center"/>
        </w:trPr>
        <w:tc>
          <w:tcPr>
            <w:tcW w:w="2381" w:type="dxa"/>
            <w:vAlign w:val="center"/>
          </w:tcPr>
          <w:p w14:paraId="5AD47529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lastRenderedPageBreak/>
              <w:t>Сервіс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метрологічні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операції</w:t>
            </w:r>
            <w:proofErr w:type="spellEnd"/>
          </w:p>
        </w:tc>
        <w:tc>
          <w:tcPr>
            <w:tcW w:w="3628" w:type="dxa"/>
            <w:vAlign w:val="center"/>
          </w:tcPr>
          <w:p w14:paraId="239F8043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Планування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сервісу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виконання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ремонту,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повірка</w:t>
            </w:r>
            <w:proofErr w:type="spellEnd"/>
            <w:r w:rsidRPr="009F236B">
              <w:rPr>
                <w:sz w:val="24"/>
                <w:lang w:val="ru-RU"/>
              </w:rPr>
              <w:t xml:space="preserve"> є </w:t>
            </w:r>
            <w:proofErr w:type="spellStart"/>
            <w:r w:rsidRPr="009F236B">
              <w:rPr>
                <w:sz w:val="24"/>
                <w:lang w:val="ru-RU"/>
              </w:rPr>
              <w:t>різними</w:t>
            </w:r>
            <w:proofErr w:type="spellEnd"/>
            <w:r w:rsidRPr="009F236B">
              <w:rPr>
                <w:sz w:val="24"/>
                <w:lang w:val="ru-RU"/>
              </w:rPr>
              <w:t xml:space="preserve"> за </w:t>
            </w:r>
            <w:proofErr w:type="spellStart"/>
            <w:r w:rsidRPr="009F236B">
              <w:rPr>
                <w:sz w:val="24"/>
                <w:lang w:val="ru-RU"/>
              </w:rPr>
              <w:t>правовим</w:t>
            </w:r>
            <w:proofErr w:type="spellEnd"/>
            <w:r w:rsidRPr="009F236B">
              <w:rPr>
                <w:sz w:val="24"/>
                <w:lang w:val="ru-RU"/>
              </w:rPr>
              <w:t xml:space="preserve"> і режимом та </w:t>
            </w:r>
            <w:proofErr w:type="spellStart"/>
            <w:r w:rsidRPr="009F236B">
              <w:rPr>
                <w:sz w:val="24"/>
                <w:lang w:val="ru-RU"/>
              </w:rPr>
              <w:t>вимогами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Клінічний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може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планувати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координувати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документувати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Виконання</w:t>
            </w:r>
            <w:proofErr w:type="spellEnd"/>
            <w:r w:rsidRPr="009F236B">
              <w:rPr>
                <w:sz w:val="24"/>
                <w:lang w:val="ru-RU"/>
              </w:rPr>
              <w:t xml:space="preserve"> ремонту,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повірки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залежати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від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технічної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підготовки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виробника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метрологічних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окремо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підтверджених</w:t>
            </w:r>
            <w:proofErr w:type="spellEnd"/>
            <w:r w:rsidRPr="009F236B">
              <w:rPr>
                <w:sz w:val="24"/>
                <w:lang w:val="ru-RU"/>
              </w:rPr>
              <w:t xml:space="preserve"> компетентностей</w:t>
            </w:r>
          </w:p>
        </w:tc>
        <w:tc>
          <w:tcPr>
            <w:tcW w:w="2721" w:type="dxa"/>
            <w:vAlign w:val="center"/>
          </w:tcPr>
          <w:p w14:paraId="39084010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lastRenderedPageBreak/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0C8E88B9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531FCBB1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Розмежовано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технічне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обслуговування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первинну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діагностику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функціональну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перевірку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електробезпеку</w:t>
            </w:r>
            <w:proofErr w:type="spellEnd"/>
            <w:r w:rsidRPr="009F236B">
              <w:rPr>
                <w:sz w:val="24"/>
                <w:lang w:val="ru-RU"/>
              </w:rPr>
              <w:t xml:space="preserve">, ремонт, </w:t>
            </w:r>
            <w:proofErr w:type="spellStart"/>
            <w:r w:rsidRPr="009F236B">
              <w:rPr>
                <w:sz w:val="24"/>
                <w:lang w:val="ru-RU"/>
              </w:rPr>
              <w:t>калібрування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і </w:t>
            </w:r>
            <w:proofErr w:type="spellStart"/>
            <w:r w:rsidRPr="009F236B">
              <w:rPr>
                <w:sz w:val="24"/>
                <w:lang w:val="ru-RU"/>
              </w:rPr>
              <w:t>повірку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Визначено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вимоги</w:t>
            </w:r>
            <w:proofErr w:type="spellEnd"/>
            <w:r w:rsidRPr="009F236B">
              <w:rPr>
                <w:sz w:val="24"/>
                <w:lang w:val="ru-RU"/>
              </w:rPr>
              <w:t xml:space="preserve"> до </w:t>
            </w:r>
            <w:proofErr w:type="spellStart"/>
            <w:r w:rsidRPr="009F236B">
              <w:rPr>
                <w:sz w:val="24"/>
                <w:lang w:val="ru-RU"/>
              </w:rPr>
              <w:t>компетентності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авторизації</w:t>
            </w:r>
            <w:proofErr w:type="spellEnd"/>
            <w:r w:rsidRPr="009F236B">
              <w:rPr>
                <w:sz w:val="24"/>
                <w:lang w:val="ru-RU"/>
              </w:rPr>
              <w:t>/</w:t>
            </w:r>
            <w:proofErr w:type="spellStart"/>
            <w:r w:rsidRPr="009F236B">
              <w:rPr>
                <w:sz w:val="24"/>
                <w:lang w:val="ru-RU"/>
              </w:rPr>
              <w:t>акредитації</w:t>
            </w:r>
            <w:proofErr w:type="spellEnd"/>
            <w:r w:rsidRPr="009F236B">
              <w:rPr>
                <w:sz w:val="24"/>
                <w:lang w:val="ru-RU"/>
              </w:rPr>
              <w:t xml:space="preserve">, простежуваності та </w:t>
            </w:r>
            <w:proofErr w:type="spellStart"/>
            <w:r w:rsidRPr="009F236B">
              <w:rPr>
                <w:sz w:val="24"/>
                <w:lang w:val="ru-RU"/>
              </w:rPr>
              <w:t>післясервісного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приймання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9F236B" w14:paraId="6BC68E6C" w14:textId="77777777" w:rsidTr="00D97BDE">
        <w:trPr>
          <w:jc w:val="center"/>
        </w:trPr>
        <w:tc>
          <w:tcPr>
            <w:tcW w:w="2381" w:type="dxa"/>
            <w:vAlign w:val="center"/>
          </w:tcPr>
          <w:p w14:paraId="02671A67" w14:textId="77777777" w:rsidR="00EE4B87" w:rsidRPr="009F236B" w:rsidRDefault="00811DB6">
            <w:proofErr w:type="spellStart"/>
            <w:r w:rsidRPr="009F236B">
              <w:rPr>
                <w:sz w:val="24"/>
              </w:rPr>
              <w:lastRenderedPageBreak/>
              <w:t>Професійний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аналіз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консультації</w:t>
            </w:r>
            <w:proofErr w:type="spellEnd"/>
          </w:p>
        </w:tc>
        <w:tc>
          <w:tcPr>
            <w:tcW w:w="3628" w:type="dxa"/>
            <w:vAlign w:val="center"/>
          </w:tcPr>
          <w:p w14:paraId="486C82B0" w14:textId="77777777" w:rsidR="00EE4B87" w:rsidRPr="009F236B" w:rsidRDefault="00811DB6">
            <w:proofErr w:type="spellStart"/>
            <w:r w:rsidRPr="009F236B">
              <w:rPr>
                <w:sz w:val="24"/>
              </w:rPr>
              <w:t>Оприлюднити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функціональну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логіку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провести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консультації</w:t>
            </w:r>
            <w:proofErr w:type="spellEnd"/>
            <w:r w:rsidRPr="009F236B">
              <w:rPr>
                <w:sz w:val="24"/>
              </w:rPr>
              <w:t xml:space="preserve"> з </w:t>
            </w:r>
            <w:proofErr w:type="spellStart"/>
            <w:r w:rsidRPr="009F236B">
              <w:rPr>
                <w:sz w:val="24"/>
              </w:rPr>
              <w:t>роботодавцями</w:t>
            </w:r>
            <w:proofErr w:type="spellEnd"/>
            <w:r w:rsidRPr="009F236B">
              <w:rPr>
                <w:sz w:val="24"/>
              </w:rPr>
              <w:t xml:space="preserve">, ЗОЗ, </w:t>
            </w:r>
            <w:proofErr w:type="spellStart"/>
            <w:r w:rsidRPr="009F236B">
              <w:rPr>
                <w:sz w:val="24"/>
              </w:rPr>
              <w:t>освітою</w:t>
            </w:r>
            <w:proofErr w:type="spellEnd"/>
            <w:r w:rsidRPr="009F236B">
              <w:rPr>
                <w:sz w:val="24"/>
              </w:rPr>
              <w:t xml:space="preserve">, </w:t>
            </w:r>
            <w:proofErr w:type="spellStart"/>
            <w:r w:rsidRPr="009F236B">
              <w:rPr>
                <w:sz w:val="24"/>
              </w:rPr>
              <w:t>сервісом</w:t>
            </w:r>
            <w:proofErr w:type="spellEnd"/>
            <w:r w:rsidRPr="009F236B">
              <w:rPr>
                <w:sz w:val="24"/>
              </w:rPr>
              <w:t xml:space="preserve">, ІТ, </w:t>
            </w:r>
            <w:proofErr w:type="spellStart"/>
            <w:r w:rsidRPr="009F236B">
              <w:rPr>
                <w:sz w:val="24"/>
              </w:rPr>
              <w:t>будівельними</w:t>
            </w:r>
            <w:proofErr w:type="spellEnd"/>
            <w:r w:rsidRPr="009F236B">
              <w:rPr>
                <w:sz w:val="24"/>
              </w:rPr>
              <w:t xml:space="preserve"> й </w:t>
            </w:r>
            <w:proofErr w:type="spellStart"/>
            <w:r w:rsidRPr="009F236B">
              <w:rPr>
                <w:sz w:val="24"/>
              </w:rPr>
              <w:t>експлуатаційними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службами</w:t>
            </w:r>
            <w:proofErr w:type="spellEnd"/>
            <w:r w:rsidRPr="009F236B">
              <w:rPr>
                <w:sz w:val="24"/>
              </w:rPr>
              <w:t>, МОЗ і МОН.</w:t>
            </w:r>
          </w:p>
        </w:tc>
        <w:tc>
          <w:tcPr>
            <w:tcW w:w="2721" w:type="dxa"/>
            <w:vAlign w:val="center"/>
          </w:tcPr>
          <w:p w14:paraId="05DE664C" w14:textId="77777777" w:rsidR="00EE4B87" w:rsidRPr="009F236B" w:rsidRDefault="00811DB6">
            <w:r w:rsidRPr="009F236B">
              <w:rPr>
                <w:sz w:val="24"/>
              </w:rPr>
              <w:t>НТУ «</w:t>
            </w:r>
            <w:proofErr w:type="spellStart"/>
            <w:r w:rsidRPr="009F236B">
              <w:rPr>
                <w:sz w:val="24"/>
              </w:rPr>
              <w:t>Дніпровська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політехніка</w:t>
            </w:r>
            <w:proofErr w:type="spellEnd"/>
            <w:r w:rsidRPr="009F236B">
              <w:rPr>
                <w:sz w:val="24"/>
              </w:rPr>
              <w:t xml:space="preserve">»: </w:t>
            </w:r>
            <w:proofErr w:type="spellStart"/>
            <w:r w:rsidRPr="009F236B">
              <w:rPr>
                <w:sz w:val="24"/>
              </w:rPr>
              <w:t>в.о</w:t>
            </w:r>
            <w:proofErr w:type="spellEnd"/>
            <w:r w:rsidRPr="009F236B">
              <w:rPr>
                <w:sz w:val="24"/>
              </w:rPr>
              <w:t xml:space="preserve">. </w:t>
            </w:r>
            <w:proofErr w:type="spellStart"/>
            <w:r w:rsidRPr="009F236B">
              <w:rPr>
                <w:sz w:val="24"/>
              </w:rPr>
              <w:t>ректора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Артем</w:t>
            </w:r>
            <w:proofErr w:type="spellEnd"/>
            <w:r w:rsidRPr="009F236B">
              <w:rPr>
                <w:sz w:val="24"/>
              </w:rPr>
              <w:t xml:space="preserve"> Павличенко; </w:t>
            </w:r>
            <w:proofErr w:type="spellStart"/>
            <w:r w:rsidRPr="009F236B">
              <w:rPr>
                <w:sz w:val="24"/>
              </w:rPr>
              <w:t>завідувач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кафедри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механічної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та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біомедичної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інженерії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Дмитро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Колосов</w:t>
            </w:r>
            <w:proofErr w:type="spellEnd"/>
          </w:p>
        </w:tc>
        <w:tc>
          <w:tcPr>
            <w:tcW w:w="1757" w:type="dxa"/>
            <w:vAlign w:val="center"/>
          </w:tcPr>
          <w:p w14:paraId="4007193F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6B606318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Проведення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консультацій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додаткової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професійної</w:t>
            </w:r>
            <w:proofErr w:type="spellEnd"/>
            <w:r w:rsidRPr="009F236B">
              <w:rPr>
                <w:sz w:val="24"/>
                <w:lang w:val="ru-RU"/>
              </w:rPr>
              <w:t xml:space="preserve"> валідації та </w:t>
            </w:r>
            <w:proofErr w:type="spellStart"/>
            <w:r w:rsidRPr="009F236B">
              <w:rPr>
                <w:sz w:val="24"/>
                <w:lang w:val="ru-RU"/>
              </w:rPr>
              <w:t>міжвідомчого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погодження</w:t>
            </w:r>
            <w:proofErr w:type="spellEnd"/>
            <w:r w:rsidRPr="009F236B">
              <w:rPr>
                <w:sz w:val="24"/>
                <w:lang w:val="ru-RU"/>
              </w:rPr>
              <w:t xml:space="preserve"> включено до плану </w:t>
            </w:r>
            <w:proofErr w:type="spellStart"/>
            <w:r w:rsidRPr="009F236B">
              <w:rPr>
                <w:sz w:val="24"/>
                <w:lang w:val="ru-RU"/>
              </w:rPr>
              <w:t>завершення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стандарту; </w:t>
            </w:r>
            <w:proofErr w:type="spellStart"/>
            <w:r w:rsidRPr="009F236B">
              <w:rPr>
                <w:sz w:val="24"/>
                <w:lang w:val="ru-RU"/>
              </w:rPr>
              <w:t>результати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фіксуються</w:t>
            </w:r>
            <w:proofErr w:type="spellEnd"/>
            <w:r w:rsidRPr="009F236B">
              <w:rPr>
                <w:sz w:val="24"/>
                <w:lang w:val="ru-RU"/>
              </w:rPr>
              <w:t xml:space="preserve"> протоколами і </w:t>
            </w:r>
            <w:proofErr w:type="spellStart"/>
            <w:r w:rsidRPr="009F236B">
              <w:rPr>
                <w:sz w:val="24"/>
                <w:lang w:val="ru-RU"/>
              </w:rPr>
              <w:t>Довідкою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  <w:tr w:rsidR="00EE4B87" w:rsidRPr="004862D7" w14:paraId="6ABAA121" w14:textId="77777777" w:rsidTr="00D97BDE">
        <w:trPr>
          <w:jc w:val="center"/>
        </w:trPr>
        <w:tc>
          <w:tcPr>
            <w:tcW w:w="2381" w:type="dxa"/>
            <w:vAlign w:val="center"/>
          </w:tcPr>
          <w:p w14:paraId="3B52A511" w14:textId="77777777" w:rsidR="00EE4B87" w:rsidRPr="009F236B" w:rsidRDefault="00811DB6">
            <w:proofErr w:type="spellStart"/>
            <w:r w:rsidRPr="009F236B">
              <w:rPr>
                <w:sz w:val="24"/>
              </w:rPr>
              <w:t>Професійний</w:t>
            </w:r>
            <w:proofErr w:type="spellEnd"/>
            <w:r w:rsidRPr="009F236B">
              <w:rPr>
                <w:sz w:val="24"/>
              </w:rPr>
              <w:t xml:space="preserve"> </w:t>
            </w:r>
            <w:proofErr w:type="spellStart"/>
            <w:r w:rsidRPr="009F236B">
              <w:rPr>
                <w:sz w:val="24"/>
              </w:rPr>
              <w:t>аналіз</w:t>
            </w:r>
            <w:proofErr w:type="spellEnd"/>
            <w:r w:rsidRPr="009F236B">
              <w:rPr>
                <w:sz w:val="24"/>
              </w:rPr>
              <w:t xml:space="preserve"> і </w:t>
            </w:r>
            <w:proofErr w:type="spellStart"/>
            <w:r w:rsidRPr="009F236B">
              <w:rPr>
                <w:sz w:val="24"/>
              </w:rPr>
              <w:t>консультації</w:t>
            </w:r>
            <w:proofErr w:type="spellEnd"/>
          </w:p>
        </w:tc>
        <w:tc>
          <w:tcPr>
            <w:tcW w:w="3628" w:type="dxa"/>
            <w:vAlign w:val="center"/>
          </w:tcPr>
          <w:p w14:paraId="6C93634D" w14:textId="77777777" w:rsidR="00EE4B87" w:rsidRPr="009F236B" w:rsidRDefault="00811DB6">
            <w:pPr>
              <w:rPr>
                <w:lang w:val="ru-RU"/>
              </w:rPr>
            </w:pPr>
            <w:proofErr w:type="spellStart"/>
            <w:r w:rsidRPr="009F236B">
              <w:rPr>
                <w:sz w:val="24"/>
                <w:lang w:val="ru-RU"/>
              </w:rPr>
              <w:t>Сформувати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нову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групу</w:t>
            </w:r>
            <w:proofErr w:type="spellEnd"/>
            <w:r w:rsidRPr="009F236B">
              <w:rPr>
                <w:sz w:val="24"/>
                <w:lang w:val="ru-RU"/>
              </w:rPr>
              <w:t xml:space="preserve">, </w:t>
            </w:r>
            <w:proofErr w:type="spellStart"/>
            <w:r w:rsidRPr="009F236B">
              <w:rPr>
                <w:sz w:val="24"/>
                <w:lang w:val="ru-RU"/>
              </w:rPr>
              <w:t>передати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їй</w:t>
            </w:r>
            <w:proofErr w:type="spellEnd"/>
            <w:r w:rsidRPr="009F236B">
              <w:rPr>
                <w:sz w:val="24"/>
                <w:lang w:val="ru-RU"/>
              </w:rPr>
              <w:t xml:space="preserve"> контроль і провести </w:t>
            </w:r>
            <w:proofErr w:type="spellStart"/>
            <w:r w:rsidRPr="009F236B">
              <w:rPr>
                <w:sz w:val="24"/>
                <w:lang w:val="ru-RU"/>
              </w:rPr>
              <w:t>повний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повторний</w:t>
            </w:r>
            <w:proofErr w:type="spellEnd"/>
            <w:r w:rsidRPr="009F236B">
              <w:rPr>
                <w:sz w:val="24"/>
                <w:lang w:val="ru-RU"/>
              </w:rPr>
              <w:t xml:space="preserve"> цикл </w:t>
            </w:r>
            <w:proofErr w:type="spellStart"/>
            <w:r w:rsidRPr="009F236B">
              <w:rPr>
                <w:sz w:val="24"/>
                <w:lang w:val="ru-RU"/>
              </w:rPr>
              <w:t>громадського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обговорення</w:t>
            </w:r>
            <w:proofErr w:type="spellEnd"/>
            <w:r w:rsidRPr="009F236B">
              <w:rPr>
                <w:sz w:val="24"/>
                <w:lang w:val="ru-RU"/>
              </w:rPr>
              <w:t xml:space="preserve"> як </w:t>
            </w:r>
            <w:proofErr w:type="spellStart"/>
            <w:r w:rsidRPr="009F236B">
              <w:rPr>
                <w:sz w:val="24"/>
                <w:lang w:val="ru-RU"/>
              </w:rPr>
              <w:t>обов’язкову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умову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  <w:tc>
          <w:tcPr>
            <w:tcW w:w="2721" w:type="dxa"/>
            <w:vAlign w:val="center"/>
          </w:tcPr>
          <w:p w14:paraId="6D5570EA" w14:textId="77777777" w:rsidR="00EE4B87" w:rsidRPr="009F236B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>НТУ «</w:t>
            </w:r>
            <w:proofErr w:type="spellStart"/>
            <w:r w:rsidRPr="009F236B">
              <w:rPr>
                <w:sz w:val="24"/>
                <w:lang w:val="ru-RU"/>
              </w:rPr>
              <w:t>Дніпровська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політехніка</w:t>
            </w:r>
            <w:proofErr w:type="spellEnd"/>
            <w:r w:rsidRPr="009F236B">
              <w:rPr>
                <w:sz w:val="24"/>
                <w:lang w:val="ru-RU"/>
              </w:rPr>
              <w:t xml:space="preserve">»: </w:t>
            </w:r>
            <w:proofErr w:type="spellStart"/>
            <w:r w:rsidRPr="009F236B">
              <w:rPr>
                <w:sz w:val="24"/>
                <w:lang w:val="ru-RU"/>
              </w:rPr>
              <w:t>в.о</w:t>
            </w:r>
            <w:proofErr w:type="spellEnd"/>
            <w:r w:rsidRPr="009F236B">
              <w:rPr>
                <w:sz w:val="24"/>
                <w:lang w:val="ru-RU"/>
              </w:rPr>
              <w:t xml:space="preserve">. ректора Артем Павличенко; </w:t>
            </w:r>
            <w:proofErr w:type="spellStart"/>
            <w:r w:rsidRPr="009F236B">
              <w:rPr>
                <w:sz w:val="24"/>
                <w:lang w:val="ru-RU"/>
              </w:rPr>
              <w:t>завідувач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кафедри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механічної</w:t>
            </w:r>
            <w:proofErr w:type="spellEnd"/>
            <w:r w:rsidRPr="009F236B">
              <w:rPr>
                <w:sz w:val="24"/>
                <w:lang w:val="ru-RU"/>
              </w:rPr>
              <w:t xml:space="preserve"> та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біомедичної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інженерії</w:t>
            </w:r>
            <w:proofErr w:type="spellEnd"/>
            <w:r w:rsidRPr="009F236B">
              <w:rPr>
                <w:sz w:val="24"/>
                <w:lang w:val="ru-RU"/>
              </w:rPr>
              <w:t xml:space="preserve"> Дмитро Колосов</w:t>
            </w:r>
          </w:p>
        </w:tc>
        <w:tc>
          <w:tcPr>
            <w:tcW w:w="1757" w:type="dxa"/>
            <w:vAlign w:val="center"/>
          </w:tcPr>
          <w:p w14:paraId="01D9A93D" w14:textId="77777777" w:rsidR="00EE4B87" w:rsidRPr="009F236B" w:rsidRDefault="00811DB6">
            <w:pPr>
              <w:jc w:val="center"/>
            </w:pPr>
            <w:proofErr w:type="spellStart"/>
            <w:r w:rsidRPr="009F236B">
              <w:rPr>
                <w:b/>
                <w:sz w:val="24"/>
              </w:rPr>
              <w:lastRenderedPageBreak/>
              <w:t>Не</w:t>
            </w:r>
            <w:proofErr w:type="spellEnd"/>
            <w:r w:rsidRPr="009F236B">
              <w:rPr>
                <w:b/>
                <w:sz w:val="24"/>
              </w:rPr>
              <w:t xml:space="preserve"> </w:t>
            </w:r>
            <w:proofErr w:type="spellStart"/>
            <w:r w:rsidRPr="009F236B">
              <w:rPr>
                <w:b/>
                <w:sz w:val="24"/>
              </w:rPr>
              <w:t>враховано</w:t>
            </w:r>
            <w:proofErr w:type="spellEnd"/>
          </w:p>
        </w:tc>
        <w:tc>
          <w:tcPr>
            <w:tcW w:w="3969" w:type="dxa"/>
            <w:vAlign w:val="center"/>
          </w:tcPr>
          <w:p w14:paraId="163E2FC0" w14:textId="77777777" w:rsidR="00EE4B87" w:rsidRPr="00811DB6" w:rsidRDefault="00811DB6">
            <w:pPr>
              <w:rPr>
                <w:lang w:val="ru-RU"/>
              </w:rPr>
            </w:pPr>
            <w:r w:rsidRPr="009F236B">
              <w:rPr>
                <w:sz w:val="24"/>
                <w:lang w:val="ru-RU"/>
              </w:rPr>
              <w:t xml:space="preserve">Передача контролю над </w:t>
            </w:r>
            <w:proofErr w:type="spellStart"/>
            <w:r w:rsidRPr="009F236B">
              <w:rPr>
                <w:sz w:val="24"/>
                <w:lang w:val="ru-RU"/>
              </w:rPr>
              <w:t>розробленням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іншій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організації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або</w:t>
            </w:r>
            <w:proofErr w:type="spellEnd"/>
            <w:r w:rsidRPr="009F236B">
              <w:rPr>
                <w:sz w:val="24"/>
                <w:lang w:val="ru-RU"/>
              </w:rPr>
              <w:t xml:space="preserve"> право вето </w:t>
            </w:r>
            <w:proofErr w:type="spellStart"/>
            <w:r w:rsidRPr="009F236B">
              <w:rPr>
                <w:sz w:val="24"/>
                <w:lang w:val="ru-RU"/>
              </w:rPr>
              <w:t>окремого</w:t>
            </w:r>
            <w:proofErr w:type="spellEnd"/>
            <w:r w:rsidRPr="009F236B">
              <w:rPr>
                <w:sz w:val="24"/>
                <w:lang w:val="ru-RU"/>
              </w:rPr>
              <w:t xml:space="preserve"> стейкхолдера не </w:t>
            </w:r>
            <w:proofErr w:type="spellStart"/>
            <w:r w:rsidRPr="009F236B">
              <w:rPr>
                <w:sz w:val="24"/>
                <w:lang w:val="ru-RU"/>
              </w:rPr>
              <w:t>встановлюється</w:t>
            </w:r>
            <w:proofErr w:type="spellEnd"/>
            <w:r w:rsidRPr="009F236B">
              <w:rPr>
                <w:sz w:val="24"/>
                <w:lang w:val="ru-RU"/>
              </w:rPr>
              <w:t xml:space="preserve">. </w:t>
            </w:r>
            <w:proofErr w:type="spellStart"/>
            <w:r w:rsidRPr="009F236B">
              <w:rPr>
                <w:sz w:val="24"/>
                <w:lang w:val="ru-RU"/>
              </w:rPr>
              <w:t>Консультації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проводяться</w:t>
            </w:r>
            <w:proofErr w:type="spellEnd"/>
            <w:r w:rsidRPr="009F236B">
              <w:rPr>
                <w:sz w:val="24"/>
                <w:lang w:val="ru-RU"/>
              </w:rPr>
              <w:t xml:space="preserve"> для </w:t>
            </w:r>
            <w:proofErr w:type="spellStart"/>
            <w:r w:rsidRPr="009F236B">
              <w:rPr>
                <w:sz w:val="24"/>
                <w:lang w:val="ru-RU"/>
              </w:rPr>
              <w:t>врегулювання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lastRenderedPageBreak/>
              <w:t>розбіжностей</w:t>
            </w:r>
            <w:proofErr w:type="spellEnd"/>
            <w:r w:rsidRPr="009F236B">
              <w:rPr>
                <w:sz w:val="24"/>
                <w:lang w:val="ru-RU"/>
              </w:rPr>
              <w:t xml:space="preserve">, а </w:t>
            </w:r>
            <w:proofErr w:type="spellStart"/>
            <w:r w:rsidRPr="009F236B">
              <w:rPr>
                <w:sz w:val="24"/>
                <w:lang w:val="ru-RU"/>
              </w:rPr>
              <w:t>мотивоване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рішення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приймає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робоча</w:t>
            </w:r>
            <w:proofErr w:type="spellEnd"/>
            <w:r w:rsidRPr="009F236B">
              <w:rPr>
                <w:sz w:val="24"/>
                <w:lang w:val="ru-RU"/>
              </w:rPr>
              <w:t xml:space="preserve"> </w:t>
            </w:r>
            <w:proofErr w:type="spellStart"/>
            <w:r w:rsidRPr="009F236B">
              <w:rPr>
                <w:sz w:val="24"/>
                <w:lang w:val="ru-RU"/>
              </w:rPr>
              <w:t>група</w:t>
            </w:r>
            <w:proofErr w:type="spellEnd"/>
            <w:r w:rsidRPr="009F236B">
              <w:rPr>
                <w:sz w:val="24"/>
                <w:lang w:val="ru-RU"/>
              </w:rPr>
              <w:t>.</w:t>
            </w:r>
          </w:p>
        </w:tc>
      </w:tr>
    </w:tbl>
    <w:p w14:paraId="574AD84C" w14:textId="42A55FE8" w:rsidR="00EE4B87" w:rsidRPr="00811DB6" w:rsidRDefault="00EE4B87">
      <w:pPr>
        <w:rPr>
          <w:lang w:val="ru-RU"/>
        </w:rPr>
      </w:pPr>
    </w:p>
    <w:sectPr w:rsidR="00EE4B87" w:rsidRPr="00811DB6" w:rsidSect="00034616">
      <w:headerReference w:type="default" r:id="rId8"/>
      <w:footerReference w:type="default" r:id="rId9"/>
      <w:pgSz w:w="15840" w:h="12240" w:orient="landscape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FD4D" w14:textId="77777777" w:rsidR="00044746" w:rsidRDefault="00044746">
      <w:r>
        <w:separator/>
      </w:r>
    </w:p>
  </w:endnote>
  <w:endnote w:type="continuationSeparator" w:id="0">
    <w:p w14:paraId="7ECB3091" w14:textId="77777777" w:rsidR="00044746" w:rsidRDefault="0004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4C3E" w14:textId="77777777" w:rsidR="004862D7" w:rsidRDefault="004862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C771" w14:textId="77777777" w:rsidR="00044746" w:rsidRDefault="00044746">
      <w:r>
        <w:separator/>
      </w:r>
    </w:p>
  </w:footnote>
  <w:footnote w:type="continuationSeparator" w:id="0">
    <w:p w14:paraId="45FD4C0D" w14:textId="77777777" w:rsidR="00044746" w:rsidRDefault="00044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CBA9" w14:textId="77777777" w:rsidR="004862D7" w:rsidRDefault="004862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4342405">
    <w:abstractNumId w:val="8"/>
  </w:num>
  <w:num w:numId="2" w16cid:durableId="868222161">
    <w:abstractNumId w:val="6"/>
  </w:num>
  <w:num w:numId="3" w16cid:durableId="877350479">
    <w:abstractNumId w:val="5"/>
  </w:num>
  <w:num w:numId="4" w16cid:durableId="2066484539">
    <w:abstractNumId w:val="4"/>
  </w:num>
  <w:num w:numId="5" w16cid:durableId="1483619982">
    <w:abstractNumId w:val="7"/>
  </w:num>
  <w:num w:numId="6" w16cid:durableId="1906715669">
    <w:abstractNumId w:val="3"/>
  </w:num>
  <w:num w:numId="7" w16cid:durableId="1623995435">
    <w:abstractNumId w:val="2"/>
  </w:num>
  <w:num w:numId="8" w16cid:durableId="267583686">
    <w:abstractNumId w:val="1"/>
  </w:num>
  <w:num w:numId="9" w16cid:durableId="198300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AB3"/>
    <w:rsid w:val="00034616"/>
    <w:rsid w:val="00044746"/>
    <w:rsid w:val="0006063C"/>
    <w:rsid w:val="0015074B"/>
    <w:rsid w:val="0029639D"/>
    <w:rsid w:val="00326F90"/>
    <w:rsid w:val="004862D7"/>
    <w:rsid w:val="007C0249"/>
    <w:rsid w:val="00811DB6"/>
    <w:rsid w:val="0094597F"/>
    <w:rsid w:val="009F236B"/>
    <w:rsid w:val="00AA1D8D"/>
    <w:rsid w:val="00B45C2A"/>
    <w:rsid w:val="00B47730"/>
    <w:rsid w:val="00B721F5"/>
    <w:rsid w:val="00B93594"/>
    <w:rsid w:val="00CB0664"/>
    <w:rsid w:val="00D97BDE"/>
    <w:rsid w:val="00E90E13"/>
    <w:rsid w:val="00EC4A5F"/>
    <w:rsid w:val="00EE07AB"/>
    <w:rsid w:val="00EE4B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89102"/>
  <w14:defaultImageDpi w14:val="300"/>
  <w15:docId w15:val="{6998BB64-82E6-4E23-886F-F29491CE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color w:val="000000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  <w:color w:val="000000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29B8BE-36CD-43DC-8D65-5D57BD92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93</Pages>
  <Words>13387</Words>
  <Characters>76307</Characters>
  <Application>Microsoft Office Word</Application>
  <DocSecurity>0</DocSecurity>
  <Lines>635</Lines>
  <Paragraphs>179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Юрий Кабаков</cp:lastModifiedBy>
  <cp:revision>5</cp:revision>
  <dcterms:created xsi:type="dcterms:W3CDTF">2026-08-18T08:07:00Z</dcterms:created>
  <dcterms:modified xsi:type="dcterms:W3CDTF">2026-08-18T08:12:00Z</dcterms:modified>
  <cp:category/>
</cp:coreProperties>
</file>